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12B" w:rsidRDefault="00F4312B" w:rsidP="00F4312B">
      <w:pPr>
        <w:tabs>
          <w:tab w:val="left" w:pos="720"/>
        </w:tabs>
        <w:ind w:firstLine="0"/>
        <w:rPr>
          <w:b/>
          <w:bCs/>
          <w:color w:val="000000" w:themeColor="text1"/>
          <w:sz w:val="32"/>
          <w:szCs w:val="32"/>
          <w:lang w:bidi="ne-NP"/>
        </w:rPr>
      </w:pPr>
      <w:r>
        <w:rPr>
          <w:b/>
          <w:bCs/>
          <w:noProof/>
          <w:color w:val="000000" w:themeColor="text1"/>
          <w:sz w:val="32"/>
          <w:szCs w:val="32"/>
          <w:lang w:bidi="ne-NP"/>
        </w:rPr>
        <w:drawing>
          <wp:anchor distT="0" distB="0" distL="114300" distR="114300" simplePos="0" relativeHeight="251659264" behindDoc="1" locked="0" layoutInCell="1" allowOverlap="1">
            <wp:simplePos x="0" y="0"/>
            <wp:positionH relativeFrom="column">
              <wp:posOffset>2772410</wp:posOffset>
            </wp:positionH>
            <wp:positionV relativeFrom="paragraph">
              <wp:posOffset>211455</wp:posOffset>
            </wp:positionV>
            <wp:extent cx="1134110" cy="951230"/>
            <wp:effectExtent l="19050" t="0" r="8890" b="0"/>
            <wp:wrapThrough wrapText="bothSides">
              <wp:wrapPolygon edited="0">
                <wp:start x="7256" y="0"/>
                <wp:lineTo x="5080" y="865"/>
                <wp:lineTo x="363" y="5623"/>
                <wp:lineTo x="-363" y="17303"/>
                <wp:lineTo x="5080" y="20764"/>
                <wp:lineTo x="5805" y="21196"/>
                <wp:lineTo x="6168" y="21196"/>
                <wp:lineTo x="14876" y="21196"/>
                <wp:lineTo x="15239" y="21196"/>
                <wp:lineTo x="16327" y="20764"/>
                <wp:lineTo x="21769" y="17736"/>
                <wp:lineTo x="21769" y="14708"/>
                <wp:lineTo x="20318" y="13842"/>
                <wp:lineTo x="20681" y="13842"/>
                <wp:lineTo x="21044" y="8219"/>
                <wp:lineTo x="21406" y="5623"/>
                <wp:lineTo x="16327" y="865"/>
                <wp:lineTo x="14150" y="0"/>
                <wp:lineTo x="7256"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34110" cy="951230"/>
                    </a:xfrm>
                    <a:prstGeom prst="rect">
                      <a:avLst/>
                    </a:prstGeom>
                  </pic:spPr>
                </pic:pic>
              </a:graphicData>
            </a:graphic>
          </wp:anchor>
        </w:drawing>
      </w:r>
    </w:p>
    <w:p w:rsidR="00F4312B" w:rsidRDefault="00F4312B" w:rsidP="00F4312B">
      <w:pPr>
        <w:tabs>
          <w:tab w:val="left" w:pos="720"/>
        </w:tabs>
        <w:ind w:firstLine="0"/>
        <w:rPr>
          <w:b/>
          <w:bCs/>
          <w:color w:val="000000" w:themeColor="text1"/>
          <w:sz w:val="32"/>
          <w:szCs w:val="32"/>
          <w:lang w:bidi="ne-NP"/>
        </w:rPr>
      </w:pPr>
    </w:p>
    <w:p w:rsidR="00F4312B" w:rsidRPr="009C4E79" w:rsidRDefault="00F4312B" w:rsidP="00F4312B">
      <w:pPr>
        <w:tabs>
          <w:tab w:val="left" w:pos="720"/>
        </w:tabs>
        <w:ind w:firstLine="0"/>
        <w:rPr>
          <w:b/>
          <w:bCs/>
          <w:color w:val="000000" w:themeColor="text1"/>
          <w:sz w:val="32"/>
          <w:szCs w:val="32"/>
          <w:lang w:bidi="ne-NP"/>
        </w:rPr>
      </w:pPr>
    </w:p>
    <w:p w:rsidR="00F4312B" w:rsidRDefault="00F4312B" w:rsidP="00F4312B">
      <w:pPr>
        <w:tabs>
          <w:tab w:val="left" w:pos="720"/>
        </w:tabs>
        <w:ind w:firstLine="0"/>
        <w:rPr>
          <w:b/>
          <w:bCs/>
          <w:color w:val="000000" w:themeColor="text1"/>
          <w:sz w:val="32"/>
          <w:szCs w:val="32"/>
          <w:lang w:bidi="ne-NP"/>
        </w:rPr>
      </w:pPr>
    </w:p>
    <w:p w:rsidR="00F4312B" w:rsidRPr="00DA6182" w:rsidRDefault="00F4312B" w:rsidP="00F4312B">
      <w:pPr>
        <w:pBdr>
          <w:top w:val="thinThickSmallGap" w:sz="24" w:space="1" w:color="auto"/>
          <w:left w:val="thinThickSmallGap" w:sz="24" w:space="4" w:color="auto"/>
          <w:bottom w:val="thinThickSmallGap" w:sz="24" w:space="1" w:color="auto"/>
          <w:right w:val="thinThickSmallGap" w:sz="24" w:space="4" w:color="auto"/>
        </w:pBdr>
        <w:tabs>
          <w:tab w:val="left" w:pos="720"/>
        </w:tabs>
        <w:ind w:firstLine="270"/>
        <w:jc w:val="center"/>
        <w:rPr>
          <w:b/>
          <w:bCs/>
          <w:color w:val="000000" w:themeColor="text1"/>
          <w:sz w:val="36"/>
          <w:szCs w:val="36"/>
          <w:cs/>
          <w:lang w:bidi="ne-NP"/>
        </w:rPr>
      </w:pPr>
      <w:r w:rsidRPr="00DA6182">
        <w:rPr>
          <w:rFonts w:hint="cs"/>
          <w:b/>
          <w:bCs/>
          <w:color w:val="000000" w:themeColor="text1"/>
          <w:sz w:val="36"/>
          <w:szCs w:val="36"/>
          <w:cs/>
          <w:lang w:bidi="ne-NP"/>
        </w:rPr>
        <w:t xml:space="preserve">टोल विकास संस्था </w:t>
      </w:r>
      <w:r w:rsidRPr="00DA6182">
        <w:rPr>
          <w:b/>
          <w:bCs/>
          <w:color w:val="000000" w:themeColor="text1"/>
          <w:sz w:val="36"/>
          <w:szCs w:val="36"/>
          <w:lang w:bidi="ne-NP"/>
        </w:rPr>
        <w:t>(</w:t>
      </w:r>
      <w:r w:rsidRPr="00DA6182">
        <w:rPr>
          <w:rFonts w:hint="cs"/>
          <w:b/>
          <w:bCs/>
          <w:color w:val="000000" w:themeColor="text1"/>
          <w:sz w:val="36"/>
          <w:szCs w:val="36"/>
          <w:cs/>
          <w:lang w:bidi="ne-NP"/>
        </w:rPr>
        <w:t>गठन</w:t>
      </w:r>
      <w:r w:rsidRPr="00DA6182">
        <w:rPr>
          <w:b/>
          <w:bCs/>
          <w:color w:val="000000" w:themeColor="text1"/>
          <w:sz w:val="36"/>
          <w:szCs w:val="36"/>
          <w:lang w:bidi="ne-NP"/>
        </w:rPr>
        <w:t>,</w:t>
      </w:r>
      <w:r>
        <w:rPr>
          <w:b/>
          <w:bCs/>
          <w:color w:val="000000" w:themeColor="text1"/>
          <w:sz w:val="36"/>
          <w:szCs w:val="36"/>
          <w:lang w:bidi="ne-NP"/>
        </w:rPr>
        <w:t xml:space="preserve"> </w:t>
      </w:r>
      <w:r w:rsidRPr="00DA6182">
        <w:rPr>
          <w:rFonts w:hint="cs"/>
          <w:b/>
          <w:bCs/>
          <w:color w:val="000000" w:themeColor="text1"/>
          <w:sz w:val="36"/>
          <w:szCs w:val="36"/>
          <w:cs/>
          <w:lang w:bidi="ne-NP"/>
        </w:rPr>
        <w:t>सञ्चालन तथा व्यवस्थापन</w:t>
      </w:r>
      <w:r w:rsidRPr="00DA6182">
        <w:rPr>
          <w:b/>
          <w:bCs/>
          <w:color w:val="000000" w:themeColor="text1"/>
          <w:sz w:val="36"/>
          <w:szCs w:val="36"/>
          <w:lang w:bidi="ne-NP"/>
        </w:rPr>
        <w:t xml:space="preserve">) </w:t>
      </w:r>
      <w:r w:rsidRPr="00DA6182">
        <w:rPr>
          <w:rFonts w:hint="cs"/>
          <w:b/>
          <w:bCs/>
          <w:color w:val="000000" w:themeColor="text1"/>
          <w:sz w:val="36"/>
          <w:szCs w:val="36"/>
          <w:cs/>
          <w:lang w:bidi="ne-NP"/>
        </w:rPr>
        <w:t>कार्यविधि, २०८३</w:t>
      </w:r>
    </w:p>
    <w:p w:rsidR="00F4312B" w:rsidRPr="009C4E79" w:rsidRDefault="00176CBF" w:rsidP="00F4312B">
      <w:pPr>
        <w:tabs>
          <w:tab w:val="left" w:pos="720"/>
        </w:tabs>
        <w:spacing w:after="0" w:afterAutospacing="0"/>
        <w:ind w:firstLine="270"/>
        <w:jc w:val="center"/>
        <w:rPr>
          <w:color w:val="000000" w:themeColor="text1"/>
          <w:sz w:val="24"/>
          <w:szCs w:val="24"/>
          <w:cs/>
          <w:lang w:bidi="ne-NP"/>
        </w:rPr>
      </w:pPr>
      <w:r w:rsidRPr="00176CBF">
        <w:rPr>
          <w:b/>
          <w:bCs/>
          <w:noProof/>
          <w:color w:val="000000" w:themeColor="text1"/>
          <w:sz w:val="32"/>
          <w:szCs w:val="32"/>
          <w:lang w:bidi="ne-NP"/>
        </w:rPr>
        <w:pict>
          <v:shapetype id="_x0000_t32" coordsize="21600,21600" o:spt="32" o:oned="t" path="m,l21600,21600e" filled="f">
            <v:path arrowok="t" fillok="f" o:connecttype="none"/>
            <o:lock v:ext="edit" shapetype="t"/>
          </v:shapetype>
          <v:shape id="_x0000_s2051" type="#_x0000_t32" style="position:absolute;left:0;text-align:left;margin-left:256.8pt;margin-top:15.25pt;width:0;height:281.55pt;z-index:251661312" o:connectortype="straight" strokeweight="4.5pt"/>
        </w:pict>
      </w:r>
    </w:p>
    <w:p w:rsidR="00F4312B" w:rsidRDefault="00176CBF" w:rsidP="00BD768E">
      <w:pPr>
        <w:tabs>
          <w:tab w:val="left" w:pos="720"/>
        </w:tabs>
        <w:ind w:firstLine="270"/>
        <w:jc w:val="center"/>
        <w:rPr>
          <w:b/>
          <w:bCs/>
          <w:color w:val="000000" w:themeColor="text1"/>
          <w:sz w:val="32"/>
          <w:szCs w:val="32"/>
          <w:lang w:bidi="ne-NP"/>
        </w:rPr>
      </w:pPr>
      <w:r>
        <w:rPr>
          <w:b/>
          <w:bCs/>
          <w:noProof/>
          <w:color w:val="000000" w:themeColor="text1"/>
          <w:sz w:val="32"/>
          <w:szCs w:val="32"/>
          <w:lang w:bidi="ne-NP"/>
        </w:rPr>
        <w:pict>
          <v:shape id="_x0000_s2053" type="#_x0000_t32" style="position:absolute;left:0;text-align:left;margin-left:297.6pt;margin-top:26.9pt;width:0;height:200.65pt;z-index:251662336" o:connectortype="straight" strokeweight="4.5pt"/>
        </w:pict>
      </w:r>
      <w:r>
        <w:rPr>
          <w:b/>
          <w:bCs/>
          <w:noProof/>
          <w:color w:val="000000" w:themeColor="text1"/>
          <w:sz w:val="32"/>
          <w:szCs w:val="32"/>
          <w:lang w:bidi="ne-NP"/>
        </w:rPr>
        <w:pict>
          <v:shape id="_x0000_s2050" type="#_x0000_t32" style="position:absolute;left:0;text-align:left;margin-left:220.8pt;margin-top:25.1pt;width:0;height:202.45pt;z-index:251660288" o:connectortype="straight" strokeweight="4.5pt"/>
        </w:pict>
      </w:r>
    </w:p>
    <w:p w:rsidR="00F4312B" w:rsidRDefault="00F4312B" w:rsidP="00F4312B">
      <w:pPr>
        <w:tabs>
          <w:tab w:val="left" w:pos="720"/>
        </w:tabs>
        <w:ind w:firstLine="0"/>
        <w:rPr>
          <w:b/>
          <w:bCs/>
          <w:color w:val="000000" w:themeColor="text1"/>
          <w:sz w:val="32"/>
          <w:szCs w:val="32"/>
          <w:lang w:bidi="ne-NP"/>
        </w:rPr>
      </w:pPr>
    </w:p>
    <w:p w:rsidR="006F6DFB" w:rsidRDefault="006F6DFB" w:rsidP="00BD768E">
      <w:pPr>
        <w:tabs>
          <w:tab w:val="left" w:pos="720"/>
        </w:tabs>
        <w:ind w:firstLine="270"/>
        <w:rPr>
          <w:b/>
          <w:bCs/>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p>
    <w:p w:rsidR="00F4312B" w:rsidRDefault="00F4312B" w:rsidP="00F4312B">
      <w:pPr>
        <w:tabs>
          <w:tab w:val="left" w:pos="720"/>
        </w:tabs>
        <w:spacing w:after="0" w:afterAutospacing="0"/>
        <w:ind w:firstLine="270"/>
        <w:jc w:val="center"/>
        <w:rPr>
          <w:color w:val="000000" w:themeColor="text1"/>
          <w:sz w:val="32"/>
          <w:szCs w:val="32"/>
          <w:lang w:bidi="ne-NP"/>
        </w:rPr>
      </w:pPr>
      <w:r>
        <w:rPr>
          <w:color w:val="000000" w:themeColor="text1"/>
          <w:sz w:val="32"/>
          <w:szCs w:val="32"/>
          <w:lang w:bidi="ne-NP"/>
        </w:rPr>
        <w:softHyphen/>
      </w:r>
      <w:r w:rsidRPr="009C4E79">
        <w:rPr>
          <w:rFonts w:hint="cs"/>
          <w:color w:val="000000" w:themeColor="text1"/>
          <w:sz w:val="32"/>
          <w:szCs w:val="32"/>
          <w:cs/>
          <w:lang w:bidi="ne-NP"/>
        </w:rPr>
        <w:t>बंगलाचुली</w:t>
      </w:r>
      <w:r>
        <w:rPr>
          <w:color w:val="000000" w:themeColor="text1"/>
          <w:sz w:val="32"/>
          <w:szCs w:val="32"/>
          <w:lang w:bidi="ne-NP"/>
        </w:rPr>
        <w:t xml:space="preserve"> </w:t>
      </w:r>
      <w:r w:rsidRPr="009C4E79">
        <w:rPr>
          <w:rFonts w:hint="cs"/>
          <w:color w:val="000000" w:themeColor="text1"/>
          <w:sz w:val="32"/>
          <w:szCs w:val="32"/>
          <w:cs/>
          <w:lang w:bidi="ne-NP"/>
        </w:rPr>
        <w:t>गाउँपालिका</w:t>
      </w:r>
    </w:p>
    <w:p w:rsidR="00F4312B" w:rsidRPr="009C4E79" w:rsidRDefault="00F4312B" w:rsidP="00F4312B">
      <w:pPr>
        <w:tabs>
          <w:tab w:val="left" w:pos="720"/>
        </w:tabs>
        <w:spacing w:after="0" w:afterAutospacing="0"/>
        <w:ind w:firstLine="270"/>
        <w:jc w:val="center"/>
        <w:rPr>
          <w:color w:val="000000" w:themeColor="text1"/>
          <w:sz w:val="32"/>
          <w:szCs w:val="32"/>
          <w:lang w:bidi="ne-NP"/>
        </w:rPr>
      </w:pPr>
      <w:r>
        <w:rPr>
          <w:rFonts w:hint="cs"/>
          <w:color w:val="000000" w:themeColor="text1"/>
          <w:sz w:val="32"/>
          <w:szCs w:val="32"/>
          <w:cs/>
          <w:lang w:bidi="ne-NP"/>
        </w:rPr>
        <w:t>गाउँकार्यपालिकाको कार्यालय</w:t>
      </w:r>
      <w:r>
        <w:rPr>
          <w:color w:val="000000" w:themeColor="text1"/>
          <w:sz w:val="32"/>
          <w:szCs w:val="32"/>
          <w:lang w:bidi="ne-NP"/>
        </w:rPr>
        <w:t>,</w:t>
      </w:r>
    </w:p>
    <w:p w:rsidR="00F4312B" w:rsidRDefault="00F4312B" w:rsidP="00F4312B">
      <w:pPr>
        <w:tabs>
          <w:tab w:val="left" w:pos="720"/>
        </w:tabs>
        <w:spacing w:after="0" w:afterAutospacing="0"/>
        <w:ind w:firstLine="270"/>
        <w:jc w:val="center"/>
        <w:rPr>
          <w:color w:val="000000" w:themeColor="text1"/>
          <w:sz w:val="32"/>
          <w:szCs w:val="32"/>
          <w:lang w:bidi="ne-NP"/>
        </w:rPr>
      </w:pPr>
      <w:r>
        <w:rPr>
          <w:rFonts w:hint="cs"/>
          <w:color w:val="000000" w:themeColor="text1"/>
          <w:sz w:val="32"/>
          <w:szCs w:val="32"/>
          <w:cs/>
          <w:lang w:bidi="sa-IN"/>
        </w:rPr>
        <w:t>कमिरेचौर</w:t>
      </w:r>
      <w:r>
        <w:rPr>
          <w:color w:val="000000" w:themeColor="text1"/>
          <w:sz w:val="32"/>
          <w:szCs w:val="32"/>
          <w:lang w:bidi="sa-IN"/>
        </w:rPr>
        <w:t>,</w:t>
      </w:r>
      <w:r>
        <w:rPr>
          <w:rFonts w:hint="cs"/>
          <w:color w:val="000000" w:themeColor="text1"/>
          <w:sz w:val="32"/>
          <w:szCs w:val="32"/>
          <w:cs/>
          <w:lang w:bidi="ne-NP"/>
        </w:rPr>
        <w:t xml:space="preserve"> दाङ</w:t>
      </w:r>
    </w:p>
    <w:p w:rsidR="00AB19E1" w:rsidRPr="009C4E79" w:rsidRDefault="00AB19E1" w:rsidP="00F4312B">
      <w:pPr>
        <w:tabs>
          <w:tab w:val="left" w:pos="720"/>
        </w:tabs>
        <w:ind w:firstLine="0"/>
        <w:rPr>
          <w:color w:val="000000" w:themeColor="text1"/>
          <w:sz w:val="24"/>
          <w:szCs w:val="24"/>
          <w:cs/>
          <w:lang w:bidi="ne-NP"/>
        </w:rPr>
        <w:sectPr w:rsidR="00AB19E1" w:rsidRPr="009C4E79" w:rsidSect="00DA6182">
          <w:headerReference w:type="even" r:id="rId9"/>
          <w:headerReference w:type="default" r:id="rId10"/>
          <w:footerReference w:type="even" r:id="rId11"/>
          <w:footerReference w:type="default" r:id="rId12"/>
          <w:headerReference w:type="first" r:id="rId13"/>
          <w:footerReference w:type="first" r:id="rId14"/>
          <w:pgSz w:w="12240" w:h="15840"/>
          <w:pgMar w:top="720" w:right="810" w:bottom="630" w:left="900" w:header="720" w:footer="0" w:gutter="0"/>
          <w:cols w:space="720"/>
          <w:docGrid w:linePitch="360"/>
        </w:sectPr>
      </w:pPr>
    </w:p>
    <w:p w:rsidR="002418CE" w:rsidRDefault="002418CE" w:rsidP="00BD768E">
      <w:pPr>
        <w:tabs>
          <w:tab w:val="left" w:pos="720"/>
        </w:tabs>
        <w:ind w:firstLine="270"/>
        <w:jc w:val="center"/>
        <w:rPr>
          <w:b/>
          <w:bCs/>
          <w:color w:val="000000" w:themeColor="text1"/>
          <w:sz w:val="32"/>
          <w:szCs w:val="32"/>
          <w:lang w:bidi="ne-NP"/>
        </w:rPr>
      </w:pPr>
      <w:r w:rsidRPr="009C4E79">
        <w:rPr>
          <w:rFonts w:hint="cs"/>
          <w:b/>
          <w:bCs/>
          <w:color w:val="000000" w:themeColor="text1"/>
          <w:sz w:val="32"/>
          <w:szCs w:val="32"/>
          <w:cs/>
          <w:lang w:bidi="ne-NP"/>
        </w:rPr>
        <w:lastRenderedPageBreak/>
        <w:t xml:space="preserve">टोल विकास संस्था </w:t>
      </w:r>
      <w:r w:rsidRPr="009C4E79">
        <w:rPr>
          <w:b/>
          <w:bCs/>
          <w:color w:val="000000" w:themeColor="text1"/>
          <w:sz w:val="32"/>
          <w:szCs w:val="32"/>
          <w:lang w:bidi="ne-NP"/>
        </w:rPr>
        <w:t>(</w:t>
      </w:r>
      <w:r w:rsidRPr="009C4E79">
        <w:rPr>
          <w:rFonts w:hint="cs"/>
          <w:b/>
          <w:bCs/>
          <w:color w:val="000000" w:themeColor="text1"/>
          <w:sz w:val="32"/>
          <w:szCs w:val="32"/>
          <w:cs/>
          <w:lang w:bidi="ne-NP"/>
        </w:rPr>
        <w:t>ग</w:t>
      </w:r>
      <w:r w:rsidR="0003293F">
        <w:rPr>
          <w:rFonts w:hint="cs"/>
          <w:b/>
          <w:bCs/>
          <w:color w:val="000000" w:themeColor="text1"/>
          <w:sz w:val="32"/>
          <w:szCs w:val="32"/>
          <w:cs/>
          <w:lang w:bidi="ne-NP"/>
        </w:rPr>
        <w:t>ठन</w:t>
      </w:r>
      <w:r w:rsidR="0003293F">
        <w:rPr>
          <w:b/>
          <w:bCs/>
          <w:color w:val="000000" w:themeColor="text1"/>
          <w:sz w:val="32"/>
          <w:szCs w:val="32"/>
          <w:lang w:bidi="ne-NP"/>
        </w:rPr>
        <w:t>,</w:t>
      </w:r>
      <w:r w:rsidR="0003293F">
        <w:rPr>
          <w:rFonts w:hint="cs"/>
          <w:b/>
          <w:bCs/>
          <w:color w:val="000000" w:themeColor="text1"/>
          <w:sz w:val="32"/>
          <w:szCs w:val="32"/>
          <w:cs/>
          <w:lang w:bidi="ne-NP"/>
        </w:rPr>
        <w:t xml:space="preserve"> सञ्चालन तथा व्यवस्थापन</w:t>
      </w:r>
      <w:r w:rsidRPr="009C4E79">
        <w:rPr>
          <w:b/>
          <w:bCs/>
          <w:color w:val="000000" w:themeColor="text1"/>
          <w:sz w:val="32"/>
          <w:szCs w:val="32"/>
          <w:lang w:bidi="ne-NP"/>
        </w:rPr>
        <w:t xml:space="preserve">) </w:t>
      </w:r>
      <w:r w:rsidRPr="009C4E79">
        <w:rPr>
          <w:rFonts w:hint="cs"/>
          <w:b/>
          <w:bCs/>
          <w:color w:val="000000" w:themeColor="text1"/>
          <w:sz w:val="32"/>
          <w:szCs w:val="32"/>
          <w:cs/>
          <w:lang w:bidi="ne-NP"/>
        </w:rPr>
        <w:t>कार्यविधि, २०</w:t>
      </w:r>
      <w:r w:rsidR="0003293F">
        <w:rPr>
          <w:rFonts w:hint="cs"/>
          <w:b/>
          <w:bCs/>
          <w:color w:val="000000" w:themeColor="text1"/>
          <w:sz w:val="32"/>
          <w:szCs w:val="32"/>
          <w:cs/>
          <w:lang w:bidi="ne-NP"/>
        </w:rPr>
        <w:t>८३</w:t>
      </w:r>
    </w:p>
    <w:p w:rsidR="002550F2" w:rsidRPr="00B91D16" w:rsidRDefault="00E02946" w:rsidP="00B91D16">
      <w:pPr>
        <w:tabs>
          <w:tab w:val="left" w:pos="720"/>
        </w:tabs>
        <w:spacing w:after="0" w:afterAutospacing="0"/>
        <w:ind w:firstLine="270"/>
        <w:jc w:val="right"/>
        <w:rPr>
          <w:color w:val="000000" w:themeColor="text1"/>
          <w:sz w:val="24"/>
          <w:szCs w:val="24"/>
          <w:lang w:bidi="ne-NP"/>
        </w:rPr>
      </w:pPr>
      <w:r w:rsidRPr="00B91D16">
        <w:rPr>
          <w:rFonts w:hint="cs"/>
          <w:color w:val="000000" w:themeColor="text1"/>
          <w:sz w:val="24"/>
          <w:szCs w:val="24"/>
          <w:cs/>
          <w:lang w:bidi="ne-NP"/>
        </w:rPr>
        <w:t xml:space="preserve">गाउँ कार्यपालिकावाट </w:t>
      </w:r>
      <w:r w:rsidR="002550F2" w:rsidRPr="00B91D16">
        <w:rPr>
          <w:rFonts w:hint="cs"/>
          <w:color w:val="000000" w:themeColor="text1"/>
          <w:sz w:val="24"/>
          <w:szCs w:val="24"/>
          <w:cs/>
          <w:lang w:bidi="ne-NP"/>
        </w:rPr>
        <w:t>स्वीकृत मिति</w:t>
      </w:r>
      <w:r w:rsidRPr="00B91D16">
        <w:rPr>
          <w:rFonts w:hint="cs"/>
          <w:color w:val="000000" w:themeColor="text1"/>
          <w:sz w:val="24"/>
          <w:szCs w:val="24"/>
          <w:cs/>
          <w:lang w:bidi="ne-NP"/>
        </w:rPr>
        <w:t xml:space="preserve">ः २०८३।०७।१२ </w:t>
      </w:r>
    </w:p>
    <w:p w:rsidR="00E02946" w:rsidRDefault="00E02946" w:rsidP="00B91D16">
      <w:pPr>
        <w:tabs>
          <w:tab w:val="left" w:pos="720"/>
        </w:tabs>
        <w:spacing w:after="0" w:afterAutospacing="0"/>
        <w:ind w:firstLine="270"/>
        <w:jc w:val="right"/>
        <w:rPr>
          <w:color w:val="000000" w:themeColor="text1"/>
          <w:sz w:val="24"/>
          <w:szCs w:val="24"/>
          <w:lang w:bidi="ne-NP"/>
        </w:rPr>
      </w:pPr>
      <w:r w:rsidRPr="00B91D16">
        <w:rPr>
          <w:rFonts w:hint="cs"/>
          <w:color w:val="000000" w:themeColor="text1"/>
          <w:sz w:val="24"/>
          <w:szCs w:val="24"/>
          <w:cs/>
          <w:lang w:bidi="ne-NP"/>
        </w:rPr>
        <w:t xml:space="preserve">प्रमाणीकरण मितिः </w:t>
      </w:r>
      <w:r w:rsidR="00B91D16" w:rsidRPr="00B91D16">
        <w:rPr>
          <w:rFonts w:hint="cs"/>
          <w:color w:val="000000" w:themeColor="text1"/>
          <w:sz w:val="24"/>
          <w:szCs w:val="24"/>
          <w:cs/>
          <w:lang w:bidi="ne-NP"/>
        </w:rPr>
        <w:t xml:space="preserve">२०८३।०७।१३ </w:t>
      </w:r>
    </w:p>
    <w:p w:rsidR="00B91D16" w:rsidRDefault="00B91D16" w:rsidP="00BD768E">
      <w:pPr>
        <w:tabs>
          <w:tab w:val="left" w:pos="720"/>
        </w:tabs>
        <w:ind w:left="810" w:firstLine="270"/>
        <w:jc w:val="both"/>
        <w:rPr>
          <w:color w:val="000000" w:themeColor="text1"/>
          <w:sz w:val="24"/>
          <w:szCs w:val="24"/>
          <w:lang w:bidi="ne-NP"/>
        </w:rPr>
      </w:pPr>
    </w:p>
    <w:p w:rsidR="008464E3" w:rsidRPr="009C4E79" w:rsidRDefault="000E08CA" w:rsidP="00B91D16">
      <w:pPr>
        <w:tabs>
          <w:tab w:val="left" w:pos="720"/>
        </w:tabs>
        <w:ind w:left="450" w:firstLine="0"/>
        <w:jc w:val="both"/>
        <w:rPr>
          <w:color w:val="000000" w:themeColor="text1"/>
          <w:sz w:val="24"/>
          <w:szCs w:val="24"/>
          <w:lang w:bidi="ne-NP"/>
        </w:rPr>
      </w:pPr>
      <w:r w:rsidRPr="00F4312B">
        <w:rPr>
          <w:rFonts w:hint="cs"/>
          <w:b/>
          <w:bCs/>
          <w:color w:val="000000" w:themeColor="text1"/>
          <w:sz w:val="28"/>
          <w:szCs w:val="28"/>
          <w:u w:val="single"/>
          <w:cs/>
          <w:lang w:bidi="ne-NP"/>
        </w:rPr>
        <w:t>प्रस्तावना</w:t>
      </w:r>
      <w:r w:rsidR="00775E12" w:rsidRPr="00F4312B">
        <w:rPr>
          <w:b/>
          <w:bCs/>
          <w:color w:val="000000" w:themeColor="text1"/>
          <w:sz w:val="28"/>
          <w:szCs w:val="28"/>
          <w:u w:val="single"/>
          <w:lang w:bidi="ne-NP"/>
        </w:rPr>
        <w:t>:</w:t>
      </w:r>
      <w:r w:rsidR="00F4312B">
        <w:rPr>
          <w:color w:val="000000" w:themeColor="text1"/>
          <w:sz w:val="24"/>
          <w:szCs w:val="24"/>
          <w:lang w:bidi="ne-NP"/>
        </w:rPr>
        <w:t xml:space="preserve"> </w:t>
      </w:r>
      <w:r w:rsidR="001C5E2F" w:rsidRPr="009C4E79">
        <w:rPr>
          <w:rFonts w:hint="cs"/>
          <w:color w:val="000000" w:themeColor="text1"/>
          <w:sz w:val="24"/>
          <w:szCs w:val="24"/>
          <w:cs/>
          <w:lang w:bidi="ne-NP"/>
        </w:rPr>
        <w:t>स्थानीय</w:t>
      </w:r>
      <w:r w:rsidR="00CB14A6">
        <w:rPr>
          <w:rFonts w:hint="cs"/>
          <w:color w:val="000000" w:themeColor="text1"/>
          <w:sz w:val="24"/>
          <w:szCs w:val="24"/>
          <w:cs/>
          <w:lang w:bidi="ne-NP"/>
        </w:rPr>
        <w:t xml:space="preserve"> शासन र</w:t>
      </w:r>
      <w:r w:rsidR="00335995" w:rsidRPr="009C4E79">
        <w:rPr>
          <w:rFonts w:hint="cs"/>
          <w:color w:val="000000" w:themeColor="text1"/>
          <w:sz w:val="24"/>
          <w:szCs w:val="24"/>
          <w:cs/>
          <w:lang w:bidi="ne-NP"/>
        </w:rPr>
        <w:t>विकास प्रक्रियामा टोल तथा बस्ती स्तरवाट</w:t>
      </w:r>
      <w:r w:rsidR="00E12007" w:rsidRPr="009C4E79">
        <w:rPr>
          <w:rFonts w:hint="cs"/>
          <w:color w:val="000000" w:themeColor="text1"/>
          <w:sz w:val="24"/>
          <w:szCs w:val="24"/>
          <w:cs/>
          <w:lang w:bidi="ne-NP"/>
        </w:rPr>
        <w:t xml:space="preserve"> नै नागरिक सहभागि</w:t>
      </w:r>
      <w:r w:rsidR="00335995" w:rsidRPr="009C4E79">
        <w:rPr>
          <w:rFonts w:hint="cs"/>
          <w:color w:val="000000" w:themeColor="text1"/>
          <w:sz w:val="24"/>
          <w:szCs w:val="24"/>
          <w:cs/>
          <w:lang w:bidi="ne-NP"/>
        </w:rPr>
        <w:t>ता सुनिश्चित</w:t>
      </w:r>
      <w:r w:rsidR="000C24A7" w:rsidRPr="009C4E79">
        <w:rPr>
          <w:rFonts w:hint="cs"/>
          <w:color w:val="000000" w:themeColor="text1"/>
          <w:sz w:val="24"/>
          <w:szCs w:val="24"/>
          <w:cs/>
          <w:lang w:bidi="ne-NP"/>
        </w:rPr>
        <w:t xml:space="preserve"> गर</w:t>
      </w:r>
      <w:r w:rsidR="0072722D" w:rsidRPr="009C4E79">
        <w:rPr>
          <w:rFonts w:hint="cs"/>
          <w:color w:val="000000" w:themeColor="text1"/>
          <w:sz w:val="24"/>
          <w:szCs w:val="24"/>
          <w:cs/>
          <w:lang w:bidi="ne-NP"/>
        </w:rPr>
        <w:t>्दै समाजको आर्थिक,सामाजिक,सा</w:t>
      </w:r>
      <w:r w:rsidR="00335995" w:rsidRPr="009C4E79">
        <w:rPr>
          <w:rFonts w:hint="cs"/>
          <w:color w:val="000000" w:themeColor="text1"/>
          <w:sz w:val="24"/>
          <w:szCs w:val="24"/>
          <w:cs/>
          <w:lang w:bidi="ne-NP"/>
        </w:rPr>
        <w:t>ँ</w:t>
      </w:r>
      <w:r w:rsidR="0072722D" w:rsidRPr="009C4E79">
        <w:rPr>
          <w:rFonts w:hint="cs"/>
          <w:color w:val="000000" w:themeColor="text1"/>
          <w:sz w:val="24"/>
          <w:szCs w:val="24"/>
          <w:cs/>
          <w:lang w:bidi="ne-NP"/>
        </w:rPr>
        <w:t>स्कृति</w:t>
      </w:r>
      <w:r w:rsidR="004D3709">
        <w:rPr>
          <w:color w:val="000000" w:themeColor="text1"/>
          <w:sz w:val="24"/>
          <w:szCs w:val="24"/>
          <w:lang w:bidi="ne-NP"/>
        </w:rPr>
        <w:t>,</w:t>
      </w:r>
      <w:r w:rsidR="004D3709">
        <w:rPr>
          <w:rFonts w:hint="cs"/>
          <w:color w:val="000000" w:themeColor="text1"/>
          <w:sz w:val="24"/>
          <w:szCs w:val="24"/>
          <w:cs/>
          <w:lang w:bidi="ne-NP"/>
        </w:rPr>
        <w:t xml:space="preserve"> वातावरणीय</w:t>
      </w:r>
      <w:r w:rsidR="007734F2" w:rsidRPr="009C4E79">
        <w:rPr>
          <w:rFonts w:hint="cs"/>
          <w:color w:val="000000" w:themeColor="text1"/>
          <w:sz w:val="24"/>
          <w:szCs w:val="24"/>
          <w:cs/>
          <w:lang w:bidi="ne-NP"/>
        </w:rPr>
        <w:t xml:space="preserve"> लगायत</w:t>
      </w:r>
      <w:r w:rsidR="0072722D" w:rsidRPr="009C4E79">
        <w:rPr>
          <w:rFonts w:hint="cs"/>
          <w:color w:val="000000" w:themeColor="text1"/>
          <w:sz w:val="24"/>
          <w:szCs w:val="24"/>
          <w:cs/>
          <w:lang w:bidi="ne-NP"/>
        </w:rPr>
        <w:t xml:space="preserve"> विकासक</w:t>
      </w:r>
      <w:r w:rsidR="00F37AE5" w:rsidRPr="009C4E79">
        <w:rPr>
          <w:rFonts w:hint="cs"/>
          <w:color w:val="000000" w:themeColor="text1"/>
          <w:sz w:val="24"/>
          <w:szCs w:val="24"/>
          <w:cs/>
          <w:lang w:bidi="ne-NP"/>
        </w:rPr>
        <w:t>ा सबै पक्षमा</w:t>
      </w:r>
      <w:r w:rsidR="00335995" w:rsidRPr="009C4E79">
        <w:rPr>
          <w:rFonts w:hint="cs"/>
          <w:color w:val="000000" w:themeColor="text1"/>
          <w:sz w:val="24"/>
          <w:szCs w:val="24"/>
          <w:cs/>
          <w:lang w:bidi="ne-NP"/>
        </w:rPr>
        <w:t xml:space="preserve">दिगोपना </w:t>
      </w:r>
      <w:r w:rsidR="0072722D" w:rsidRPr="009C4E79">
        <w:rPr>
          <w:rFonts w:hint="cs"/>
          <w:color w:val="000000" w:themeColor="text1"/>
          <w:sz w:val="24"/>
          <w:szCs w:val="24"/>
          <w:cs/>
          <w:lang w:bidi="ne-NP"/>
        </w:rPr>
        <w:t xml:space="preserve">र अपनत्व सृजना </w:t>
      </w:r>
      <w:r w:rsidR="00335995" w:rsidRPr="009C4E79">
        <w:rPr>
          <w:rFonts w:hint="cs"/>
          <w:color w:val="000000" w:themeColor="text1"/>
          <w:sz w:val="24"/>
          <w:szCs w:val="24"/>
          <w:cs/>
          <w:lang w:bidi="ne-NP"/>
        </w:rPr>
        <w:t xml:space="preserve">गर्न </w:t>
      </w:r>
      <w:r w:rsidR="00D836E5" w:rsidRPr="009C4E79">
        <w:rPr>
          <w:rFonts w:hint="cs"/>
          <w:color w:val="000000" w:themeColor="text1"/>
          <w:sz w:val="24"/>
          <w:szCs w:val="24"/>
          <w:cs/>
          <w:lang w:bidi="ne-NP"/>
        </w:rPr>
        <w:t>निश्च</w:t>
      </w:r>
      <w:r w:rsidR="00963C73" w:rsidRPr="009C4E79">
        <w:rPr>
          <w:rFonts w:hint="cs"/>
          <w:color w:val="000000" w:themeColor="text1"/>
          <w:sz w:val="24"/>
          <w:szCs w:val="24"/>
          <w:cs/>
          <w:lang w:bidi="ne-NP"/>
        </w:rPr>
        <w:t>ि</w:t>
      </w:r>
      <w:r w:rsidR="00D836E5" w:rsidRPr="009C4E79">
        <w:rPr>
          <w:rFonts w:hint="cs"/>
          <w:color w:val="000000" w:themeColor="text1"/>
          <w:sz w:val="24"/>
          <w:szCs w:val="24"/>
          <w:cs/>
          <w:lang w:bidi="ne-NP"/>
        </w:rPr>
        <w:t>त भौगोलिक</w:t>
      </w:r>
      <w:r w:rsidR="00C57672" w:rsidRPr="009C4E79">
        <w:rPr>
          <w:rFonts w:hint="cs"/>
          <w:color w:val="000000" w:themeColor="text1"/>
          <w:sz w:val="24"/>
          <w:szCs w:val="24"/>
          <w:cs/>
          <w:lang w:bidi="ne-NP"/>
        </w:rPr>
        <w:t xml:space="preserve"> क्षेत्रभित्र</w:t>
      </w:r>
      <w:r w:rsidR="00784EC8" w:rsidRPr="009C4E79">
        <w:rPr>
          <w:rFonts w:hint="cs"/>
          <w:color w:val="000000" w:themeColor="text1"/>
          <w:sz w:val="24"/>
          <w:szCs w:val="24"/>
          <w:cs/>
          <w:lang w:bidi="ne-NP"/>
        </w:rPr>
        <w:t xml:space="preserve"> बसोबास गर्ने नागरिकहरुको सहभागितामा </w:t>
      </w:r>
      <w:r w:rsidR="00775E12" w:rsidRPr="009C4E79">
        <w:rPr>
          <w:rFonts w:hint="cs"/>
          <w:color w:val="000000" w:themeColor="text1"/>
          <w:sz w:val="24"/>
          <w:szCs w:val="24"/>
          <w:cs/>
          <w:lang w:bidi="ne-NP"/>
        </w:rPr>
        <w:t>वडा कार्यालयको</w:t>
      </w:r>
      <w:r w:rsidR="0013351C" w:rsidRPr="009C4E79">
        <w:rPr>
          <w:rFonts w:hint="cs"/>
          <w:color w:val="000000" w:themeColor="text1"/>
          <w:sz w:val="24"/>
          <w:szCs w:val="24"/>
          <w:cs/>
          <w:lang w:bidi="ne-NP"/>
        </w:rPr>
        <w:t>सहयोगी</w:t>
      </w:r>
      <w:r w:rsidR="00963C73" w:rsidRPr="009C4E79">
        <w:rPr>
          <w:rFonts w:hint="cs"/>
          <w:color w:val="000000" w:themeColor="text1"/>
          <w:sz w:val="24"/>
          <w:szCs w:val="24"/>
          <w:cs/>
          <w:lang w:bidi="ne-NP"/>
        </w:rPr>
        <w:t>को</w:t>
      </w:r>
      <w:r w:rsidR="0013351C" w:rsidRPr="009C4E79">
        <w:rPr>
          <w:rFonts w:hint="cs"/>
          <w:color w:val="000000" w:themeColor="text1"/>
          <w:sz w:val="24"/>
          <w:szCs w:val="24"/>
          <w:cs/>
          <w:lang w:bidi="ne-NP"/>
        </w:rPr>
        <w:t xml:space="preserve"> रुपमा</w:t>
      </w:r>
      <w:r w:rsidR="00963C73" w:rsidRPr="009C4E79">
        <w:rPr>
          <w:rFonts w:hint="cs"/>
          <w:color w:val="000000" w:themeColor="text1"/>
          <w:sz w:val="24"/>
          <w:szCs w:val="24"/>
          <w:cs/>
          <w:lang w:bidi="ne-NP"/>
        </w:rPr>
        <w:t xml:space="preserve"> काम गर्ने गरी</w:t>
      </w:r>
      <w:r w:rsidR="0013351C" w:rsidRPr="009C4E79">
        <w:rPr>
          <w:rFonts w:hint="cs"/>
          <w:color w:val="000000" w:themeColor="text1"/>
          <w:sz w:val="24"/>
          <w:szCs w:val="24"/>
          <w:cs/>
          <w:lang w:bidi="ne-NP"/>
        </w:rPr>
        <w:t xml:space="preserve"> टोल वि</w:t>
      </w:r>
      <w:r w:rsidR="0072722D" w:rsidRPr="009C4E79">
        <w:rPr>
          <w:rFonts w:hint="cs"/>
          <w:color w:val="000000" w:themeColor="text1"/>
          <w:sz w:val="24"/>
          <w:szCs w:val="24"/>
          <w:cs/>
          <w:lang w:bidi="ne-NP"/>
        </w:rPr>
        <w:t>कास संस्था</w:t>
      </w:r>
      <w:r w:rsidR="00335995" w:rsidRPr="009C4E79">
        <w:rPr>
          <w:rFonts w:hint="cs"/>
          <w:color w:val="000000" w:themeColor="text1"/>
          <w:sz w:val="24"/>
          <w:szCs w:val="24"/>
          <w:cs/>
          <w:lang w:bidi="ne-NP"/>
        </w:rPr>
        <w:t xml:space="preserve">को गठन </w:t>
      </w:r>
      <w:r w:rsidR="0072722D" w:rsidRPr="009C4E79">
        <w:rPr>
          <w:rFonts w:hint="cs"/>
          <w:color w:val="000000" w:themeColor="text1"/>
          <w:sz w:val="24"/>
          <w:szCs w:val="24"/>
          <w:cs/>
          <w:lang w:bidi="ne-NP"/>
        </w:rPr>
        <w:t>र</w:t>
      </w:r>
      <w:r w:rsidR="00335995" w:rsidRPr="009C4E79">
        <w:rPr>
          <w:rFonts w:hint="cs"/>
          <w:color w:val="000000" w:themeColor="text1"/>
          <w:sz w:val="24"/>
          <w:szCs w:val="24"/>
          <w:cs/>
          <w:lang w:bidi="ne-NP"/>
        </w:rPr>
        <w:t xml:space="preserve"> परिचालनका लागि आवश्यक कानूनी व्यवस्था गर्न वाञ्छनीय भएकोले</w:t>
      </w:r>
      <w:r w:rsidR="00335995" w:rsidRPr="009C4E79">
        <w:rPr>
          <w:color w:val="000000" w:themeColor="text1"/>
          <w:sz w:val="24"/>
          <w:szCs w:val="24"/>
          <w:lang w:bidi="ne-NP"/>
        </w:rPr>
        <w:t>,</w:t>
      </w:r>
    </w:p>
    <w:p w:rsidR="00775E12" w:rsidRPr="009C4E79" w:rsidRDefault="008464E3" w:rsidP="00F45F2B">
      <w:pPr>
        <w:tabs>
          <w:tab w:val="left" w:pos="720"/>
          <w:tab w:val="left" w:pos="1170"/>
        </w:tabs>
        <w:ind w:left="1440" w:hanging="900"/>
        <w:jc w:val="center"/>
        <w:rPr>
          <w:color w:val="000000" w:themeColor="text1"/>
          <w:sz w:val="24"/>
          <w:szCs w:val="24"/>
          <w:lang w:bidi="ne-NP"/>
        </w:rPr>
      </w:pPr>
      <w:r w:rsidRPr="009C4E79">
        <w:rPr>
          <w:color w:val="000000" w:themeColor="text1"/>
          <w:sz w:val="24"/>
          <w:szCs w:val="24"/>
          <w:cs/>
          <w:lang w:bidi="ne-NP"/>
        </w:rPr>
        <w:t>स्थानीय सरकार ऐन</w:t>
      </w:r>
      <w:r w:rsidRPr="009C4E79">
        <w:rPr>
          <w:color w:val="000000" w:themeColor="text1"/>
          <w:sz w:val="24"/>
          <w:szCs w:val="24"/>
          <w:lang w:bidi="ne-NP"/>
        </w:rPr>
        <w:t xml:space="preserve">, </w:t>
      </w:r>
      <w:r w:rsidR="00466E82" w:rsidRPr="009C4E79">
        <w:rPr>
          <w:rFonts w:hint="cs"/>
          <w:color w:val="000000" w:themeColor="text1"/>
          <w:sz w:val="24"/>
          <w:szCs w:val="24"/>
          <w:cs/>
          <w:lang w:bidi="ne-NP"/>
        </w:rPr>
        <w:t>२०७४</w:t>
      </w:r>
      <w:r w:rsidRPr="009C4E79">
        <w:rPr>
          <w:color w:val="000000" w:themeColor="text1"/>
          <w:sz w:val="24"/>
          <w:szCs w:val="24"/>
          <w:cs/>
          <w:lang w:bidi="ne-NP"/>
        </w:rPr>
        <w:t xml:space="preserve"> कोदफा </w:t>
      </w:r>
      <w:r w:rsidR="00466E82" w:rsidRPr="009C4E79">
        <w:rPr>
          <w:rFonts w:hint="cs"/>
          <w:color w:val="000000" w:themeColor="text1"/>
          <w:sz w:val="24"/>
          <w:szCs w:val="24"/>
          <w:cs/>
          <w:lang w:bidi="ne-NP"/>
        </w:rPr>
        <w:t>१०२</w:t>
      </w:r>
      <w:r w:rsidRPr="009C4E79">
        <w:rPr>
          <w:color w:val="000000" w:themeColor="text1"/>
          <w:sz w:val="24"/>
          <w:szCs w:val="24"/>
          <w:lang w:bidi="ne-NP"/>
        </w:rPr>
        <w:t xml:space="preserve">. </w:t>
      </w:r>
      <w:r w:rsidRPr="009C4E79">
        <w:rPr>
          <w:color w:val="000000" w:themeColor="text1"/>
          <w:sz w:val="24"/>
          <w:szCs w:val="24"/>
          <w:cs/>
          <w:lang w:bidi="ne-NP"/>
        </w:rPr>
        <w:t>को उपदफा (</w:t>
      </w:r>
      <w:r w:rsidR="00466E82" w:rsidRPr="009C4E79">
        <w:rPr>
          <w:rFonts w:hint="cs"/>
          <w:color w:val="000000" w:themeColor="text1"/>
          <w:sz w:val="24"/>
          <w:szCs w:val="24"/>
          <w:cs/>
          <w:lang w:bidi="ne-NP"/>
        </w:rPr>
        <w:t>२</w:t>
      </w:r>
      <w:r w:rsidRPr="009C4E79">
        <w:rPr>
          <w:color w:val="000000" w:themeColor="text1"/>
          <w:sz w:val="24"/>
          <w:szCs w:val="24"/>
          <w:lang w:bidi="ne-NP"/>
        </w:rPr>
        <w:t xml:space="preserve">) </w:t>
      </w:r>
      <w:r w:rsidR="00F45F2B">
        <w:rPr>
          <w:color w:val="000000" w:themeColor="text1"/>
          <w:sz w:val="24"/>
          <w:szCs w:val="24"/>
          <w:cs/>
          <w:lang w:bidi="ne-NP"/>
        </w:rPr>
        <w:t>बमोजिम गाउँ कार्यपालिकावाट मिति</w:t>
      </w:r>
      <w:r w:rsidR="00F45F2B">
        <w:rPr>
          <w:color w:val="000000" w:themeColor="text1"/>
          <w:sz w:val="24"/>
          <w:szCs w:val="24"/>
          <w:lang w:bidi="ne-NP"/>
        </w:rPr>
        <w:t xml:space="preserve"> </w:t>
      </w:r>
      <w:r w:rsidR="00232439" w:rsidRPr="009C4E79">
        <w:rPr>
          <w:rFonts w:hint="cs"/>
          <w:color w:val="000000" w:themeColor="text1"/>
          <w:sz w:val="24"/>
          <w:szCs w:val="24"/>
          <w:cs/>
          <w:lang w:bidi="ne-NP"/>
        </w:rPr>
        <w:t>२०</w:t>
      </w:r>
      <w:r w:rsidR="00B91D16">
        <w:rPr>
          <w:rFonts w:hint="cs"/>
          <w:color w:val="000000" w:themeColor="text1"/>
          <w:sz w:val="24"/>
          <w:szCs w:val="24"/>
          <w:cs/>
          <w:lang w:bidi="ne-NP"/>
        </w:rPr>
        <w:t>८३</w:t>
      </w:r>
      <w:r w:rsidR="00232439" w:rsidRPr="009C4E79">
        <w:rPr>
          <w:rFonts w:hint="cs"/>
          <w:color w:val="000000" w:themeColor="text1"/>
          <w:sz w:val="24"/>
          <w:szCs w:val="24"/>
          <w:cs/>
          <w:lang w:bidi="ne-NP"/>
        </w:rPr>
        <w:t>।०</w:t>
      </w:r>
      <w:r w:rsidR="00B91D16">
        <w:rPr>
          <w:rFonts w:hint="cs"/>
          <w:color w:val="000000" w:themeColor="text1"/>
          <w:sz w:val="24"/>
          <w:szCs w:val="24"/>
          <w:cs/>
          <w:lang w:bidi="ne-NP"/>
        </w:rPr>
        <w:t>७</w:t>
      </w:r>
      <w:r w:rsidR="00232439" w:rsidRPr="009C4E79">
        <w:rPr>
          <w:rFonts w:hint="cs"/>
          <w:color w:val="000000" w:themeColor="text1"/>
          <w:sz w:val="24"/>
          <w:szCs w:val="24"/>
          <w:cs/>
          <w:lang w:bidi="ne-NP"/>
        </w:rPr>
        <w:t>।</w:t>
      </w:r>
      <w:r w:rsidR="00B91D16">
        <w:rPr>
          <w:rFonts w:hint="cs"/>
          <w:color w:val="000000" w:themeColor="text1"/>
          <w:sz w:val="24"/>
          <w:szCs w:val="24"/>
          <w:cs/>
          <w:lang w:bidi="ne-NP"/>
        </w:rPr>
        <w:t xml:space="preserve">१२ </w:t>
      </w:r>
      <w:r w:rsidRPr="009C4E79">
        <w:rPr>
          <w:color w:val="000000" w:themeColor="text1"/>
          <w:sz w:val="24"/>
          <w:szCs w:val="24"/>
          <w:cs/>
          <w:lang w:bidi="ne-NP"/>
        </w:rPr>
        <w:t>गतेमा स्वीकृत भई यो कार्यविधि लागुगरिएको छ।।</w:t>
      </w:r>
    </w:p>
    <w:p w:rsidR="00084D0F" w:rsidRPr="009C4E79" w:rsidRDefault="00775E12" w:rsidP="00F4312B">
      <w:pPr>
        <w:pStyle w:val="ListParagraph"/>
        <w:tabs>
          <w:tab w:val="left" w:pos="720"/>
        </w:tabs>
        <w:ind w:left="1310" w:firstLine="270"/>
        <w:jc w:val="center"/>
        <w:rPr>
          <w:b/>
          <w:bCs/>
          <w:color w:val="000000" w:themeColor="text1"/>
          <w:sz w:val="28"/>
          <w:szCs w:val="28"/>
          <w:cs/>
          <w:lang w:bidi="ne-NP"/>
        </w:rPr>
      </w:pPr>
      <w:r w:rsidRPr="009C4E79">
        <w:rPr>
          <w:rFonts w:hint="cs"/>
          <w:b/>
          <w:bCs/>
          <w:color w:val="000000" w:themeColor="text1"/>
          <w:sz w:val="28"/>
          <w:szCs w:val="28"/>
          <w:cs/>
          <w:lang w:bidi="ne-NP"/>
        </w:rPr>
        <w:t>परिच्छेद</w:t>
      </w:r>
      <w:r w:rsidRPr="009C4E79">
        <w:rPr>
          <w:b/>
          <w:bCs/>
          <w:color w:val="000000" w:themeColor="text1"/>
          <w:sz w:val="28"/>
          <w:szCs w:val="28"/>
          <w:lang w:bidi="ne-NP"/>
        </w:rPr>
        <w:t>-</w:t>
      </w:r>
      <w:r w:rsidR="00084D0F" w:rsidRPr="009C4E79">
        <w:rPr>
          <w:rFonts w:hint="cs"/>
          <w:b/>
          <w:bCs/>
          <w:color w:val="000000" w:themeColor="text1"/>
          <w:sz w:val="28"/>
          <w:szCs w:val="28"/>
          <w:cs/>
          <w:lang w:bidi="ne-NP"/>
        </w:rPr>
        <w:t>१</w:t>
      </w:r>
    </w:p>
    <w:p w:rsidR="0097189A" w:rsidRPr="009C4E79" w:rsidRDefault="00775E12" w:rsidP="00F4312B">
      <w:pPr>
        <w:pStyle w:val="ListParagraph"/>
        <w:tabs>
          <w:tab w:val="left" w:pos="720"/>
        </w:tabs>
        <w:ind w:firstLine="270"/>
        <w:jc w:val="center"/>
        <w:rPr>
          <w:color w:val="000000" w:themeColor="text1"/>
          <w:sz w:val="24"/>
          <w:szCs w:val="24"/>
          <w:u w:val="single"/>
          <w:lang w:bidi="ne-NP"/>
        </w:rPr>
      </w:pPr>
      <w:r w:rsidRPr="009C4E79">
        <w:rPr>
          <w:rFonts w:hint="cs"/>
          <w:color w:val="000000" w:themeColor="text1"/>
          <w:sz w:val="24"/>
          <w:szCs w:val="24"/>
          <w:u w:val="single"/>
          <w:cs/>
          <w:lang w:bidi="ne-NP"/>
        </w:rPr>
        <w:t>प्रारम्भिक</w:t>
      </w:r>
    </w:p>
    <w:p w:rsidR="00123914" w:rsidRPr="009C4E79" w:rsidRDefault="00775E12" w:rsidP="006D1DB0">
      <w:pPr>
        <w:pStyle w:val="ListParagraph"/>
        <w:numPr>
          <w:ilvl w:val="0"/>
          <w:numId w:val="5"/>
        </w:numPr>
        <w:ind w:left="720" w:hanging="450"/>
        <w:jc w:val="both"/>
        <w:rPr>
          <w:color w:val="000000" w:themeColor="text1"/>
          <w:sz w:val="24"/>
          <w:szCs w:val="24"/>
          <w:lang w:bidi="ne-NP"/>
        </w:rPr>
      </w:pPr>
      <w:r w:rsidRPr="006D1DB0">
        <w:rPr>
          <w:rFonts w:hint="cs"/>
          <w:b/>
          <w:bCs/>
          <w:color w:val="000000" w:themeColor="text1"/>
          <w:sz w:val="28"/>
          <w:szCs w:val="28"/>
          <w:u w:val="single"/>
          <w:cs/>
          <w:lang w:bidi="ne-NP"/>
        </w:rPr>
        <w:t>सं</w:t>
      </w:r>
      <w:r w:rsidR="00106B11" w:rsidRPr="006D1DB0">
        <w:rPr>
          <w:b/>
          <w:bCs/>
          <w:color w:val="000000" w:themeColor="text1"/>
          <w:sz w:val="28"/>
          <w:szCs w:val="28"/>
          <w:u w:val="single"/>
          <w:cs/>
          <w:lang w:bidi="hi-IN"/>
        </w:rPr>
        <w:t>क्षि</w:t>
      </w:r>
      <w:r w:rsidR="00106B11" w:rsidRPr="006D1DB0">
        <w:rPr>
          <w:rFonts w:hint="cs"/>
          <w:b/>
          <w:bCs/>
          <w:color w:val="000000" w:themeColor="text1"/>
          <w:sz w:val="28"/>
          <w:szCs w:val="28"/>
          <w:u w:val="single"/>
          <w:cs/>
          <w:lang w:bidi="ne-NP"/>
        </w:rPr>
        <w:t>प्त</w:t>
      </w:r>
      <w:r w:rsidR="00106B11" w:rsidRPr="00614A5D">
        <w:rPr>
          <w:rFonts w:hint="cs"/>
          <w:b/>
          <w:bCs/>
          <w:color w:val="000000" w:themeColor="text1"/>
          <w:sz w:val="28"/>
          <w:szCs w:val="28"/>
          <w:u w:val="single"/>
          <w:cs/>
          <w:lang w:bidi="ne-NP"/>
        </w:rPr>
        <w:t xml:space="preserve"> </w:t>
      </w:r>
      <w:r w:rsidR="00771194" w:rsidRPr="00614A5D">
        <w:rPr>
          <w:b/>
          <w:bCs/>
          <w:color w:val="000000" w:themeColor="text1"/>
          <w:sz w:val="28"/>
          <w:szCs w:val="28"/>
          <w:u w:val="single"/>
          <w:cs/>
          <w:lang w:bidi="hi-IN"/>
        </w:rPr>
        <w:t>नाम र प्रारम्भ</w:t>
      </w:r>
      <w:r w:rsidR="00771194" w:rsidRPr="00614A5D">
        <w:rPr>
          <w:color w:val="000000" w:themeColor="text1"/>
          <w:sz w:val="28"/>
          <w:szCs w:val="28"/>
          <w:rtl/>
          <w:cs/>
        </w:rPr>
        <w:t xml:space="preserve"> </w:t>
      </w:r>
      <w:r w:rsidR="00771194" w:rsidRPr="009C4E79">
        <w:rPr>
          <w:color w:val="000000" w:themeColor="text1"/>
          <w:sz w:val="24"/>
          <w:szCs w:val="24"/>
          <w:rtl/>
          <w:cs/>
        </w:rPr>
        <w:t>:</w:t>
      </w:r>
      <w:r w:rsidR="00106B11" w:rsidRPr="009C4E79">
        <w:rPr>
          <w:rFonts w:hint="cs"/>
          <w:color w:val="000000" w:themeColor="text1"/>
          <w:sz w:val="24"/>
          <w:szCs w:val="24"/>
          <w:cs/>
          <w:lang w:bidi="ne-NP"/>
        </w:rPr>
        <w:t xml:space="preserve"> (१)यो कार्यविधिको नाम </w:t>
      </w:r>
      <w:r w:rsidR="00106B11" w:rsidRPr="009C4E79">
        <w:rPr>
          <w:color w:val="000000" w:themeColor="text1"/>
          <w:sz w:val="24"/>
          <w:szCs w:val="24"/>
          <w:lang w:bidi="ne-NP"/>
        </w:rPr>
        <w:t>“</w:t>
      </w:r>
      <w:r w:rsidR="00106B11" w:rsidRPr="009C4E79">
        <w:rPr>
          <w:rFonts w:hint="cs"/>
          <w:color w:val="000000" w:themeColor="text1"/>
          <w:sz w:val="24"/>
          <w:szCs w:val="24"/>
          <w:cs/>
          <w:lang w:bidi="ne-NP"/>
        </w:rPr>
        <w:t xml:space="preserve">टोल विकास संस्था </w:t>
      </w:r>
      <w:r w:rsidR="00294518" w:rsidRPr="009C4E79">
        <w:rPr>
          <w:color w:val="000000" w:themeColor="text1"/>
          <w:sz w:val="24"/>
          <w:szCs w:val="24"/>
          <w:lang w:bidi="ne-NP"/>
        </w:rPr>
        <w:t>(</w:t>
      </w:r>
      <w:r w:rsidR="00106B11" w:rsidRPr="009C4E79">
        <w:rPr>
          <w:rFonts w:hint="cs"/>
          <w:color w:val="000000" w:themeColor="text1"/>
          <w:sz w:val="24"/>
          <w:szCs w:val="24"/>
          <w:cs/>
          <w:lang w:bidi="ne-NP"/>
        </w:rPr>
        <w:t>गठन</w:t>
      </w:r>
      <w:r w:rsidR="00F93A1B">
        <w:rPr>
          <w:color w:val="000000" w:themeColor="text1"/>
          <w:sz w:val="24"/>
          <w:szCs w:val="24"/>
          <w:lang w:bidi="ne-NP"/>
        </w:rPr>
        <w:t>,</w:t>
      </w:r>
      <w:r w:rsidR="00F93A1B">
        <w:rPr>
          <w:rFonts w:hint="cs"/>
          <w:color w:val="000000" w:themeColor="text1"/>
          <w:sz w:val="24"/>
          <w:szCs w:val="24"/>
          <w:cs/>
          <w:lang w:bidi="ne-NP"/>
        </w:rPr>
        <w:t xml:space="preserve"> सञ्चालन </w:t>
      </w:r>
      <w:r w:rsidR="00106B11" w:rsidRPr="009C4E79">
        <w:rPr>
          <w:rFonts w:hint="cs"/>
          <w:color w:val="000000" w:themeColor="text1"/>
          <w:sz w:val="24"/>
          <w:szCs w:val="24"/>
          <w:cs/>
          <w:lang w:bidi="ne-NP"/>
        </w:rPr>
        <w:t xml:space="preserve"> तथा </w:t>
      </w:r>
      <w:r w:rsidR="00F45F2B">
        <w:rPr>
          <w:color w:val="000000" w:themeColor="text1"/>
          <w:sz w:val="24"/>
          <w:szCs w:val="24"/>
          <w:lang w:bidi="ne-NP"/>
        </w:rPr>
        <w:t xml:space="preserve">         </w:t>
      </w:r>
      <w:r w:rsidR="00DA4E96">
        <w:rPr>
          <w:rFonts w:hint="cs"/>
          <w:color w:val="000000" w:themeColor="text1"/>
          <w:sz w:val="24"/>
          <w:szCs w:val="24"/>
          <w:cs/>
          <w:lang w:bidi="ne-NP"/>
        </w:rPr>
        <w:t>व्यवस्थापन</w:t>
      </w:r>
      <w:r w:rsidR="00294518" w:rsidRPr="009C4E79">
        <w:rPr>
          <w:color w:val="000000" w:themeColor="text1"/>
          <w:sz w:val="24"/>
          <w:szCs w:val="24"/>
          <w:lang w:bidi="ne-NP"/>
        </w:rPr>
        <w:t>)</w:t>
      </w:r>
      <w:r w:rsidR="00106B11" w:rsidRPr="009C4E79">
        <w:rPr>
          <w:rFonts w:hint="cs"/>
          <w:color w:val="000000" w:themeColor="text1"/>
          <w:sz w:val="24"/>
          <w:szCs w:val="24"/>
          <w:cs/>
          <w:lang w:bidi="ne-NP"/>
        </w:rPr>
        <w:t xml:space="preserve"> कार्यविधि,२०</w:t>
      </w:r>
      <w:r w:rsidR="00DA4E96">
        <w:rPr>
          <w:rFonts w:hint="cs"/>
          <w:color w:val="000000" w:themeColor="text1"/>
          <w:sz w:val="24"/>
          <w:szCs w:val="24"/>
          <w:cs/>
          <w:lang w:bidi="ne-NP"/>
        </w:rPr>
        <w:t>८३</w:t>
      </w:r>
      <w:r w:rsidR="00106B11" w:rsidRPr="009C4E79">
        <w:rPr>
          <w:color w:val="000000" w:themeColor="text1"/>
          <w:sz w:val="24"/>
          <w:szCs w:val="24"/>
          <w:lang w:bidi="ne-NP"/>
        </w:rPr>
        <w:t>”</w:t>
      </w:r>
      <w:r w:rsidR="00F45F2B">
        <w:rPr>
          <w:color w:val="000000" w:themeColor="text1"/>
          <w:sz w:val="24"/>
          <w:szCs w:val="24"/>
          <w:lang w:bidi="ne-NP"/>
        </w:rPr>
        <w:t xml:space="preserve"> </w:t>
      </w:r>
      <w:r w:rsidR="00106B11" w:rsidRPr="009C4E79">
        <w:rPr>
          <w:rFonts w:hint="cs"/>
          <w:color w:val="000000" w:themeColor="text1"/>
          <w:sz w:val="24"/>
          <w:szCs w:val="24"/>
          <w:cs/>
          <w:lang w:bidi="ne-NP"/>
        </w:rPr>
        <w:t>रहेको छ।</w:t>
      </w:r>
    </w:p>
    <w:p w:rsidR="00106B11" w:rsidRPr="009C4E79" w:rsidRDefault="00BF45E3" w:rsidP="00BF45E3">
      <w:pPr>
        <w:pStyle w:val="ListParagraph"/>
        <w:tabs>
          <w:tab w:val="left" w:pos="720"/>
          <w:tab w:val="left" w:pos="1440"/>
          <w:tab w:val="left" w:pos="1710"/>
        </w:tabs>
        <w:ind w:left="1710" w:hanging="630"/>
        <w:jc w:val="both"/>
        <w:rPr>
          <w:color w:val="000000" w:themeColor="text1"/>
          <w:sz w:val="24"/>
          <w:szCs w:val="24"/>
          <w:lang w:bidi="ne-NP"/>
        </w:rPr>
      </w:pPr>
      <w:r>
        <w:rPr>
          <w:color w:val="000000" w:themeColor="text1"/>
          <w:sz w:val="24"/>
          <w:szCs w:val="24"/>
          <w:lang w:bidi="ne-NP"/>
        </w:rPr>
        <w:t xml:space="preserve">      </w:t>
      </w:r>
      <w:r w:rsidR="00432A60" w:rsidRPr="009C4E79">
        <w:rPr>
          <w:rFonts w:hint="cs"/>
          <w:color w:val="000000" w:themeColor="text1"/>
          <w:sz w:val="24"/>
          <w:szCs w:val="24"/>
          <w:cs/>
          <w:lang w:bidi="ne-NP"/>
        </w:rPr>
        <w:t>(२)यो कार्यविधि</w:t>
      </w:r>
      <w:r w:rsidR="00D57EB0" w:rsidRPr="009C4E79">
        <w:rPr>
          <w:rFonts w:hint="cs"/>
          <w:color w:val="000000" w:themeColor="text1"/>
          <w:sz w:val="24"/>
          <w:szCs w:val="24"/>
          <w:cs/>
          <w:lang w:bidi="ne-NP"/>
        </w:rPr>
        <w:t>कार्यपालिकाबाट</w:t>
      </w:r>
      <w:r w:rsidR="00432A60" w:rsidRPr="009C4E79">
        <w:rPr>
          <w:rFonts w:hint="cs"/>
          <w:color w:val="000000" w:themeColor="text1"/>
          <w:sz w:val="24"/>
          <w:szCs w:val="24"/>
          <w:cs/>
          <w:lang w:bidi="ne-NP"/>
        </w:rPr>
        <w:t xml:space="preserve"> स्वी</w:t>
      </w:r>
      <w:r w:rsidR="00106B11" w:rsidRPr="009C4E79">
        <w:rPr>
          <w:rFonts w:hint="cs"/>
          <w:color w:val="000000" w:themeColor="text1"/>
          <w:sz w:val="24"/>
          <w:szCs w:val="24"/>
          <w:cs/>
          <w:lang w:bidi="ne-NP"/>
        </w:rPr>
        <w:t>कृत भएको मितिदेखि लागू हुनेछ ।</w:t>
      </w:r>
    </w:p>
    <w:p w:rsidR="005429D3" w:rsidRPr="00B91D16" w:rsidRDefault="00A0156B" w:rsidP="006D1DB0">
      <w:pPr>
        <w:pStyle w:val="ListParagraph"/>
        <w:numPr>
          <w:ilvl w:val="0"/>
          <w:numId w:val="5"/>
        </w:numPr>
        <w:ind w:left="720" w:hanging="450"/>
        <w:jc w:val="both"/>
        <w:rPr>
          <w:color w:val="000000" w:themeColor="text1"/>
          <w:sz w:val="24"/>
          <w:szCs w:val="24"/>
          <w:lang w:bidi="ne-NP"/>
        </w:rPr>
      </w:pPr>
      <w:r w:rsidRPr="006D1DB0">
        <w:rPr>
          <w:rFonts w:hint="cs"/>
          <w:b/>
          <w:bCs/>
          <w:color w:val="000000" w:themeColor="text1"/>
          <w:sz w:val="28"/>
          <w:szCs w:val="28"/>
          <w:u w:val="single"/>
          <w:cs/>
          <w:lang w:bidi="ne-NP"/>
        </w:rPr>
        <w:t>परिभाषा</w:t>
      </w:r>
      <w:r w:rsidR="0099764A" w:rsidRPr="00614A5D">
        <w:rPr>
          <w:b/>
          <w:bCs/>
          <w:color w:val="000000" w:themeColor="text1"/>
          <w:sz w:val="32"/>
          <w:szCs w:val="32"/>
          <w:lang w:bidi="ne-NP"/>
        </w:rPr>
        <w:t>:</w:t>
      </w:r>
      <w:r w:rsidR="00F45F2B" w:rsidRPr="00614A5D">
        <w:rPr>
          <w:b/>
          <w:bCs/>
          <w:color w:val="000000" w:themeColor="text1"/>
          <w:sz w:val="28"/>
          <w:szCs w:val="28"/>
          <w:lang w:bidi="ne-NP"/>
        </w:rPr>
        <w:t xml:space="preserve"> </w:t>
      </w:r>
      <w:r w:rsidRPr="009C4E79">
        <w:rPr>
          <w:rFonts w:hint="cs"/>
          <w:color w:val="000000" w:themeColor="text1"/>
          <w:sz w:val="24"/>
          <w:szCs w:val="24"/>
          <w:cs/>
          <w:lang w:bidi="ne-NP"/>
        </w:rPr>
        <w:t>विषय वा प्रसङ्ग</w:t>
      </w:r>
      <w:r w:rsidR="0086624A" w:rsidRPr="009C4E79">
        <w:rPr>
          <w:rFonts w:hint="cs"/>
          <w:color w:val="000000" w:themeColor="text1"/>
          <w:sz w:val="24"/>
          <w:szCs w:val="24"/>
          <w:cs/>
          <w:lang w:bidi="ne-NP"/>
        </w:rPr>
        <w:t>ले अर्को अर्थ नलागेमा यस कार्यविधिमा</w:t>
      </w:r>
      <w:r w:rsidR="000D3193" w:rsidRPr="009C4E79">
        <w:rPr>
          <w:color w:val="000000" w:themeColor="text1"/>
          <w:sz w:val="24"/>
          <w:szCs w:val="24"/>
          <w:lang w:bidi="ne-NP"/>
        </w:rPr>
        <w:t>,-</w:t>
      </w:r>
    </w:p>
    <w:p w:rsidR="00636CFF" w:rsidRPr="009C4E79" w:rsidRDefault="00636CFF" w:rsidP="00BF45E3">
      <w:pPr>
        <w:pStyle w:val="ListParagraph"/>
        <w:numPr>
          <w:ilvl w:val="0"/>
          <w:numId w:val="4"/>
        </w:numPr>
        <w:tabs>
          <w:tab w:val="left" w:pos="720"/>
          <w:tab w:val="left" w:pos="1440"/>
          <w:tab w:val="left" w:pos="1530"/>
        </w:tabs>
        <w:ind w:left="1980" w:hanging="54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कार्यालय</w:t>
      </w:r>
      <w:r w:rsidRPr="009C4E79">
        <w:rPr>
          <w:color w:val="000000" w:themeColor="text1"/>
          <w:sz w:val="24"/>
          <w:szCs w:val="24"/>
          <w:lang w:bidi="ne-NP"/>
        </w:rPr>
        <w:t>”</w:t>
      </w:r>
      <w:r w:rsidRPr="009C4E79">
        <w:rPr>
          <w:rFonts w:hint="cs"/>
          <w:color w:val="000000" w:themeColor="text1"/>
          <w:sz w:val="24"/>
          <w:szCs w:val="24"/>
          <w:cs/>
          <w:lang w:bidi="ne-NP"/>
        </w:rPr>
        <w:t xml:space="preserve"> भन्नाले </w:t>
      </w:r>
      <w:r w:rsidR="0081310F">
        <w:rPr>
          <w:rFonts w:hint="cs"/>
          <w:color w:val="000000" w:themeColor="text1"/>
          <w:sz w:val="24"/>
          <w:szCs w:val="24"/>
          <w:cs/>
          <w:lang w:bidi="ne-NP"/>
        </w:rPr>
        <w:t>बंगलाचुली गाउँ</w:t>
      </w:r>
      <w:r w:rsidRPr="009C4E79">
        <w:rPr>
          <w:rFonts w:hint="cs"/>
          <w:color w:val="000000" w:themeColor="text1"/>
          <w:sz w:val="24"/>
          <w:szCs w:val="24"/>
          <w:cs/>
          <w:lang w:bidi="ne-NP"/>
        </w:rPr>
        <w:t>कार्यपालिकाको कार्यालयलाई सम्झनु पर्छ।</w:t>
      </w:r>
    </w:p>
    <w:p w:rsidR="00636CFF" w:rsidRPr="009C4E79" w:rsidRDefault="00636CFF" w:rsidP="00BF45E3">
      <w:pPr>
        <w:pStyle w:val="ListParagraph"/>
        <w:numPr>
          <w:ilvl w:val="0"/>
          <w:numId w:val="4"/>
        </w:numPr>
        <w:tabs>
          <w:tab w:val="left" w:pos="720"/>
          <w:tab w:val="left" w:pos="1440"/>
          <w:tab w:val="left" w:pos="1530"/>
        </w:tabs>
        <w:ind w:left="1980" w:hanging="54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टोल विकास संस्था</w:t>
      </w:r>
      <w:r w:rsidRPr="009C4E79">
        <w:rPr>
          <w:color w:val="000000" w:themeColor="text1"/>
          <w:sz w:val="24"/>
          <w:szCs w:val="24"/>
          <w:lang w:bidi="ne-NP"/>
        </w:rPr>
        <w:t>"</w:t>
      </w:r>
      <w:r w:rsidRPr="009C4E79">
        <w:rPr>
          <w:rFonts w:hint="cs"/>
          <w:color w:val="000000" w:themeColor="text1"/>
          <w:sz w:val="24"/>
          <w:szCs w:val="24"/>
          <w:cs/>
          <w:lang w:bidi="ne-NP"/>
        </w:rPr>
        <w:t xml:space="preserve"> भन्नाले टोल बस्तीको समग्र विकासको लागि निश्चित भौगोलिक </w:t>
      </w:r>
      <w:r w:rsidR="00F45F2B">
        <w:rPr>
          <w:color w:val="000000" w:themeColor="text1"/>
          <w:sz w:val="24"/>
          <w:szCs w:val="24"/>
          <w:lang w:bidi="ne-NP"/>
        </w:rPr>
        <w:t xml:space="preserve">  </w:t>
      </w:r>
      <w:r w:rsidRPr="009C4E79">
        <w:rPr>
          <w:rFonts w:hint="cs"/>
          <w:color w:val="000000" w:themeColor="text1"/>
          <w:sz w:val="24"/>
          <w:szCs w:val="24"/>
          <w:cs/>
          <w:lang w:bidi="ne-NP"/>
        </w:rPr>
        <w:t>क्षेत्रका अधिका</w:t>
      </w:r>
      <w:r w:rsidR="00A81E77" w:rsidRPr="009C4E79">
        <w:rPr>
          <w:rFonts w:hint="cs"/>
          <w:color w:val="000000" w:themeColor="text1"/>
          <w:sz w:val="24"/>
          <w:szCs w:val="24"/>
          <w:cs/>
          <w:lang w:bidi="ne-NP"/>
        </w:rPr>
        <w:t>ंश</w:t>
      </w:r>
      <w:r w:rsidRPr="009C4E79">
        <w:rPr>
          <w:rFonts w:hint="cs"/>
          <w:color w:val="000000" w:themeColor="text1"/>
          <w:sz w:val="24"/>
          <w:szCs w:val="24"/>
          <w:cs/>
          <w:lang w:bidi="ne-NP"/>
        </w:rPr>
        <w:t xml:space="preserve"> घर धुरीका प्रतिनिधिहरुको उपसस्थितिमा विकास निर्माण</w:t>
      </w:r>
      <w:r w:rsidRPr="009C4E79">
        <w:rPr>
          <w:color w:val="000000" w:themeColor="text1"/>
          <w:sz w:val="24"/>
          <w:szCs w:val="24"/>
          <w:lang w:bidi="ne-NP"/>
        </w:rPr>
        <w:t>,</w:t>
      </w:r>
      <w:r w:rsidRPr="009C4E79">
        <w:rPr>
          <w:rFonts w:hint="cs"/>
          <w:color w:val="000000" w:themeColor="text1"/>
          <w:sz w:val="24"/>
          <w:szCs w:val="24"/>
          <w:cs/>
          <w:lang w:bidi="ne-NP"/>
        </w:rPr>
        <w:t xml:space="preserve"> सेवा प्रवाह र समाजिक परिचालनको क्षेत्रमा काम गर्ने उद्देश्यले </w:t>
      </w:r>
      <w:r w:rsidR="001D23B0">
        <w:rPr>
          <w:rFonts w:hint="cs"/>
          <w:color w:val="000000" w:themeColor="text1"/>
          <w:sz w:val="24"/>
          <w:szCs w:val="24"/>
          <w:cs/>
          <w:lang w:bidi="ne-NP"/>
        </w:rPr>
        <w:t>यस कार्यविधिको दफा</w:t>
      </w:r>
      <w:r w:rsidR="00B91D16">
        <w:rPr>
          <w:rFonts w:hint="cs"/>
          <w:color w:val="000000" w:themeColor="text1"/>
          <w:sz w:val="24"/>
          <w:szCs w:val="24"/>
          <w:cs/>
          <w:lang w:bidi="ne-NP"/>
        </w:rPr>
        <w:t>(</w:t>
      </w:r>
      <w:r w:rsidR="001D23B0">
        <w:rPr>
          <w:rFonts w:hint="cs"/>
          <w:color w:val="000000" w:themeColor="text1"/>
          <w:sz w:val="24"/>
          <w:szCs w:val="24"/>
          <w:cs/>
          <w:lang w:bidi="ne-NP"/>
        </w:rPr>
        <w:t xml:space="preserve"> (३) वमोजिम</w:t>
      </w:r>
      <w:r w:rsidRPr="009C4E79">
        <w:rPr>
          <w:rFonts w:hint="cs"/>
          <w:color w:val="000000" w:themeColor="text1"/>
          <w:sz w:val="24"/>
          <w:szCs w:val="24"/>
          <w:cs/>
          <w:lang w:bidi="ne-NP"/>
        </w:rPr>
        <w:t xml:space="preserve">गठन भई </w:t>
      </w:r>
      <w:r w:rsidR="001D23B0">
        <w:rPr>
          <w:rFonts w:hint="cs"/>
          <w:color w:val="000000" w:themeColor="text1"/>
          <w:sz w:val="24"/>
          <w:szCs w:val="24"/>
          <w:cs/>
          <w:lang w:bidi="ne-NP"/>
        </w:rPr>
        <w:t xml:space="preserve">सम्वन्धित </w:t>
      </w:r>
      <w:r w:rsidR="008C2961" w:rsidRPr="009C4E79">
        <w:rPr>
          <w:rFonts w:hint="cs"/>
          <w:color w:val="000000" w:themeColor="text1"/>
          <w:sz w:val="24"/>
          <w:szCs w:val="24"/>
          <w:cs/>
          <w:lang w:bidi="ne-NP"/>
        </w:rPr>
        <w:t xml:space="preserve">वडा </w:t>
      </w:r>
      <w:r w:rsidRPr="009C4E79">
        <w:rPr>
          <w:rFonts w:hint="cs"/>
          <w:color w:val="000000" w:themeColor="text1"/>
          <w:sz w:val="24"/>
          <w:szCs w:val="24"/>
          <w:cs/>
          <w:lang w:bidi="ne-NP"/>
        </w:rPr>
        <w:t xml:space="preserve">कार्यालयमा </w:t>
      </w:r>
      <w:r w:rsidR="00483676" w:rsidRPr="009C4E79">
        <w:rPr>
          <w:rFonts w:hint="cs"/>
          <w:color w:val="000000" w:themeColor="text1"/>
          <w:sz w:val="24"/>
          <w:szCs w:val="24"/>
          <w:cs/>
          <w:lang w:bidi="ne-NP"/>
        </w:rPr>
        <w:t xml:space="preserve">सूचीकृत </w:t>
      </w:r>
      <w:r w:rsidRPr="009C4E79">
        <w:rPr>
          <w:rFonts w:hint="cs"/>
          <w:color w:val="000000" w:themeColor="text1"/>
          <w:sz w:val="24"/>
          <w:szCs w:val="24"/>
          <w:cs/>
          <w:lang w:bidi="ne-NP"/>
        </w:rPr>
        <w:t xml:space="preserve">भएको </w:t>
      </w:r>
      <w:r w:rsidRPr="009C4E79">
        <w:rPr>
          <w:rFonts w:hint="cs"/>
          <w:sz w:val="24"/>
          <w:szCs w:val="24"/>
          <w:cs/>
          <w:lang w:bidi="ne-NP"/>
        </w:rPr>
        <w:t>सामुदायिक</w:t>
      </w:r>
      <w:r w:rsidRPr="009C4E79">
        <w:rPr>
          <w:rFonts w:hint="cs"/>
          <w:color w:val="000000" w:themeColor="text1"/>
          <w:sz w:val="24"/>
          <w:szCs w:val="24"/>
          <w:cs/>
          <w:lang w:bidi="ne-NP"/>
        </w:rPr>
        <w:t xml:space="preserve"> संस्थालाई सम्झनु पर्छ ।</w:t>
      </w:r>
    </w:p>
    <w:p w:rsidR="00636CFF" w:rsidRPr="009C4E79" w:rsidRDefault="00636CFF" w:rsidP="00BF45E3">
      <w:pPr>
        <w:pStyle w:val="ListParagraph"/>
        <w:numPr>
          <w:ilvl w:val="0"/>
          <w:numId w:val="4"/>
        </w:numPr>
        <w:tabs>
          <w:tab w:val="left" w:pos="720"/>
          <w:tab w:val="left" w:pos="1440"/>
          <w:tab w:val="left" w:pos="1530"/>
        </w:tabs>
        <w:ind w:left="1980" w:hanging="54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पदाधिकारी</w:t>
      </w:r>
      <w:r w:rsidRPr="009C4E79">
        <w:rPr>
          <w:color w:val="000000" w:themeColor="text1"/>
          <w:sz w:val="24"/>
          <w:szCs w:val="24"/>
          <w:lang w:bidi="ne-NP"/>
        </w:rPr>
        <w:t>”</w:t>
      </w:r>
      <w:r w:rsidRPr="009C4E79">
        <w:rPr>
          <w:rFonts w:hint="cs"/>
          <w:color w:val="000000" w:themeColor="text1"/>
          <w:sz w:val="24"/>
          <w:szCs w:val="24"/>
          <w:cs/>
          <w:lang w:bidi="ne-NP"/>
        </w:rPr>
        <w:t xml:space="preserve"> भन्नाले</w:t>
      </w:r>
      <w:r w:rsidR="005429D3" w:rsidRPr="009C4E79">
        <w:rPr>
          <w:rFonts w:hint="cs"/>
          <w:color w:val="000000" w:themeColor="text1"/>
          <w:sz w:val="24"/>
          <w:szCs w:val="24"/>
          <w:cs/>
          <w:lang w:bidi="ne-NP"/>
        </w:rPr>
        <w:t>संस्थाको</w:t>
      </w:r>
      <w:r w:rsidRPr="009C4E79">
        <w:rPr>
          <w:rFonts w:hint="cs"/>
          <w:color w:val="000000" w:themeColor="text1"/>
          <w:sz w:val="24"/>
          <w:szCs w:val="24"/>
          <w:cs/>
          <w:lang w:bidi="ne-NP"/>
        </w:rPr>
        <w:t xml:space="preserve"> कार्यसमितिका अध्यक्ष, उपाध्यक्ष</w:t>
      </w:r>
      <w:r w:rsidRPr="009C4E79">
        <w:rPr>
          <w:color w:val="000000" w:themeColor="text1"/>
          <w:sz w:val="24"/>
          <w:szCs w:val="24"/>
          <w:lang w:bidi="ne-NP"/>
        </w:rPr>
        <w:t>,</w:t>
      </w:r>
      <w:r w:rsidRPr="009C4E79">
        <w:rPr>
          <w:rFonts w:hint="cs"/>
          <w:color w:val="000000" w:themeColor="text1"/>
          <w:sz w:val="24"/>
          <w:szCs w:val="24"/>
          <w:cs/>
          <w:lang w:bidi="ne-NP"/>
        </w:rPr>
        <w:t xml:space="preserve"> कोषाध्यक्ष, सचिव र सदस्यहरु समेतलाई सम्झनु पर्छ ।</w:t>
      </w:r>
    </w:p>
    <w:p w:rsidR="00636CFF" w:rsidRPr="009C4E79" w:rsidRDefault="00636CFF" w:rsidP="00BF45E3">
      <w:pPr>
        <w:pStyle w:val="ListParagraph"/>
        <w:numPr>
          <w:ilvl w:val="0"/>
          <w:numId w:val="4"/>
        </w:numPr>
        <w:tabs>
          <w:tab w:val="left" w:pos="720"/>
          <w:tab w:val="left" w:pos="1440"/>
          <w:tab w:val="left" w:pos="1530"/>
        </w:tabs>
        <w:ind w:left="1980" w:hanging="54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बैठक</w:t>
      </w:r>
      <w:r w:rsidRPr="009C4E79">
        <w:rPr>
          <w:color w:val="000000" w:themeColor="text1"/>
          <w:sz w:val="24"/>
          <w:szCs w:val="24"/>
          <w:lang w:bidi="ne-NP"/>
        </w:rPr>
        <w:t>”</w:t>
      </w:r>
      <w:r w:rsidRPr="009C4E79">
        <w:rPr>
          <w:rFonts w:hint="cs"/>
          <w:color w:val="000000" w:themeColor="text1"/>
          <w:sz w:val="24"/>
          <w:szCs w:val="24"/>
          <w:cs/>
          <w:lang w:bidi="ne-NP"/>
        </w:rPr>
        <w:t xml:space="preserve"> भन्नाले संस्थाको संयुक्त वा छुट्टाछुट्टै बैठक सम्झनु पर्छ ।</w:t>
      </w:r>
    </w:p>
    <w:p w:rsidR="00977ACB" w:rsidRPr="009C4E79" w:rsidRDefault="00977ACB" w:rsidP="00BF45E3">
      <w:pPr>
        <w:pStyle w:val="ListParagraph"/>
        <w:numPr>
          <w:ilvl w:val="0"/>
          <w:numId w:val="4"/>
        </w:numPr>
        <w:tabs>
          <w:tab w:val="left" w:pos="720"/>
          <w:tab w:val="left" w:pos="1440"/>
          <w:tab w:val="left" w:pos="1530"/>
        </w:tabs>
        <w:ind w:left="1980" w:hanging="54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वडा</w:t>
      </w:r>
      <w:r w:rsidRPr="009C4E79">
        <w:rPr>
          <w:color w:val="000000" w:themeColor="text1"/>
          <w:sz w:val="24"/>
          <w:szCs w:val="24"/>
          <w:lang w:bidi="ne-NP"/>
        </w:rPr>
        <w:t>”</w:t>
      </w:r>
      <w:r w:rsidRPr="009C4E79">
        <w:rPr>
          <w:rFonts w:hint="cs"/>
          <w:color w:val="000000" w:themeColor="text1"/>
          <w:sz w:val="24"/>
          <w:szCs w:val="24"/>
          <w:cs/>
          <w:lang w:bidi="ne-NP"/>
        </w:rPr>
        <w:t xml:space="preserve"> भन्नाले </w:t>
      </w:r>
      <w:r w:rsidR="001D23B0">
        <w:rPr>
          <w:rFonts w:hint="cs"/>
          <w:color w:val="000000" w:themeColor="text1"/>
          <w:sz w:val="24"/>
          <w:szCs w:val="24"/>
          <w:cs/>
          <w:lang w:bidi="ne-NP"/>
        </w:rPr>
        <w:t>बंगलाचुली गाउँपालिकाको सम्वन्धित</w:t>
      </w:r>
      <w:r w:rsidRPr="009C4E79">
        <w:rPr>
          <w:rFonts w:hint="cs"/>
          <w:color w:val="000000" w:themeColor="text1"/>
          <w:sz w:val="24"/>
          <w:szCs w:val="24"/>
          <w:cs/>
          <w:lang w:bidi="ne-NP"/>
        </w:rPr>
        <w:t xml:space="preserve"> वडालाई सम्झनु पर्छ।</w:t>
      </w:r>
    </w:p>
    <w:p w:rsidR="00636CFF" w:rsidRPr="009C4E79" w:rsidRDefault="00636CFF" w:rsidP="00BF45E3">
      <w:pPr>
        <w:pStyle w:val="ListParagraph"/>
        <w:numPr>
          <w:ilvl w:val="0"/>
          <w:numId w:val="4"/>
        </w:numPr>
        <w:tabs>
          <w:tab w:val="left" w:pos="720"/>
          <w:tab w:val="left" w:pos="1440"/>
          <w:tab w:val="left" w:pos="1530"/>
        </w:tabs>
        <w:ind w:left="1980" w:hanging="54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विधान</w:t>
      </w:r>
      <w:r w:rsidRPr="009C4E79">
        <w:rPr>
          <w:color w:val="000000" w:themeColor="text1"/>
          <w:sz w:val="24"/>
          <w:szCs w:val="24"/>
          <w:lang w:bidi="ne-NP"/>
        </w:rPr>
        <w:t>”</w:t>
      </w:r>
      <w:r w:rsidRPr="009C4E79">
        <w:rPr>
          <w:rFonts w:hint="cs"/>
          <w:color w:val="000000" w:themeColor="text1"/>
          <w:sz w:val="24"/>
          <w:szCs w:val="24"/>
          <w:cs/>
          <w:lang w:bidi="ne-NP"/>
        </w:rPr>
        <w:t xml:space="preserve"> भन्नाले संस्थाको विधानलाई सम्झनु पर्छ ।</w:t>
      </w:r>
    </w:p>
    <w:p w:rsidR="00636CFF" w:rsidRPr="009C4E79" w:rsidRDefault="00636CFF" w:rsidP="00BF45E3">
      <w:pPr>
        <w:pStyle w:val="ListParagraph"/>
        <w:numPr>
          <w:ilvl w:val="0"/>
          <w:numId w:val="4"/>
        </w:numPr>
        <w:tabs>
          <w:tab w:val="left" w:pos="720"/>
          <w:tab w:val="left" w:pos="1440"/>
          <w:tab w:val="left" w:pos="1530"/>
        </w:tabs>
        <w:ind w:left="1980" w:hanging="54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समिति</w:t>
      </w:r>
      <w:r w:rsidRPr="009C4E79">
        <w:rPr>
          <w:color w:val="000000" w:themeColor="text1"/>
          <w:sz w:val="24"/>
          <w:szCs w:val="24"/>
          <w:lang w:bidi="ne-NP"/>
        </w:rPr>
        <w:t>”</w:t>
      </w:r>
      <w:r w:rsidRPr="009C4E79">
        <w:rPr>
          <w:rFonts w:hint="cs"/>
          <w:color w:val="000000" w:themeColor="text1"/>
          <w:sz w:val="24"/>
          <w:szCs w:val="24"/>
          <w:cs/>
          <w:lang w:bidi="ne-NP"/>
        </w:rPr>
        <w:t xml:space="preserve"> भन्नाले संस्थाको कार्यसमिति सम्झनु पर्छ ।</w:t>
      </w:r>
    </w:p>
    <w:p w:rsidR="00636CFF" w:rsidRPr="009C4E79" w:rsidRDefault="00636CFF" w:rsidP="00BF45E3">
      <w:pPr>
        <w:pStyle w:val="ListParagraph"/>
        <w:numPr>
          <w:ilvl w:val="0"/>
          <w:numId w:val="4"/>
        </w:numPr>
        <w:tabs>
          <w:tab w:val="left" w:pos="720"/>
          <w:tab w:val="left" w:pos="1440"/>
          <w:tab w:val="left" w:pos="1530"/>
        </w:tabs>
        <w:ind w:left="1980" w:hanging="54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साधारणसभा</w:t>
      </w:r>
      <w:r w:rsidRPr="009C4E79">
        <w:rPr>
          <w:color w:val="000000" w:themeColor="text1"/>
          <w:sz w:val="24"/>
          <w:szCs w:val="24"/>
          <w:lang w:bidi="ne-NP"/>
        </w:rPr>
        <w:t>”</w:t>
      </w:r>
      <w:r w:rsidRPr="009C4E79">
        <w:rPr>
          <w:rFonts w:hint="cs"/>
          <w:color w:val="000000" w:themeColor="text1"/>
          <w:sz w:val="24"/>
          <w:szCs w:val="24"/>
          <w:cs/>
          <w:lang w:bidi="ne-NP"/>
        </w:rPr>
        <w:t xml:space="preserve"> भन्नाले संस्थाको साधारण सदस्यहरुको भेला सम्झनु पर्छ।</w:t>
      </w:r>
    </w:p>
    <w:p w:rsidR="00A0156B" w:rsidRPr="009C4E79" w:rsidRDefault="00CB0E1C" w:rsidP="00BF45E3">
      <w:pPr>
        <w:pStyle w:val="ListParagraph"/>
        <w:numPr>
          <w:ilvl w:val="0"/>
          <w:numId w:val="4"/>
        </w:numPr>
        <w:tabs>
          <w:tab w:val="left" w:pos="720"/>
          <w:tab w:val="left" w:pos="1440"/>
          <w:tab w:val="left" w:pos="1530"/>
        </w:tabs>
        <w:ind w:left="1980" w:hanging="540"/>
        <w:jc w:val="both"/>
        <w:rPr>
          <w:color w:val="000000" w:themeColor="text1"/>
          <w:sz w:val="24"/>
          <w:szCs w:val="24"/>
          <w:lang w:bidi="ne-NP"/>
        </w:rPr>
      </w:pPr>
      <w:r w:rsidRPr="009C4E79">
        <w:rPr>
          <w:color w:val="000000" w:themeColor="text1"/>
          <w:sz w:val="24"/>
          <w:szCs w:val="24"/>
          <w:lang w:bidi="ne-NP"/>
        </w:rPr>
        <w:t>“</w:t>
      </w:r>
      <w:r w:rsidR="00A0156B" w:rsidRPr="009C4E79">
        <w:rPr>
          <w:rFonts w:hint="cs"/>
          <w:color w:val="000000" w:themeColor="text1"/>
          <w:sz w:val="24"/>
          <w:szCs w:val="24"/>
          <w:cs/>
          <w:lang w:bidi="ne-NP"/>
        </w:rPr>
        <w:t>संस्था</w:t>
      </w:r>
      <w:r w:rsidRPr="009C4E79">
        <w:rPr>
          <w:color w:val="000000" w:themeColor="text1"/>
          <w:sz w:val="24"/>
          <w:szCs w:val="24"/>
          <w:lang w:bidi="ne-NP"/>
        </w:rPr>
        <w:t>”</w:t>
      </w:r>
      <w:r w:rsidR="00A0156B" w:rsidRPr="009C4E79">
        <w:rPr>
          <w:rFonts w:hint="cs"/>
          <w:color w:val="000000" w:themeColor="text1"/>
          <w:sz w:val="24"/>
          <w:szCs w:val="24"/>
          <w:cs/>
          <w:lang w:bidi="ne-NP"/>
        </w:rPr>
        <w:t xml:space="preserve"> भन्नाले टोल विकास संस्थालाई सम्झनुपर्छ ।</w:t>
      </w:r>
    </w:p>
    <w:p w:rsidR="00A0156B" w:rsidRPr="009C4E79" w:rsidRDefault="00A0156B" w:rsidP="00BD768E">
      <w:pPr>
        <w:tabs>
          <w:tab w:val="left" w:pos="720"/>
        </w:tabs>
        <w:ind w:firstLine="270"/>
        <w:jc w:val="both"/>
        <w:rPr>
          <w:color w:val="000000" w:themeColor="text1"/>
          <w:sz w:val="24"/>
          <w:szCs w:val="24"/>
          <w:lang w:bidi="ne-NP"/>
        </w:rPr>
      </w:pPr>
    </w:p>
    <w:p w:rsidR="00CB0E1C" w:rsidRPr="009C4E79" w:rsidRDefault="00CB0E1C" w:rsidP="00BD768E">
      <w:pPr>
        <w:tabs>
          <w:tab w:val="left" w:pos="720"/>
          <w:tab w:val="left" w:pos="3432"/>
        </w:tabs>
        <w:ind w:firstLine="270"/>
        <w:jc w:val="center"/>
        <w:rPr>
          <w:b/>
          <w:bCs/>
          <w:color w:val="000000" w:themeColor="text1"/>
          <w:sz w:val="28"/>
          <w:szCs w:val="28"/>
          <w:u w:val="single"/>
          <w:lang w:bidi="ne-NP"/>
        </w:rPr>
      </w:pPr>
      <w:r w:rsidRPr="009C4E79">
        <w:rPr>
          <w:rFonts w:hint="cs"/>
          <w:b/>
          <w:bCs/>
          <w:color w:val="000000" w:themeColor="text1"/>
          <w:sz w:val="28"/>
          <w:szCs w:val="28"/>
          <w:u w:val="single"/>
          <w:cs/>
          <w:lang w:bidi="ne-NP"/>
        </w:rPr>
        <w:t>परिच्छेद</w:t>
      </w:r>
      <w:r w:rsidRPr="009C4E79">
        <w:rPr>
          <w:b/>
          <w:bCs/>
          <w:color w:val="000000" w:themeColor="text1"/>
          <w:sz w:val="28"/>
          <w:szCs w:val="28"/>
          <w:u w:val="single"/>
          <w:lang w:bidi="ne-NP"/>
        </w:rPr>
        <w:t xml:space="preserve">- </w:t>
      </w:r>
      <w:r w:rsidRPr="009C4E79">
        <w:rPr>
          <w:rFonts w:hint="cs"/>
          <w:b/>
          <w:bCs/>
          <w:color w:val="000000" w:themeColor="text1"/>
          <w:sz w:val="28"/>
          <w:szCs w:val="28"/>
          <w:u w:val="single"/>
          <w:cs/>
          <w:lang w:bidi="ne-NP"/>
        </w:rPr>
        <w:t>२</w:t>
      </w:r>
    </w:p>
    <w:p w:rsidR="00DC25B8" w:rsidRPr="009C4E79" w:rsidRDefault="001458B0" w:rsidP="00BD768E">
      <w:pPr>
        <w:pStyle w:val="ListParagraph"/>
        <w:tabs>
          <w:tab w:val="left" w:pos="720"/>
        </w:tabs>
        <w:ind w:left="1080" w:firstLine="270"/>
        <w:jc w:val="center"/>
        <w:rPr>
          <w:b/>
          <w:bCs/>
          <w:color w:val="000000" w:themeColor="text1"/>
          <w:sz w:val="28"/>
          <w:szCs w:val="28"/>
          <w:u w:val="single"/>
          <w:lang w:bidi="ne-NP"/>
        </w:rPr>
      </w:pPr>
      <w:r w:rsidRPr="009C4E79">
        <w:rPr>
          <w:rFonts w:hint="cs"/>
          <w:b/>
          <w:bCs/>
          <w:color w:val="000000" w:themeColor="text1"/>
          <w:sz w:val="28"/>
          <w:szCs w:val="28"/>
          <w:u w:val="single"/>
          <w:cs/>
          <w:lang w:bidi="ne-NP"/>
        </w:rPr>
        <w:t>संस्थाको गठन</w:t>
      </w:r>
      <w:r w:rsidR="00765FF3" w:rsidRPr="009C4E79">
        <w:rPr>
          <w:rFonts w:hint="cs"/>
          <w:b/>
          <w:bCs/>
          <w:color w:val="000000" w:themeColor="text1"/>
          <w:sz w:val="28"/>
          <w:szCs w:val="28"/>
          <w:u w:val="single"/>
          <w:cs/>
          <w:lang w:bidi="ne-NP"/>
        </w:rPr>
        <w:t>तथा</w:t>
      </w:r>
      <w:r w:rsidR="00483676" w:rsidRPr="009C4E79">
        <w:rPr>
          <w:rFonts w:hint="cs"/>
          <w:b/>
          <w:bCs/>
          <w:color w:val="000000" w:themeColor="text1"/>
          <w:sz w:val="28"/>
          <w:szCs w:val="28"/>
          <w:u w:val="single"/>
          <w:cs/>
          <w:lang w:bidi="ne-NP"/>
        </w:rPr>
        <w:t>सूचीकृत</w:t>
      </w:r>
      <w:r w:rsidR="00DC25B8" w:rsidRPr="009C4E79">
        <w:rPr>
          <w:rFonts w:hint="cs"/>
          <w:b/>
          <w:bCs/>
          <w:color w:val="000000" w:themeColor="text1"/>
          <w:sz w:val="28"/>
          <w:szCs w:val="28"/>
          <w:u w:val="single"/>
          <w:cs/>
          <w:lang w:bidi="ne-NP"/>
        </w:rPr>
        <w:t xml:space="preserve"> सम्बन्धी व्यवस्था </w:t>
      </w:r>
    </w:p>
    <w:p w:rsidR="001458B0" w:rsidRPr="009C4E79" w:rsidRDefault="001458B0" w:rsidP="00BD768E">
      <w:pPr>
        <w:pStyle w:val="ListParagraph"/>
        <w:tabs>
          <w:tab w:val="left" w:pos="720"/>
        </w:tabs>
        <w:ind w:left="1080" w:firstLine="270"/>
        <w:jc w:val="center"/>
        <w:rPr>
          <w:b/>
          <w:bCs/>
          <w:color w:val="000000" w:themeColor="text1"/>
          <w:sz w:val="28"/>
          <w:szCs w:val="28"/>
          <w:u w:val="single"/>
          <w:lang w:bidi="ne-NP"/>
        </w:rPr>
      </w:pPr>
    </w:p>
    <w:p w:rsidR="00C8153D" w:rsidRPr="009C4E79" w:rsidRDefault="00E53525" w:rsidP="006D1DB0">
      <w:pPr>
        <w:pStyle w:val="ListParagraph"/>
        <w:numPr>
          <w:ilvl w:val="0"/>
          <w:numId w:val="5"/>
        </w:numPr>
        <w:ind w:left="720" w:hanging="450"/>
        <w:jc w:val="both"/>
        <w:rPr>
          <w:b/>
          <w:bCs/>
          <w:color w:val="000000" w:themeColor="text1"/>
          <w:sz w:val="28"/>
          <w:szCs w:val="28"/>
          <w:u w:val="single"/>
          <w:lang w:bidi="ne-NP"/>
        </w:rPr>
      </w:pPr>
      <w:r w:rsidRPr="00614A5D">
        <w:rPr>
          <w:rFonts w:hint="cs"/>
          <w:b/>
          <w:bCs/>
          <w:color w:val="000000" w:themeColor="text1"/>
          <w:sz w:val="28"/>
          <w:szCs w:val="28"/>
          <w:u w:val="single"/>
          <w:cs/>
          <w:lang w:bidi="ne-NP"/>
        </w:rPr>
        <w:t xml:space="preserve">संस्थाको </w:t>
      </w:r>
      <w:r w:rsidR="0070695B" w:rsidRPr="00614A5D">
        <w:rPr>
          <w:rFonts w:hint="cs"/>
          <w:b/>
          <w:bCs/>
          <w:color w:val="000000" w:themeColor="text1"/>
          <w:sz w:val="28"/>
          <w:szCs w:val="28"/>
          <w:u w:val="single"/>
          <w:cs/>
          <w:lang w:bidi="ne-NP"/>
        </w:rPr>
        <w:t>गठन</w:t>
      </w:r>
      <w:r w:rsidR="002632C0" w:rsidRPr="00BF45E3">
        <w:rPr>
          <w:b/>
          <w:bCs/>
          <w:color w:val="000000" w:themeColor="text1"/>
          <w:sz w:val="24"/>
          <w:szCs w:val="24"/>
          <w:lang w:bidi="ne-NP"/>
        </w:rPr>
        <w:t>:</w:t>
      </w:r>
      <w:r w:rsidR="00145CF7" w:rsidRPr="00BF45E3">
        <w:rPr>
          <w:b/>
          <w:bCs/>
          <w:color w:val="000000" w:themeColor="text1"/>
          <w:lang w:bidi="ne-NP"/>
        </w:rPr>
        <w:t>(</w:t>
      </w:r>
      <w:r w:rsidR="00145CF7" w:rsidRPr="009C4E79">
        <w:rPr>
          <w:rFonts w:hint="cs"/>
          <w:color w:val="000000" w:themeColor="text1"/>
          <w:sz w:val="24"/>
          <w:szCs w:val="24"/>
          <w:cs/>
          <w:lang w:bidi="ne-NP"/>
        </w:rPr>
        <w:t>१</w:t>
      </w:r>
      <w:r w:rsidR="00145CF7" w:rsidRPr="009C4E79">
        <w:rPr>
          <w:color w:val="000000" w:themeColor="text1"/>
          <w:sz w:val="24"/>
          <w:szCs w:val="24"/>
          <w:lang w:bidi="ne-NP"/>
        </w:rPr>
        <w:t>)</w:t>
      </w:r>
      <w:r w:rsidR="00845F27" w:rsidRPr="009C4E79">
        <w:rPr>
          <w:rFonts w:hint="cs"/>
          <w:color w:val="000000" w:themeColor="text1"/>
          <w:sz w:val="24"/>
          <w:szCs w:val="24"/>
          <w:cs/>
          <w:lang w:bidi="ne-NP"/>
        </w:rPr>
        <w:t>गाउँ</w:t>
      </w:r>
      <w:r w:rsidR="008464E3" w:rsidRPr="009C4E79">
        <w:rPr>
          <w:rFonts w:hint="cs"/>
          <w:color w:val="000000" w:themeColor="text1"/>
          <w:sz w:val="24"/>
          <w:szCs w:val="24"/>
          <w:cs/>
          <w:lang w:bidi="ne-NP"/>
        </w:rPr>
        <w:t>पालपिकाको</w:t>
      </w:r>
      <w:r w:rsidR="00145CF7" w:rsidRPr="009C4E79">
        <w:rPr>
          <w:rFonts w:hint="cs"/>
          <w:color w:val="000000" w:themeColor="text1"/>
          <w:sz w:val="24"/>
          <w:szCs w:val="24"/>
          <w:cs/>
          <w:lang w:bidi="ne-NP"/>
        </w:rPr>
        <w:t xml:space="preserve">क्षेत्रमाभौगोलिक तथा सामाजिक सामिप्यताको आधारमा </w:t>
      </w:r>
      <w:r w:rsidR="00483676" w:rsidRPr="009C4E79">
        <w:rPr>
          <w:rFonts w:hint="cs"/>
          <w:color w:val="000000" w:themeColor="text1"/>
          <w:sz w:val="24"/>
          <w:szCs w:val="24"/>
          <w:cs/>
          <w:lang w:bidi="ne-NP"/>
        </w:rPr>
        <w:t xml:space="preserve">टोल तथा बस्तीका </w:t>
      </w:r>
      <w:r w:rsidR="00483676" w:rsidRPr="009C4E79">
        <w:rPr>
          <w:sz w:val="24"/>
          <w:szCs w:val="24"/>
          <w:cs/>
          <w:lang w:bidi="ne-NP"/>
        </w:rPr>
        <w:t xml:space="preserve">वासिन्दाको आमभेलाबाट </w:t>
      </w:r>
      <w:r w:rsidR="00DF6367" w:rsidRPr="009C4E79">
        <w:rPr>
          <w:rFonts w:hint="cs"/>
          <w:sz w:val="24"/>
          <w:szCs w:val="24"/>
          <w:cs/>
          <w:lang w:bidi="ne-NP"/>
        </w:rPr>
        <w:t xml:space="preserve">टोल तथा बस्ती भित्रका </w:t>
      </w:r>
      <w:r w:rsidR="00483676" w:rsidRPr="009C4E79">
        <w:rPr>
          <w:sz w:val="24"/>
          <w:szCs w:val="24"/>
          <w:cs/>
          <w:lang w:bidi="ne-NP"/>
        </w:rPr>
        <w:t xml:space="preserve">घरधुरी </w:t>
      </w:r>
      <w:r w:rsidR="007E2800" w:rsidRPr="009C4E79">
        <w:rPr>
          <w:sz w:val="24"/>
          <w:szCs w:val="24"/>
          <w:cs/>
          <w:lang w:bidi="ne-NP"/>
        </w:rPr>
        <w:t xml:space="preserve">समावेश हुने गरी </w:t>
      </w:r>
      <w:r w:rsidR="00145CF7" w:rsidRPr="009C4E79">
        <w:rPr>
          <w:sz w:val="24"/>
          <w:szCs w:val="24"/>
          <w:cs/>
          <w:lang w:bidi="ne-NP"/>
        </w:rPr>
        <w:t>टोल विकास संस्थाको गठन गरिनेछ</w:t>
      </w:r>
      <w:r w:rsidR="00145CF7" w:rsidRPr="009C4E79">
        <w:rPr>
          <w:rFonts w:hint="cs"/>
          <w:color w:val="000000" w:themeColor="text1"/>
          <w:sz w:val="24"/>
          <w:szCs w:val="24"/>
          <w:cs/>
          <w:lang w:bidi="ne-NP"/>
        </w:rPr>
        <w:t xml:space="preserve"> ।</w:t>
      </w:r>
    </w:p>
    <w:p w:rsidR="00145CF7" w:rsidRPr="009C4E79" w:rsidRDefault="00145CF7" w:rsidP="00701DC9">
      <w:pPr>
        <w:ind w:left="990" w:firstLine="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२</w:t>
      </w:r>
      <w:r w:rsidRPr="009C4E79">
        <w:rPr>
          <w:color w:val="000000" w:themeColor="text1"/>
          <w:sz w:val="24"/>
          <w:szCs w:val="24"/>
          <w:lang w:bidi="ne-NP"/>
        </w:rPr>
        <w:t>)</w:t>
      </w:r>
      <w:r w:rsidRPr="009C4E79">
        <w:rPr>
          <w:rFonts w:hint="cs"/>
          <w:color w:val="000000" w:themeColor="text1"/>
          <w:sz w:val="24"/>
          <w:szCs w:val="24"/>
          <w:cs/>
          <w:lang w:bidi="ne-NP"/>
        </w:rPr>
        <w:t xml:space="preserve"> उपदफा </w:t>
      </w:r>
      <w:r w:rsidRPr="009C4E79">
        <w:rPr>
          <w:color w:val="000000" w:themeColor="text1"/>
          <w:sz w:val="24"/>
          <w:szCs w:val="24"/>
          <w:lang w:bidi="ne-NP"/>
        </w:rPr>
        <w:t>(</w:t>
      </w:r>
      <w:r w:rsidRPr="009C4E79">
        <w:rPr>
          <w:rFonts w:hint="cs"/>
          <w:color w:val="000000" w:themeColor="text1"/>
          <w:sz w:val="24"/>
          <w:szCs w:val="24"/>
          <w:cs/>
          <w:lang w:bidi="ne-NP"/>
        </w:rPr>
        <w:t>१</w:t>
      </w:r>
      <w:r w:rsidRPr="009C4E79">
        <w:rPr>
          <w:color w:val="000000" w:themeColor="text1"/>
          <w:sz w:val="24"/>
          <w:szCs w:val="24"/>
          <w:lang w:bidi="ne-NP"/>
        </w:rPr>
        <w:t>)</w:t>
      </w:r>
      <w:r w:rsidRPr="009C4E79">
        <w:rPr>
          <w:rFonts w:hint="cs"/>
          <w:color w:val="000000" w:themeColor="text1"/>
          <w:sz w:val="24"/>
          <w:szCs w:val="24"/>
          <w:cs/>
          <w:lang w:bidi="ne-NP"/>
        </w:rPr>
        <w:t xml:space="preserve"> बमोजिम</w:t>
      </w:r>
      <w:r w:rsidR="007E2800" w:rsidRPr="009C4E79">
        <w:rPr>
          <w:rFonts w:hint="cs"/>
          <w:color w:val="000000" w:themeColor="text1"/>
          <w:sz w:val="24"/>
          <w:szCs w:val="24"/>
          <w:cs/>
          <w:lang w:bidi="ne-NP"/>
        </w:rPr>
        <w:t xml:space="preserve"> गठन हुने</w:t>
      </w:r>
      <w:r w:rsidR="00483676" w:rsidRPr="009C4E79">
        <w:rPr>
          <w:rFonts w:hint="cs"/>
          <w:color w:val="000000" w:themeColor="text1"/>
          <w:sz w:val="24"/>
          <w:szCs w:val="24"/>
          <w:cs/>
          <w:lang w:bidi="ne-NP"/>
        </w:rPr>
        <w:t xml:space="preserve"> संस्थाको कार्यसमितिमा </w:t>
      </w:r>
      <w:r w:rsidRPr="009C4E79">
        <w:rPr>
          <w:rFonts w:hint="cs"/>
          <w:color w:val="000000" w:themeColor="text1"/>
          <w:sz w:val="24"/>
          <w:szCs w:val="24"/>
          <w:cs/>
          <w:lang w:bidi="ne-NP"/>
        </w:rPr>
        <w:t>देहाय बमोजिमक</w:t>
      </w:r>
      <w:r w:rsidR="007E2800" w:rsidRPr="009C4E79">
        <w:rPr>
          <w:rFonts w:hint="cs"/>
          <w:color w:val="000000" w:themeColor="text1"/>
          <w:sz w:val="24"/>
          <w:szCs w:val="24"/>
          <w:cs/>
          <w:lang w:bidi="ne-NP"/>
        </w:rPr>
        <w:t xml:space="preserve">ा </w:t>
      </w:r>
      <w:r w:rsidR="00483676" w:rsidRPr="009C4E79">
        <w:rPr>
          <w:rFonts w:hint="cs"/>
          <w:color w:val="000000" w:themeColor="text1"/>
          <w:sz w:val="24"/>
          <w:szCs w:val="24"/>
          <w:cs/>
          <w:lang w:bidi="ne-NP"/>
        </w:rPr>
        <w:t>पदाधिकारी तथा सदस्यहरुरहने</w:t>
      </w:r>
      <w:r w:rsidRPr="009C4E79">
        <w:rPr>
          <w:rFonts w:hint="cs"/>
          <w:color w:val="000000" w:themeColor="text1"/>
          <w:sz w:val="24"/>
          <w:szCs w:val="24"/>
          <w:cs/>
          <w:lang w:bidi="ne-NP"/>
        </w:rPr>
        <w:t>छ</w:t>
      </w:r>
      <w:r w:rsidR="00483676" w:rsidRPr="009C4E79">
        <w:rPr>
          <w:rFonts w:hint="cs"/>
          <w:color w:val="000000" w:themeColor="text1"/>
          <w:sz w:val="24"/>
          <w:szCs w:val="24"/>
          <w:cs/>
          <w:lang w:bidi="ne-NP"/>
        </w:rPr>
        <w:t>न</w:t>
      </w:r>
      <w:r w:rsidR="00483676" w:rsidRPr="009C4E79">
        <w:rPr>
          <w:color w:val="000000" w:themeColor="text1"/>
          <w:sz w:val="24"/>
          <w:szCs w:val="24"/>
          <w:lang w:bidi="ne-NP"/>
        </w:rPr>
        <w:t>:-</w:t>
      </w:r>
    </w:p>
    <w:p w:rsidR="001458B0" w:rsidRPr="009C4E79" w:rsidRDefault="00267CB9" w:rsidP="00701DC9">
      <w:pPr>
        <w:pStyle w:val="ListParagraph"/>
        <w:numPr>
          <w:ilvl w:val="0"/>
          <w:numId w:val="6"/>
        </w:numPr>
        <w:ind w:left="990" w:firstLine="540"/>
        <w:jc w:val="both"/>
        <w:rPr>
          <w:color w:val="000000" w:themeColor="text1"/>
          <w:sz w:val="24"/>
          <w:szCs w:val="24"/>
          <w:lang w:bidi="ne-NP"/>
        </w:rPr>
      </w:pPr>
      <w:r w:rsidRPr="009C4E79">
        <w:rPr>
          <w:rFonts w:hint="cs"/>
          <w:color w:val="000000" w:themeColor="text1"/>
          <w:sz w:val="24"/>
          <w:szCs w:val="24"/>
          <w:cs/>
          <w:lang w:bidi="ne-NP"/>
        </w:rPr>
        <w:t>अध्यक्ष</w:t>
      </w:r>
      <w:r w:rsidR="007E2800" w:rsidRPr="009C4E79">
        <w:rPr>
          <w:rFonts w:hint="cs"/>
          <w:color w:val="000000" w:themeColor="text1"/>
          <w:sz w:val="24"/>
          <w:szCs w:val="24"/>
          <w:cs/>
          <w:lang w:bidi="ne-NP"/>
        </w:rPr>
        <w:t xml:space="preserve"> एक जना</w:t>
      </w:r>
    </w:p>
    <w:p w:rsidR="001458B0" w:rsidRPr="009C4E79" w:rsidRDefault="00267CB9" w:rsidP="00701DC9">
      <w:pPr>
        <w:pStyle w:val="ListParagraph"/>
        <w:numPr>
          <w:ilvl w:val="0"/>
          <w:numId w:val="6"/>
        </w:numPr>
        <w:ind w:left="990" w:firstLine="540"/>
        <w:jc w:val="both"/>
        <w:rPr>
          <w:color w:val="000000" w:themeColor="text1"/>
          <w:sz w:val="24"/>
          <w:szCs w:val="24"/>
          <w:lang w:bidi="ne-NP"/>
        </w:rPr>
      </w:pPr>
      <w:r w:rsidRPr="009C4E79">
        <w:rPr>
          <w:rFonts w:hint="cs"/>
          <w:color w:val="000000" w:themeColor="text1"/>
          <w:sz w:val="24"/>
          <w:szCs w:val="24"/>
          <w:cs/>
          <w:lang w:bidi="ne-NP"/>
        </w:rPr>
        <w:t>उपाध्यक्ष</w:t>
      </w:r>
      <w:r w:rsidR="007E2800" w:rsidRPr="009C4E79">
        <w:rPr>
          <w:rFonts w:hint="cs"/>
          <w:color w:val="000000" w:themeColor="text1"/>
          <w:sz w:val="24"/>
          <w:szCs w:val="24"/>
          <w:cs/>
          <w:lang w:bidi="ne-NP"/>
        </w:rPr>
        <w:t xml:space="preserve"> एक जना</w:t>
      </w:r>
    </w:p>
    <w:p w:rsidR="001458B0" w:rsidRPr="009C4E79" w:rsidRDefault="00267CB9" w:rsidP="00701DC9">
      <w:pPr>
        <w:pStyle w:val="ListParagraph"/>
        <w:numPr>
          <w:ilvl w:val="0"/>
          <w:numId w:val="6"/>
        </w:numPr>
        <w:ind w:left="990" w:firstLine="540"/>
        <w:jc w:val="both"/>
        <w:rPr>
          <w:color w:val="000000" w:themeColor="text1"/>
          <w:sz w:val="24"/>
          <w:szCs w:val="24"/>
          <w:lang w:bidi="ne-NP"/>
        </w:rPr>
      </w:pPr>
      <w:r w:rsidRPr="009C4E79">
        <w:rPr>
          <w:rFonts w:hint="cs"/>
          <w:color w:val="000000" w:themeColor="text1"/>
          <w:sz w:val="24"/>
          <w:szCs w:val="24"/>
          <w:cs/>
          <w:lang w:bidi="ne-NP"/>
        </w:rPr>
        <w:t>कोषाध्य</w:t>
      </w:r>
      <w:r w:rsidR="00690130" w:rsidRPr="009C4E79">
        <w:rPr>
          <w:rFonts w:hint="cs"/>
          <w:color w:val="000000" w:themeColor="text1"/>
          <w:sz w:val="24"/>
          <w:szCs w:val="24"/>
          <w:cs/>
          <w:lang w:bidi="ne-NP"/>
        </w:rPr>
        <w:t>क्ष</w:t>
      </w:r>
      <w:r w:rsidR="007E2800" w:rsidRPr="009C4E79">
        <w:rPr>
          <w:rFonts w:hint="cs"/>
          <w:color w:val="000000" w:themeColor="text1"/>
          <w:sz w:val="24"/>
          <w:szCs w:val="24"/>
          <w:cs/>
          <w:lang w:bidi="ne-NP"/>
        </w:rPr>
        <w:t xml:space="preserve"> एक जना</w:t>
      </w:r>
    </w:p>
    <w:p w:rsidR="001458B0" w:rsidRPr="009C4E79" w:rsidRDefault="00267CB9" w:rsidP="00701DC9">
      <w:pPr>
        <w:pStyle w:val="ListParagraph"/>
        <w:numPr>
          <w:ilvl w:val="0"/>
          <w:numId w:val="6"/>
        </w:numPr>
        <w:ind w:left="990" w:firstLine="540"/>
        <w:jc w:val="both"/>
        <w:rPr>
          <w:color w:val="000000" w:themeColor="text1"/>
          <w:sz w:val="24"/>
          <w:szCs w:val="24"/>
          <w:lang w:bidi="ne-NP"/>
        </w:rPr>
      </w:pPr>
      <w:r w:rsidRPr="009C4E79">
        <w:rPr>
          <w:rFonts w:hint="cs"/>
          <w:color w:val="000000" w:themeColor="text1"/>
          <w:sz w:val="24"/>
          <w:szCs w:val="24"/>
          <w:cs/>
          <w:lang w:bidi="ne-NP"/>
        </w:rPr>
        <w:t>सचिव</w:t>
      </w:r>
      <w:r w:rsidR="007E2800" w:rsidRPr="009C4E79">
        <w:rPr>
          <w:rFonts w:hint="cs"/>
          <w:color w:val="000000" w:themeColor="text1"/>
          <w:sz w:val="24"/>
          <w:szCs w:val="24"/>
          <w:cs/>
          <w:lang w:bidi="ne-NP"/>
        </w:rPr>
        <w:t xml:space="preserve"> एक जना</w:t>
      </w:r>
    </w:p>
    <w:p w:rsidR="007E2800" w:rsidRDefault="00267CB9" w:rsidP="00701DC9">
      <w:pPr>
        <w:pStyle w:val="ListParagraph"/>
        <w:numPr>
          <w:ilvl w:val="0"/>
          <w:numId w:val="6"/>
        </w:numPr>
        <w:ind w:left="990" w:firstLine="540"/>
        <w:jc w:val="both"/>
        <w:rPr>
          <w:color w:val="000000" w:themeColor="text1"/>
          <w:sz w:val="24"/>
          <w:szCs w:val="24"/>
          <w:lang w:bidi="ne-NP"/>
        </w:rPr>
      </w:pPr>
      <w:r w:rsidRPr="009C4E79">
        <w:rPr>
          <w:rFonts w:hint="cs"/>
          <w:color w:val="000000" w:themeColor="text1"/>
          <w:sz w:val="24"/>
          <w:szCs w:val="24"/>
          <w:cs/>
          <w:lang w:bidi="ne-NP"/>
        </w:rPr>
        <w:t>सदस्य</w:t>
      </w:r>
      <w:r w:rsidR="00AF6B00" w:rsidRPr="009C4E79">
        <w:rPr>
          <w:rFonts w:hint="cs"/>
          <w:color w:val="000000" w:themeColor="text1"/>
          <w:sz w:val="24"/>
          <w:szCs w:val="24"/>
          <w:cs/>
          <w:lang w:bidi="ne-NP"/>
        </w:rPr>
        <w:t>हरु</w:t>
      </w:r>
      <w:r w:rsidR="00AF6B00" w:rsidRPr="009C4E79">
        <w:rPr>
          <w:color w:val="000000" w:themeColor="text1"/>
          <w:sz w:val="24"/>
          <w:szCs w:val="24"/>
          <w:lang w:bidi="ne-NP"/>
        </w:rPr>
        <w:t>(</w:t>
      </w:r>
      <w:r w:rsidR="00AF6B00" w:rsidRPr="009C4E79">
        <w:rPr>
          <w:rFonts w:hint="cs"/>
          <w:color w:val="000000" w:themeColor="text1"/>
          <w:sz w:val="24"/>
          <w:szCs w:val="24"/>
          <w:cs/>
          <w:lang w:bidi="ne-NP"/>
        </w:rPr>
        <w:t xml:space="preserve">तीन देखि </w:t>
      </w:r>
      <w:r w:rsidR="007E2800" w:rsidRPr="009C4E79">
        <w:rPr>
          <w:rFonts w:hint="cs"/>
          <w:color w:val="000000" w:themeColor="text1"/>
          <w:sz w:val="24"/>
          <w:szCs w:val="24"/>
          <w:cs/>
          <w:lang w:bidi="ne-NP"/>
        </w:rPr>
        <w:t>सात जना</w:t>
      </w:r>
      <w:r w:rsidR="00AF6B00" w:rsidRPr="009C4E79">
        <w:rPr>
          <w:rFonts w:hint="cs"/>
          <w:color w:val="000000" w:themeColor="text1"/>
          <w:sz w:val="24"/>
          <w:szCs w:val="24"/>
          <w:cs/>
          <w:lang w:bidi="ne-NP"/>
        </w:rPr>
        <w:t xml:space="preserve"> सम्म</w:t>
      </w:r>
      <w:r w:rsidR="00AF6B00" w:rsidRPr="009C4E79">
        <w:rPr>
          <w:color w:val="000000" w:themeColor="text1"/>
          <w:sz w:val="24"/>
          <w:szCs w:val="24"/>
          <w:lang w:bidi="ne-NP"/>
        </w:rPr>
        <w:t>)</w:t>
      </w:r>
    </w:p>
    <w:p w:rsidR="007B7B82" w:rsidRPr="007B7B82" w:rsidRDefault="007B7B82" w:rsidP="00701DC9">
      <w:pPr>
        <w:ind w:left="990" w:firstLine="0"/>
        <w:jc w:val="both"/>
        <w:rPr>
          <w:rFonts w:hint="cs"/>
          <w:color w:val="000000" w:themeColor="text1"/>
          <w:sz w:val="24"/>
          <w:szCs w:val="24"/>
          <w:cs/>
          <w:lang w:bidi="ne-NP"/>
        </w:rPr>
      </w:pPr>
      <w:r>
        <w:rPr>
          <w:rFonts w:hint="cs"/>
          <w:color w:val="000000" w:themeColor="text1"/>
          <w:sz w:val="24"/>
          <w:szCs w:val="24"/>
          <w:cs/>
          <w:lang w:bidi="ne-NP"/>
        </w:rPr>
        <w:t>(२</w:t>
      </w:r>
      <w:r w:rsidR="00156539">
        <w:rPr>
          <w:color w:val="000000" w:themeColor="text1"/>
          <w:sz w:val="24"/>
          <w:szCs w:val="24"/>
          <w:lang w:bidi="ne-NP"/>
        </w:rPr>
        <w:t xml:space="preserve"> </w:t>
      </w:r>
      <w:r w:rsidR="0042204E">
        <w:rPr>
          <w:rFonts w:hint="cs"/>
          <w:color w:val="000000" w:themeColor="text1"/>
          <w:sz w:val="24"/>
          <w:szCs w:val="24"/>
          <w:cs/>
          <w:lang w:bidi="ne-NP"/>
        </w:rPr>
        <w:t>क)</w:t>
      </w:r>
      <w:r w:rsidR="00AC1791">
        <w:rPr>
          <w:color w:val="000000" w:themeColor="text1"/>
          <w:sz w:val="24"/>
          <w:szCs w:val="24"/>
          <w:lang w:bidi="ne-NP"/>
        </w:rPr>
        <w:t>.</w:t>
      </w:r>
      <w:r w:rsidR="0042204E">
        <w:rPr>
          <w:rFonts w:hint="cs"/>
          <w:color w:val="000000" w:themeColor="text1"/>
          <w:sz w:val="24"/>
          <w:szCs w:val="24"/>
          <w:cs/>
          <w:lang w:bidi="ne-NP"/>
        </w:rPr>
        <w:t xml:space="preserve"> माथि उपदफा (२) को खण्ड (क) देखी (घ) सम्मको पदमा सार्वजनिक पद धारण गरेको व्यक्ति</w:t>
      </w:r>
      <w:r w:rsidR="00FD4BAF">
        <w:rPr>
          <w:rFonts w:hint="cs"/>
          <w:color w:val="000000" w:themeColor="text1"/>
          <w:sz w:val="24"/>
          <w:szCs w:val="24"/>
          <w:cs/>
          <w:lang w:bidi="ne-NP"/>
        </w:rPr>
        <w:t xml:space="preserve"> वा सामुदायिक संघ संस्थाको कार्यकारी </w:t>
      </w:r>
      <w:r w:rsidR="00753C20">
        <w:rPr>
          <w:rFonts w:hint="cs"/>
          <w:color w:val="000000" w:themeColor="text1"/>
          <w:sz w:val="24"/>
          <w:szCs w:val="24"/>
          <w:cs/>
          <w:lang w:bidi="ne-NP"/>
        </w:rPr>
        <w:t>जिम्मेवारीमा वहाल</w:t>
      </w:r>
      <w:r w:rsidR="006F250D">
        <w:rPr>
          <w:rFonts w:hint="cs"/>
          <w:color w:val="000000" w:themeColor="text1"/>
          <w:sz w:val="24"/>
          <w:szCs w:val="24"/>
          <w:cs/>
          <w:lang w:bidi="ne-NP"/>
        </w:rPr>
        <w:t xml:space="preserve"> रह</w:t>
      </w:r>
      <w:r w:rsidR="00B872EB">
        <w:rPr>
          <w:rFonts w:hint="cs"/>
          <w:color w:val="000000" w:themeColor="text1"/>
          <w:sz w:val="24"/>
          <w:szCs w:val="24"/>
          <w:cs/>
          <w:lang w:bidi="ne-NP"/>
        </w:rPr>
        <w:t>ेको व्यक्तिलाई दोहोरो जिम्मेवारी दिने गरी</w:t>
      </w:r>
      <w:r w:rsidR="006F250D">
        <w:rPr>
          <w:rFonts w:hint="cs"/>
          <w:color w:val="000000" w:themeColor="text1"/>
          <w:sz w:val="24"/>
          <w:szCs w:val="24"/>
          <w:cs/>
          <w:lang w:bidi="ne-NP"/>
        </w:rPr>
        <w:t xml:space="preserve">छनौट </w:t>
      </w:r>
      <w:r w:rsidR="00B872EB">
        <w:rPr>
          <w:rFonts w:hint="cs"/>
          <w:color w:val="000000" w:themeColor="text1"/>
          <w:sz w:val="24"/>
          <w:szCs w:val="24"/>
          <w:cs/>
          <w:lang w:bidi="ne-NP"/>
        </w:rPr>
        <w:t>वा नियुक्त गर्न सकिने</w:t>
      </w:r>
      <w:r w:rsidR="00336F56">
        <w:rPr>
          <w:rFonts w:hint="cs"/>
          <w:color w:val="000000" w:themeColor="text1"/>
          <w:sz w:val="24"/>
          <w:szCs w:val="24"/>
          <w:cs/>
          <w:lang w:bidi="ne-NP"/>
        </w:rPr>
        <w:t xml:space="preserve"> छैन।</w:t>
      </w:r>
      <w:r w:rsidR="0085215F">
        <w:rPr>
          <w:rFonts w:hint="cs"/>
          <w:color w:val="000000" w:themeColor="text1"/>
          <w:sz w:val="24"/>
          <w:szCs w:val="24"/>
          <w:cs/>
          <w:lang w:bidi="ne-NP"/>
        </w:rPr>
        <w:t>सार्वजनिक पदधारण गरेक</w:t>
      </w:r>
      <w:r w:rsidR="007740A3">
        <w:rPr>
          <w:rFonts w:hint="cs"/>
          <w:color w:val="000000" w:themeColor="text1"/>
          <w:sz w:val="24"/>
          <w:szCs w:val="24"/>
          <w:cs/>
          <w:lang w:bidi="ne-NP"/>
        </w:rPr>
        <w:t>ा राष्ट्रसेवक वा अन्य व्यक्तिलाई साधारण सभावाट सल्लाहकारको</w:t>
      </w:r>
      <w:r w:rsidR="004C1028">
        <w:rPr>
          <w:color w:val="000000" w:themeColor="text1"/>
          <w:sz w:val="24"/>
          <w:szCs w:val="24"/>
          <w:lang w:bidi="ne-NP"/>
        </w:rPr>
        <w:t xml:space="preserve"> </w:t>
      </w:r>
      <w:r w:rsidR="004C1028">
        <w:rPr>
          <w:rFonts w:hint="cs"/>
          <w:color w:val="000000" w:themeColor="text1"/>
          <w:sz w:val="24"/>
          <w:szCs w:val="24"/>
          <w:cs/>
          <w:lang w:bidi="ne-NP"/>
        </w:rPr>
        <w:t>जिम्मेवारीमा नियुक्त गर्न सकिने छ।</w:t>
      </w:r>
    </w:p>
    <w:p w:rsidR="007E2800" w:rsidRPr="009C4E79" w:rsidRDefault="007E2800" w:rsidP="00701DC9">
      <w:pPr>
        <w:ind w:left="990" w:firstLine="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३</w:t>
      </w:r>
      <w:r w:rsidRPr="009C4E79">
        <w:rPr>
          <w:color w:val="000000" w:themeColor="text1"/>
          <w:sz w:val="24"/>
          <w:szCs w:val="24"/>
          <w:lang w:bidi="ne-NP"/>
        </w:rPr>
        <w:t>)</w:t>
      </w:r>
      <w:r w:rsidRPr="009C4E79">
        <w:rPr>
          <w:rFonts w:hint="cs"/>
          <w:color w:val="000000" w:themeColor="text1"/>
          <w:sz w:val="24"/>
          <w:szCs w:val="24"/>
          <w:cs/>
          <w:lang w:bidi="ne-NP"/>
        </w:rPr>
        <w:t xml:space="preserve"> उपदफा </w:t>
      </w:r>
      <w:r w:rsidRPr="009C4E79">
        <w:rPr>
          <w:color w:val="000000" w:themeColor="text1"/>
          <w:sz w:val="24"/>
          <w:szCs w:val="24"/>
          <w:lang w:bidi="ne-NP"/>
        </w:rPr>
        <w:t>(</w:t>
      </w:r>
      <w:r w:rsidRPr="009C4E79">
        <w:rPr>
          <w:rFonts w:hint="cs"/>
          <w:color w:val="000000" w:themeColor="text1"/>
          <w:sz w:val="24"/>
          <w:szCs w:val="24"/>
          <w:cs/>
          <w:lang w:bidi="ne-NP"/>
        </w:rPr>
        <w:t>२</w:t>
      </w:r>
      <w:r w:rsidRPr="009C4E79">
        <w:rPr>
          <w:color w:val="000000" w:themeColor="text1"/>
          <w:sz w:val="24"/>
          <w:szCs w:val="24"/>
          <w:lang w:bidi="ne-NP"/>
        </w:rPr>
        <w:t>)</w:t>
      </w:r>
      <w:r w:rsidRPr="009C4E79">
        <w:rPr>
          <w:rFonts w:hint="cs"/>
          <w:color w:val="000000" w:themeColor="text1"/>
          <w:sz w:val="24"/>
          <w:szCs w:val="24"/>
          <w:cs/>
          <w:lang w:bidi="ne-NP"/>
        </w:rPr>
        <w:t xml:space="preserve"> बमोजिम संस्था गठन गर्दा </w:t>
      </w:r>
      <w:r w:rsidR="00BB2C15" w:rsidRPr="009C4E79">
        <w:rPr>
          <w:rFonts w:hint="cs"/>
          <w:color w:val="000000" w:themeColor="text1"/>
          <w:sz w:val="24"/>
          <w:szCs w:val="24"/>
          <w:cs/>
          <w:lang w:bidi="ne-NP"/>
        </w:rPr>
        <w:t xml:space="preserve">टोल तथा बस्ती भित्रका </w:t>
      </w:r>
      <w:r w:rsidRPr="009C4E79">
        <w:rPr>
          <w:rFonts w:hint="cs"/>
          <w:color w:val="000000" w:themeColor="text1"/>
          <w:sz w:val="24"/>
          <w:szCs w:val="24"/>
          <w:cs/>
          <w:lang w:bidi="ne-NP"/>
        </w:rPr>
        <w:t xml:space="preserve">एक घरधुरीबाट एकजना भन्दा बढी नपर्ने गरी भौगोलिक सन्तुलन तथा सामाजिक समावेशीकरणको आधारमा </w:t>
      </w:r>
      <w:r w:rsidR="00BB2C15" w:rsidRPr="009C4E79">
        <w:rPr>
          <w:rFonts w:hint="cs"/>
          <w:color w:val="000000" w:themeColor="text1"/>
          <w:sz w:val="24"/>
          <w:szCs w:val="24"/>
          <w:cs/>
          <w:lang w:bidi="ne-NP"/>
        </w:rPr>
        <w:t xml:space="preserve">सभा वा वडा कार्यालयले तोकेको चार किल्ला भित्रका </w:t>
      </w:r>
      <w:r w:rsidRPr="00701DC9">
        <w:rPr>
          <w:color w:val="000000" w:themeColor="text1"/>
          <w:sz w:val="24"/>
          <w:szCs w:val="24"/>
          <w:cs/>
          <w:lang w:bidi="ne-NP"/>
        </w:rPr>
        <w:t>नागरिकहरुको</w:t>
      </w:r>
      <w:r w:rsidR="00483676" w:rsidRPr="00701DC9">
        <w:rPr>
          <w:color w:val="000000" w:themeColor="text1"/>
          <w:sz w:val="24"/>
          <w:szCs w:val="24"/>
          <w:cs/>
          <w:lang w:bidi="ne-NP"/>
        </w:rPr>
        <w:t>आम</w:t>
      </w:r>
      <w:r w:rsidRPr="00701DC9">
        <w:rPr>
          <w:color w:val="000000" w:themeColor="text1"/>
          <w:sz w:val="24"/>
          <w:szCs w:val="24"/>
          <w:cs/>
          <w:lang w:bidi="ne-NP"/>
        </w:rPr>
        <w:t xml:space="preserve">भेलाबाट </w:t>
      </w:r>
      <w:r w:rsidRPr="009C4E79">
        <w:rPr>
          <w:rFonts w:hint="cs"/>
          <w:color w:val="000000" w:themeColor="text1"/>
          <w:sz w:val="24"/>
          <w:szCs w:val="24"/>
          <w:cs/>
          <w:lang w:bidi="ne-NP"/>
        </w:rPr>
        <w:t xml:space="preserve">सर्वसम्मत रुपमा </w:t>
      </w:r>
      <w:r w:rsidR="00116B20" w:rsidRPr="009C4E79">
        <w:rPr>
          <w:rFonts w:hint="cs"/>
          <w:color w:val="000000" w:themeColor="text1"/>
          <w:sz w:val="24"/>
          <w:szCs w:val="24"/>
          <w:cs/>
          <w:lang w:bidi="ne-NP"/>
        </w:rPr>
        <w:t xml:space="preserve">संस्थाको </w:t>
      </w:r>
      <w:r w:rsidR="004445EA" w:rsidRPr="009C4E79">
        <w:rPr>
          <w:rFonts w:hint="cs"/>
          <w:color w:val="000000" w:themeColor="text1"/>
          <w:sz w:val="24"/>
          <w:szCs w:val="24"/>
          <w:cs/>
          <w:lang w:bidi="ne-NP"/>
        </w:rPr>
        <w:t xml:space="preserve">कार्य समिति गठन हुनेछ । </w:t>
      </w:r>
    </w:p>
    <w:p w:rsidR="007366F2" w:rsidRPr="009C4E79" w:rsidRDefault="007366F2" w:rsidP="00701DC9">
      <w:pPr>
        <w:ind w:left="990" w:firstLine="0"/>
        <w:jc w:val="both"/>
        <w:rPr>
          <w:color w:val="000000" w:themeColor="text1"/>
          <w:sz w:val="24"/>
          <w:szCs w:val="24"/>
          <w:cs/>
          <w:lang w:bidi="ne-NP"/>
        </w:rPr>
      </w:pPr>
      <w:r w:rsidRPr="009C4E79">
        <w:rPr>
          <w:rFonts w:hint="cs"/>
          <w:color w:val="000000" w:themeColor="text1"/>
          <w:sz w:val="24"/>
          <w:szCs w:val="24"/>
          <w:cs/>
          <w:lang w:bidi="ne-NP"/>
        </w:rPr>
        <w:t>तर, यस दफा बमोजिम आमभेलामा सर्वसम्मत हुन नसकेमा उपस्थित सदस्यहरुको बहुमतबाट कार्य समिति गठन गर्न बाधा पर्ने छैन।</w:t>
      </w:r>
    </w:p>
    <w:p w:rsidR="00D2048D" w:rsidRPr="009C4E79" w:rsidRDefault="00D2048D" w:rsidP="00701DC9">
      <w:pPr>
        <w:ind w:left="990" w:firstLine="0"/>
        <w:jc w:val="both"/>
        <w:rPr>
          <w:color w:val="000000" w:themeColor="text1"/>
          <w:sz w:val="24"/>
          <w:szCs w:val="24"/>
          <w:cs/>
          <w:lang w:bidi="ne-NP"/>
        </w:rPr>
      </w:pPr>
      <w:r w:rsidRPr="009C4E79">
        <w:rPr>
          <w:color w:val="000000" w:themeColor="text1"/>
          <w:sz w:val="24"/>
          <w:szCs w:val="24"/>
          <w:lang w:bidi="ne-NP"/>
        </w:rPr>
        <w:t>(</w:t>
      </w:r>
      <w:r w:rsidRPr="009C4E79">
        <w:rPr>
          <w:rFonts w:hint="cs"/>
          <w:color w:val="000000" w:themeColor="text1"/>
          <w:sz w:val="24"/>
          <w:szCs w:val="24"/>
          <w:cs/>
          <w:lang w:bidi="ne-NP"/>
        </w:rPr>
        <w:t>४</w:t>
      </w:r>
      <w:r w:rsidRPr="009C4E79">
        <w:rPr>
          <w:color w:val="000000" w:themeColor="text1"/>
          <w:sz w:val="24"/>
          <w:szCs w:val="24"/>
          <w:lang w:bidi="ne-NP"/>
        </w:rPr>
        <w:t>)</w:t>
      </w:r>
      <w:r w:rsidRPr="009C4E79">
        <w:rPr>
          <w:rFonts w:hint="cs"/>
          <w:color w:val="000000" w:themeColor="text1"/>
          <w:sz w:val="24"/>
          <w:szCs w:val="24"/>
          <w:cs/>
          <w:lang w:bidi="ne-NP"/>
        </w:rPr>
        <w:t xml:space="preserve"> उपदफा </w:t>
      </w:r>
      <w:r w:rsidRPr="009C4E79">
        <w:rPr>
          <w:color w:val="000000" w:themeColor="text1"/>
          <w:sz w:val="24"/>
          <w:szCs w:val="24"/>
          <w:lang w:bidi="ne-NP"/>
        </w:rPr>
        <w:t>(</w:t>
      </w:r>
      <w:r w:rsidRPr="009C4E79">
        <w:rPr>
          <w:rFonts w:hint="cs"/>
          <w:color w:val="000000" w:themeColor="text1"/>
          <w:sz w:val="24"/>
          <w:szCs w:val="24"/>
          <w:cs/>
          <w:lang w:bidi="ne-NP"/>
        </w:rPr>
        <w:t>३</w:t>
      </w:r>
      <w:r w:rsidRPr="009C4E79">
        <w:rPr>
          <w:color w:val="000000" w:themeColor="text1"/>
          <w:sz w:val="24"/>
          <w:szCs w:val="24"/>
          <w:lang w:bidi="ne-NP"/>
        </w:rPr>
        <w:t>)</w:t>
      </w:r>
      <w:r w:rsidRPr="009C4E79">
        <w:rPr>
          <w:rFonts w:hint="cs"/>
          <w:color w:val="000000" w:themeColor="text1"/>
          <w:sz w:val="24"/>
          <w:szCs w:val="24"/>
          <w:cs/>
          <w:lang w:bidi="ne-NP"/>
        </w:rPr>
        <w:t xml:space="preserve"> बमोजिम </w:t>
      </w:r>
      <w:r w:rsidR="00483676" w:rsidRPr="009C4E79">
        <w:rPr>
          <w:rFonts w:hint="cs"/>
          <w:color w:val="000000" w:themeColor="text1"/>
          <w:sz w:val="24"/>
          <w:szCs w:val="24"/>
          <w:cs/>
          <w:lang w:bidi="ne-NP"/>
        </w:rPr>
        <w:t xml:space="preserve">कार्यसमितिको </w:t>
      </w:r>
      <w:r w:rsidR="000326C7" w:rsidRPr="009C4E79">
        <w:rPr>
          <w:rFonts w:hint="cs"/>
          <w:color w:val="000000" w:themeColor="text1"/>
          <w:sz w:val="24"/>
          <w:szCs w:val="24"/>
          <w:cs/>
          <w:lang w:bidi="ne-NP"/>
        </w:rPr>
        <w:t>कार्यकाल</w:t>
      </w:r>
      <w:r w:rsidR="00483676" w:rsidRPr="009C4E79">
        <w:rPr>
          <w:rFonts w:hint="cs"/>
          <w:color w:val="000000" w:themeColor="text1"/>
          <w:sz w:val="24"/>
          <w:szCs w:val="24"/>
          <w:cs/>
          <w:lang w:bidi="ne-NP"/>
        </w:rPr>
        <w:t xml:space="preserve"> समाप्त भए</w:t>
      </w:r>
      <w:r w:rsidR="000326C7" w:rsidRPr="009C4E79">
        <w:rPr>
          <w:rFonts w:hint="cs"/>
          <w:color w:val="000000" w:themeColor="text1"/>
          <w:sz w:val="24"/>
          <w:szCs w:val="24"/>
          <w:cs/>
          <w:lang w:bidi="ne-NP"/>
        </w:rPr>
        <w:t>पछि</w:t>
      </w:r>
      <w:r w:rsidR="004445EA" w:rsidRPr="009C4E79">
        <w:rPr>
          <w:rFonts w:hint="cs"/>
          <w:color w:val="000000" w:themeColor="text1"/>
          <w:sz w:val="24"/>
          <w:szCs w:val="24"/>
          <w:cs/>
          <w:lang w:bidi="ne-NP"/>
        </w:rPr>
        <w:t>साधारण सभाको</w:t>
      </w:r>
      <w:r w:rsidR="00E014C4" w:rsidRPr="009C4E79">
        <w:rPr>
          <w:rFonts w:hint="cs"/>
          <w:color w:val="000000" w:themeColor="text1"/>
          <w:sz w:val="24"/>
          <w:szCs w:val="24"/>
          <w:cs/>
          <w:lang w:bidi="ne-NP"/>
        </w:rPr>
        <w:t xml:space="preserve"> सर्वसम्मत वा सो नभएमा बहुमतबाट </w:t>
      </w:r>
      <w:r w:rsidR="00845F27" w:rsidRPr="009C4E79">
        <w:rPr>
          <w:rFonts w:hint="cs"/>
          <w:color w:val="000000" w:themeColor="text1"/>
          <w:sz w:val="24"/>
          <w:szCs w:val="24"/>
          <w:cs/>
          <w:lang w:bidi="ne-NP"/>
        </w:rPr>
        <w:t xml:space="preserve">कार्यसमितिको पुनर्गठन </w:t>
      </w:r>
      <w:r w:rsidR="00E014C4" w:rsidRPr="009C4E79">
        <w:rPr>
          <w:rFonts w:hint="cs"/>
          <w:color w:val="000000" w:themeColor="text1"/>
          <w:sz w:val="24"/>
          <w:szCs w:val="24"/>
          <w:cs/>
          <w:lang w:bidi="ne-NP"/>
        </w:rPr>
        <w:t>हुनेछ ।</w:t>
      </w:r>
    </w:p>
    <w:p w:rsidR="000344D0" w:rsidRPr="009C4E79" w:rsidRDefault="00D2048D" w:rsidP="00701DC9">
      <w:pPr>
        <w:ind w:left="990" w:firstLine="0"/>
        <w:jc w:val="both"/>
        <w:rPr>
          <w:color w:val="000000" w:themeColor="text1"/>
          <w:sz w:val="24"/>
          <w:szCs w:val="24"/>
          <w:lang w:bidi="ne-NP"/>
        </w:rPr>
      </w:pPr>
      <w:r w:rsidRPr="009C4E79">
        <w:rPr>
          <w:color w:val="000000" w:themeColor="text1"/>
          <w:sz w:val="24"/>
          <w:szCs w:val="24"/>
          <w:lang w:bidi="ne-NP"/>
        </w:rPr>
        <w:t>(</w:t>
      </w:r>
      <w:r w:rsidRPr="009C4E79">
        <w:rPr>
          <w:rFonts w:hint="cs"/>
          <w:color w:val="000000" w:themeColor="text1"/>
          <w:sz w:val="24"/>
          <w:szCs w:val="24"/>
          <w:cs/>
          <w:lang w:bidi="ne-NP"/>
        </w:rPr>
        <w:t>५</w:t>
      </w:r>
      <w:r w:rsidRPr="009C4E79">
        <w:rPr>
          <w:color w:val="000000" w:themeColor="text1"/>
          <w:sz w:val="24"/>
          <w:szCs w:val="24"/>
          <w:lang w:bidi="ne-NP"/>
        </w:rPr>
        <w:t>)</w:t>
      </w:r>
      <w:r w:rsidR="00E014C4" w:rsidRPr="009C4E79">
        <w:rPr>
          <w:rFonts w:hint="cs"/>
          <w:color w:val="000000" w:themeColor="text1"/>
          <w:sz w:val="24"/>
          <w:szCs w:val="24"/>
          <w:cs/>
          <w:lang w:bidi="ne-NP"/>
        </w:rPr>
        <w:t xml:space="preserve">कार्य समितिको </w:t>
      </w:r>
      <w:r w:rsidR="00F61900" w:rsidRPr="009C4E79">
        <w:rPr>
          <w:rFonts w:hint="cs"/>
          <w:color w:val="000000" w:themeColor="text1"/>
          <w:sz w:val="24"/>
          <w:szCs w:val="24"/>
          <w:cs/>
          <w:lang w:bidi="ne-NP"/>
        </w:rPr>
        <w:t>कार्या</w:t>
      </w:r>
      <w:r w:rsidR="000326C7" w:rsidRPr="009C4E79">
        <w:rPr>
          <w:rFonts w:hint="cs"/>
          <w:color w:val="000000" w:themeColor="text1"/>
          <w:sz w:val="24"/>
          <w:szCs w:val="24"/>
          <w:cs/>
          <w:lang w:bidi="ne-NP"/>
        </w:rPr>
        <w:t>वधि</w:t>
      </w:r>
      <w:r w:rsidR="00426F46" w:rsidRPr="009C4E79">
        <w:rPr>
          <w:rFonts w:hint="cs"/>
          <w:color w:val="000000" w:themeColor="text1"/>
          <w:sz w:val="24"/>
          <w:szCs w:val="24"/>
          <w:cs/>
          <w:lang w:bidi="ne-NP"/>
        </w:rPr>
        <w:t xml:space="preserve"> गठन भएको मितिले दुई</w:t>
      </w:r>
      <w:r w:rsidR="000326C7" w:rsidRPr="009C4E79">
        <w:rPr>
          <w:rFonts w:hint="cs"/>
          <w:color w:val="000000" w:themeColor="text1"/>
          <w:sz w:val="24"/>
          <w:szCs w:val="24"/>
          <w:cs/>
          <w:lang w:bidi="ne-NP"/>
        </w:rPr>
        <w:t xml:space="preserve"> वर्षको </w:t>
      </w:r>
      <w:r w:rsidR="00E014C4" w:rsidRPr="009C4E79">
        <w:rPr>
          <w:rFonts w:hint="cs"/>
          <w:color w:val="000000" w:themeColor="text1"/>
          <w:sz w:val="24"/>
          <w:szCs w:val="24"/>
          <w:cs/>
          <w:lang w:bidi="ne-NP"/>
        </w:rPr>
        <w:t>हुनेछ ।</w:t>
      </w:r>
    </w:p>
    <w:p w:rsidR="000344D0" w:rsidRPr="009C4E79" w:rsidRDefault="000344D0" w:rsidP="00414955">
      <w:pPr>
        <w:ind w:left="990" w:firstLine="0"/>
        <w:jc w:val="both"/>
        <w:rPr>
          <w:color w:val="000000" w:themeColor="text1"/>
          <w:sz w:val="24"/>
          <w:szCs w:val="24"/>
          <w:lang w:bidi="ne-NP"/>
        </w:rPr>
      </w:pPr>
      <w:r w:rsidRPr="009C4E79">
        <w:rPr>
          <w:rFonts w:hint="cs"/>
          <w:color w:val="000000" w:themeColor="text1"/>
          <w:sz w:val="24"/>
          <w:szCs w:val="24"/>
          <w:cs/>
          <w:lang w:bidi="ne-NP"/>
        </w:rPr>
        <w:lastRenderedPageBreak/>
        <w:t>(६)</w:t>
      </w:r>
      <w:r w:rsidR="00E014C4" w:rsidRPr="009C4E79">
        <w:rPr>
          <w:rFonts w:hint="cs"/>
          <w:color w:val="000000" w:themeColor="text1"/>
          <w:sz w:val="24"/>
          <w:szCs w:val="24"/>
          <w:cs/>
          <w:lang w:bidi="ne-NP"/>
        </w:rPr>
        <w:t>अध्यक्ष, उपाध्यक्ष,</w:t>
      </w:r>
      <w:r w:rsidR="00A60E2B" w:rsidRPr="009C4E79">
        <w:rPr>
          <w:rFonts w:hint="cs"/>
          <w:color w:val="000000" w:themeColor="text1"/>
          <w:sz w:val="24"/>
          <w:szCs w:val="24"/>
          <w:cs/>
          <w:lang w:bidi="ne-NP"/>
        </w:rPr>
        <w:t xml:space="preserve"> कोषाध्यक्ष र सचिव</w:t>
      </w:r>
      <w:r w:rsidR="00562A04" w:rsidRPr="009C4E79">
        <w:rPr>
          <w:rFonts w:hint="cs"/>
          <w:color w:val="000000" w:themeColor="text1"/>
          <w:sz w:val="24"/>
          <w:szCs w:val="24"/>
          <w:cs/>
          <w:lang w:bidi="ne-NP"/>
        </w:rPr>
        <w:t xml:space="preserve">को पदमा </w:t>
      </w:r>
      <w:r w:rsidR="002F24F5" w:rsidRPr="009C4E79">
        <w:rPr>
          <w:rFonts w:hint="cs"/>
          <w:color w:val="000000" w:themeColor="text1"/>
          <w:sz w:val="24"/>
          <w:szCs w:val="24"/>
          <w:cs/>
          <w:lang w:bidi="ne-NP"/>
        </w:rPr>
        <w:t xml:space="preserve">लगातार दुई कार्यकाल भन्दा बढी </w:t>
      </w:r>
      <w:r w:rsidR="00426F46" w:rsidRPr="009C4E79">
        <w:rPr>
          <w:rFonts w:hint="cs"/>
          <w:color w:val="000000" w:themeColor="text1"/>
          <w:sz w:val="24"/>
          <w:szCs w:val="24"/>
          <w:cs/>
          <w:lang w:bidi="ne-NP"/>
        </w:rPr>
        <w:t xml:space="preserve">सोही पदमा </w:t>
      </w:r>
      <w:r w:rsidR="002F24F5" w:rsidRPr="009C4E79">
        <w:rPr>
          <w:rFonts w:hint="cs"/>
          <w:color w:val="000000" w:themeColor="text1"/>
          <w:sz w:val="24"/>
          <w:szCs w:val="24"/>
          <w:cs/>
          <w:lang w:bidi="ne-NP"/>
        </w:rPr>
        <w:t xml:space="preserve">काम गर्न </w:t>
      </w:r>
      <w:r w:rsidR="00344A23" w:rsidRPr="009C4E79">
        <w:rPr>
          <w:rFonts w:hint="cs"/>
          <w:color w:val="000000" w:themeColor="text1"/>
          <w:sz w:val="24"/>
          <w:szCs w:val="24"/>
          <w:cs/>
          <w:lang w:bidi="ne-NP"/>
        </w:rPr>
        <w:t>सक्ने</w:t>
      </w:r>
      <w:r w:rsidR="00DB5D7E" w:rsidRPr="009C4E79">
        <w:rPr>
          <w:rFonts w:hint="cs"/>
          <w:color w:val="000000" w:themeColor="text1"/>
          <w:sz w:val="24"/>
          <w:szCs w:val="24"/>
          <w:cs/>
          <w:lang w:bidi="ne-NP"/>
        </w:rPr>
        <w:t xml:space="preserve"> छैन</w:t>
      </w:r>
      <w:r w:rsidR="00D15487" w:rsidRPr="009C4E79">
        <w:rPr>
          <w:rFonts w:hint="cs"/>
          <w:color w:val="000000" w:themeColor="text1"/>
          <w:sz w:val="24"/>
          <w:szCs w:val="24"/>
          <w:cs/>
          <w:lang w:bidi="ne-NP"/>
        </w:rPr>
        <w:t xml:space="preserve"> । </w:t>
      </w:r>
    </w:p>
    <w:p w:rsidR="00E014C4" w:rsidRPr="009C4E79" w:rsidRDefault="000344D0" w:rsidP="00414955">
      <w:pPr>
        <w:ind w:left="990" w:firstLine="0"/>
        <w:jc w:val="both"/>
        <w:rPr>
          <w:color w:val="000000" w:themeColor="text1"/>
          <w:sz w:val="24"/>
          <w:szCs w:val="24"/>
          <w:lang w:bidi="ne-NP"/>
        </w:rPr>
      </w:pPr>
      <w:r w:rsidRPr="009C4E79">
        <w:rPr>
          <w:rFonts w:hint="cs"/>
          <w:color w:val="000000" w:themeColor="text1"/>
          <w:sz w:val="24"/>
          <w:szCs w:val="24"/>
          <w:cs/>
          <w:lang w:bidi="ne-NP"/>
        </w:rPr>
        <w:t>(७)</w:t>
      </w:r>
      <w:r w:rsidR="00D15487" w:rsidRPr="009C4E79">
        <w:rPr>
          <w:rFonts w:hint="cs"/>
          <w:color w:val="000000" w:themeColor="text1"/>
          <w:sz w:val="24"/>
          <w:szCs w:val="24"/>
          <w:cs/>
          <w:lang w:bidi="ne-NP"/>
        </w:rPr>
        <w:t>कार्य समितिमा अध्यक्ष</w:t>
      </w:r>
      <w:r w:rsidR="00F61900" w:rsidRPr="009C4E79">
        <w:rPr>
          <w:color w:val="000000" w:themeColor="text1"/>
          <w:sz w:val="24"/>
          <w:szCs w:val="24"/>
          <w:lang w:bidi="ne-NP"/>
        </w:rPr>
        <w:t>,</w:t>
      </w:r>
      <w:r w:rsidR="00D15487" w:rsidRPr="009C4E79">
        <w:rPr>
          <w:rFonts w:hint="cs"/>
          <w:color w:val="000000" w:themeColor="text1"/>
          <w:sz w:val="24"/>
          <w:szCs w:val="24"/>
          <w:cs/>
          <w:lang w:bidi="ne-NP"/>
        </w:rPr>
        <w:t xml:space="preserve"> सचिव वा कोषाध्यक्ष मध्ये कुनै एक</w:t>
      </w:r>
      <w:r w:rsidR="00D55A8A" w:rsidRPr="009C4E79">
        <w:rPr>
          <w:rFonts w:hint="cs"/>
          <w:color w:val="000000" w:themeColor="text1"/>
          <w:sz w:val="24"/>
          <w:szCs w:val="24"/>
          <w:cs/>
          <w:lang w:bidi="ne-NP"/>
        </w:rPr>
        <w:t xml:space="preserve"> पदमा</w:t>
      </w:r>
      <w:r w:rsidR="00D03BA7" w:rsidRPr="009C4E79">
        <w:rPr>
          <w:rFonts w:hint="cs"/>
          <w:color w:val="000000" w:themeColor="text1"/>
          <w:sz w:val="24"/>
          <w:szCs w:val="24"/>
          <w:cs/>
          <w:lang w:bidi="ne-NP"/>
        </w:rPr>
        <w:t xml:space="preserve"> अनिवार्य रुपमा महिला हुनुपर्नेछ । </w:t>
      </w:r>
    </w:p>
    <w:p w:rsidR="00C41C48" w:rsidRPr="009C4E79" w:rsidRDefault="00C41C48" w:rsidP="00414955">
      <w:pPr>
        <w:ind w:left="990" w:firstLine="0"/>
        <w:jc w:val="both"/>
        <w:rPr>
          <w:color w:val="000000" w:themeColor="text1"/>
          <w:sz w:val="24"/>
          <w:szCs w:val="24"/>
          <w:lang w:bidi="ne-NP"/>
        </w:rPr>
      </w:pPr>
      <w:r w:rsidRPr="009C4E79">
        <w:rPr>
          <w:rFonts w:hint="cs"/>
          <w:color w:val="000000" w:themeColor="text1"/>
          <w:sz w:val="24"/>
          <w:szCs w:val="24"/>
          <w:cs/>
          <w:lang w:bidi="ne-NP"/>
        </w:rPr>
        <w:t>(८)</w:t>
      </w:r>
      <w:r w:rsidR="00D03BA7" w:rsidRPr="009C4E79">
        <w:rPr>
          <w:rFonts w:hint="cs"/>
          <w:color w:val="000000" w:themeColor="text1"/>
          <w:sz w:val="24"/>
          <w:szCs w:val="24"/>
          <w:cs/>
          <w:lang w:bidi="ne-NP"/>
        </w:rPr>
        <w:t xml:space="preserve">संस्था गठन गर्दा </w:t>
      </w:r>
      <w:r w:rsidR="0061182D" w:rsidRPr="009C4E79">
        <w:rPr>
          <w:rFonts w:hint="cs"/>
          <w:color w:val="000000" w:themeColor="text1"/>
          <w:sz w:val="24"/>
          <w:szCs w:val="24"/>
          <w:cs/>
          <w:lang w:bidi="ne-NP"/>
        </w:rPr>
        <w:t>सकेसम्म टोलका सम्पुर्ण घरधुरीलाई एक घर एक सदस्</w:t>
      </w:r>
      <w:r w:rsidR="00872959" w:rsidRPr="009C4E79">
        <w:rPr>
          <w:rFonts w:hint="cs"/>
          <w:color w:val="000000" w:themeColor="text1"/>
          <w:sz w:val="24"/>
          <w:szCs w:val="24"/>
          <w:cs/>
          <w:lang w:bidi="ne-NP"/>
        </w:rPr>
        <w:t>यको रुपमा समेट्</w:t>
      </w:r>
      <w:r w:rsidR="007E0E0A" w:rsidRPr="009C4E79">
        <w:rPr>
          <w:rFonts w:hint="cs"/>
          <w:color w:val="000000" w:themeColor="text1"/>
          <w:sz w:val="24"/>
          <w:szCs w:val="24"/>
          <w:cs/>
          <w:lang w:bidi="ne-NP"/>
        </w:rPr>
        <w:t>नु पर्नेछ</w:t>
      </w:r>
      <w:r w:rsidR="00872959" w:rsidRPr="009C4E79">
        <w:rPr>
          <w:rFonts w:hint="cs"/>
          <w:color w:val="000000" w:themeColor="text1"/>
          <w:sz w:val="24"/>
          <w:szCs w:val="24"/>
          <w:cs/>
          <w:lang w:bidi="ne-NP"/>
        </w:rPr>
        <w:t xml:space="preserve"> । </w:t>
      </w:r>
    </w:p>
    <w:p w:rsidR="00C41C48" w:rsidRPr="009C4E79" w:rsidRDefault="00C41C48" w:rsidP="00414955">
      <w:pPr>
        <w:ind w:left="990" w:firstLine="0"/>
        <w:jc w:val="both"/>
        <w:rPr>
          <w:color w:val="000000" w:themeColor="text1"/>
          <w:sz w:val="24"/>
          <w:szCs w:val="24"/>
          <w:lang w:bidi="ne-NP"/>
        </w:rPr>
      </w:pPr>
      <w:r w:rsidRPr="009C4E79">
        <w:rPr>
          <w:rFonts w:hint="cs"/>
          <w:color w:val="000000" w:themeColor="text1"/>
          <w:sz w:val="24"/>
          <w:szCs w:val="24"/>
          <w:cs/>
          <w:lang w:bidi="ne-NP"/>
        </w:rPr>
        <w:t>(९)उपदफा ८ बमोजिम सवै घरधुरी समावेश हुन सम्भव नभएमा</w:t>
      </w:r>
      <w:r w:rsidR="00872959" w:rsidRPr="009C4E79">
        <w:rPr>
          <w:rFonts w:hint="cs"/>
          <w:color w:val="000000" w:themeColor="text1"/>
          <w:sz w:val="24"/>
          <w:szCs w:val="24"/>
          <w:cs/>
          <w:lang w:bidi="ne-NP"/>
        </w:rPr>
        <w:t xml:space="preserve"> कम्तीमा ८० प्रतिशत घरध</w:t>
      </w:r>
      <w:r w:rsidR="0002092C" w:rsidRPr="009C4E79">
        <w:rPr>
          <w:rFonts w:hint="cs"/>
          <w:color w:val="000000" w:themeColor="text1"/>
          <w:sz w:val="24"/>
          <w:szCs w:val="24"/>
          <w:cs/>
          <w:lang w:bidi="ne-NP"/>
        </w:rPr>
        <w:t xml:space="preserve">ुरी सहभागी </w:t>
      </w:r>
      <w:r w:rsidRPr="009C4E79">
        <w:rPr>
          <w:rFonts w:hint="cs"/>
          <w:color w:val="000000" w:themeColor="text1"/>
          <w:sz w:val="24"/>
          <w:szCs w:val="24"/>
          <w:cs/>
          <w:lang w:bidi="ne-NP"/>
        </w:rPr>
        <w:t>गराई टोल विकास संस्था गठन गर्नुपर्ने छ</w:t>
      </w:r>
      <w:r w:rsidR="0002092C" w:rsidRPr="009C4E79">
        <w:rPr>
          <w:rFonts w:hint="cs"/>
          <w:color w:val="000000" w:themeColor="text1"/>
          <w:sz w:val="24"/>
          <w:szCs w:val="24"/>
          <w:cs/>
          <w:lang w:bidi="ne-NP"/>
        </w:rPr>
        <w:t xml:space="preserve">। </w:t>
      </w:r>
    </w:p>
    <w:p w:rsidR="002E3C5C" w:rsidRPr="009C4E79" w:rsidRDefault="00C41C48" w:rsidP="00414955">
      <w:pPr>
        <w:ind w:left="990" w:firstLine="0"/>
        <w:jc w:val="both"/>
        <w:rPr>
          <w:color w:val="000000" w:themeColor="text1"/>
          <w:sz w:val="24"/>
          <w:szCs w:val="24"/>
          <w:lang w:bidi="ne-NP"/>
        </w:rPr>
      </w:pPr>
      <w:r w:rsidRPr="009C4E79">
        <w:rPr>
          <w:rFonts w:hint="cs"/>
          <w:color w:val="000000" w:themeColor="text1"/>
          <w:sz w:val="24"/>
          <w:szCs w:val="24"/>
          <w:cs/>
          <w:lang w:bidi="ne-NP"/>
        </w:rPr>
        <w:t>(१०)</w:t>
      </w:r>
      <w:r w:rsidR="00FE6039" w:rsidRPr="009C4E79">
        <w:rPr>
          <w:rFonts w:hint="cs"/>
          <w:color w:val="000000" w:themeColor="text1"/>
          <w:sz w:val="24"/>
          <w:szCs w:val="24"/>
          <w:cs/>
          <w:lang w:bidi="ne-NP"/>
        </w:rPr>
        <w:t xml:space="preserve">यस कार्यविधि बमोजिम </w:t>
      </w:r>
      <w:r w:rsidR="00723624" w:rsidRPr="009C4E79">
        <w:rPr>
          <w:rFonts w:hint="cs"/>
          <w:color w:val="000000" w:themeColor="text1"/>
          <w:sz w:val="24"/>
          <w:szCs w:val="24"/>
          <w:cs/>
          <w:lang w:bidi="ne-NP"/>
        </w:rPr>
        <w:t xml:space="preserve">गठन गरिने </w:t>
      </w:r>
      <w:r w:rsidR="00F61900" w:rsidRPr="009C4E79">
        <w:rPr>
          <w:rFonts w:hint="cs"/>
          <w:color w:val="000000" w:themeColor="text1"/>
          <w:sz w:val="24"/>
          <w:szCs w:val="24"/>
          <w:cs/>
          <w:lang w:bidi="ne-NP"/>
        </w:rPr>
        <w:t>संस्थाको कार्यसमिति</w:t>
      </w:r>
      <w:r w:rsidR="00562A04" w:rsidRPr="009C4E79">
        <w:rPr>
          <w:rFonts w:hint="cs"/>
          <w:color w:val="000000" w:themeColor="text1"/>
          <w:sz w:val="24"/>
          <w:szCs w:val="24"/>
          <w:cs/>
          <w:lang w:bidi="ne-NP"/>
        </w:rPr>
        <w:t>मा</w:t>
      </w:r>
      <w:r w:rsidR="0002092C" w:rsidRPr="009C4E79">
        <w:rPr>
          <w:rFonts w:hint="cs"/>
          <w:color w:val="000000" w:themeColor="text1"/>
          <w:sz w:val="24"/>
          <w:szCs w:val="24"/>
          <w:cs/>
          <w:lang w:bidi="ne-NP"/>
        </w:rPr>
        <w:t xml:space="preserve"> कम्तीमा ५० प्रतिशत महिला </w:t>
      </w:r>
      <w:r w:rsidR="00562A04" w:rsidRPr="009C4E79">
        <w:rPr>
          <w:rFonts w:hint="cs"/>
          <w:color w:val="000000" w:themeColor="text1"/>
          <w:sz w:val="24"/>
          <w:szCs w:val="24"/>
          <w:cs/>
          <w:lang w:bidi="ne-NP"/>
        </w:rPr>
        <w:t>सदस्य हुनु</w:t>
      </w:r>
      <w:r w:rsidR="002E3C5C" w:rsidRPr="009C4E79">
        <w:rPr>
          <w:rFonts w:hint="cs"/>
          <w:color w:val="000000" w:themeColor="text1"/>
          <w:sz w:val="24"/>
          <w:szCs w:val="24"/>
          <w:cs/>
          <w:lang w:bidi="ne-NP"/>
        </w:rPr>
        <w:t xml:space="preserve"> पर्नेछ ।</w:t>
      </w:r>
    </w:p>
    <w:p w:rsidR="00894EBF" w:rsidRPr="009C4E79" w:rsidRDefault="009A1AB0" w:rsidP="00414955">
      <w:pPr>
        <w:ind w:left="990" w:firstLine="0"/>
        <w:jc w:val="both"/>
        <w:rPr>
          <w:color w:val="000000" w:themeColor="text1"/>
          <w:sz w:val="24"/>
          <w:szCs w:val="24"/>
          <w:lang w:bidi="ne-NP"/>
        </w:rPr>
      </w:pPr>
      <w:r w:rsidRPr="009C4E79">
        <w:rPr>
          <w:rFonts w:hint="cs"/>
          <w:color w:val="000000" w:themeColor="text1"/>
          <w:sz w:val="24"/>
          <w:szCs w:val="24"/>
          <w:cs/>
          <w:lang w:bidi="ne-NP"/>
        </w:rPr>
        <w:t>(११)</w:t>
      </w:r>
      <w:r w:rsidR="00894EBF" w:rsidRPr="009C4E79">
        <w:rPr>
          <w:rFonts w:hint="cs"/>
          <w:color w:val="000000" w:themeColor="text1"/>
          <w:sz w:val="24"/>
          <w:szCs w:val="24"/>
          <w:cs/>
          <w:lang w:bidi="ne-NP"/>
        </w:rPr>
        <w:t xml:space="preserve">संस्थाको कार्यक्षेत्र साधारण सभाले तोकेको चारकिल्ला भित्र हुनेछ। साधारण सभाले टोल तथा बस्ती भित्रका कुनै घरधुरी संस्थामा समावेश गरेको नपाइएमा वा कुनै घरधुरी वा बस्ती उक्त संस्थामा समावेश गर्नु पर्ने भन्ने लागेमा वडा कार्यालयले त्यसरी छुटेको घरधुरी वा बस्ती सम्बन्धित संस्थामा समावेश गर्न लगाउनेछ।  </w:t>
      </w:r>
    </w:p>
    <w:p w:rsidR="00C75C9C" w:rsidRDefault="00894EBF" w:rsidP="00414955">
      <w:pPr>
        <w:ind w:left="990" w:firstLine="0"/>
        <w:jc w:val="both"/>
        <w:rPr>
          <w:color w:val="000000" w:themeColor="text1"/>
          <w:sz w:val="24"/>
          <w:szCs w:val="24"/>
          <w:lang w:bidi="ne-NP"/>
        </w:rPr>
      </w:pPr>
      <w:r w:rsidRPr="009C4E79">
        <w:rPr>
          <w:rFonts w:hint="cs"/>
          <w:color w:val="000000" w:themeColor="text1"/>
          <w:sz w:val="24"/>
          <w:szCs w:val="24"/>
          <w:cs/>
          <w:lang w:bidi="ne-NP"/>
        </w:rPr>
        <w:t>(१२)</w:t>
      </w:r>
      <w:r w:rsidR="00C75C9C" w:rsidRPr="009C4E79">
        <w:rPr>
          <w:rFonts w:hint="cs"/>
          <w:color w:val="000000" w:themeColor="text1"/>
          <w:sz w:val="24"/>
          <w:szCs w:val="24"/>
          <w:cs/>
          <w:lang w:bidi="ne-NP"/>
        </w:rPr>
        <w:t xml:space="preserve">यस दफामा अन्यत्र जुनसुकै कुरा लेखिएको भए तापनि </w:t>
      </w:r>
      <w:r w:rsidR="002A42C8" w:rsidRPr="009C4E79">
        <w:rPr>
          <w:rFonts w:hint="cs"/>
          <w:color w:val="000000" w:themeColor="text1"/>
          <w:sz w:val="24"/>
          <w:szCs w:val="24"/>
          <w:cs/>
          <w:lang w:bidi="ne-NP"/>
        </w:rPr>
        <w:t xml:space="preserve">वडा कार्यालयले तोकेको </w:t>
      </w:r>
      <w:r w:rsidR="00C75C9C" w:rsidRPr="009C4E79">
        <w:rPr>
          <w:rFonts w:hint="cs"/>
          <w:color w:val="000000" w:themeColor="text1"/>
          <w:sz w:val="24"/>
          <w:szCs w:val="24"/>
          <w:cs/>
          <w:lang w:bidi="ne-NP"/>
        </w:rPr>
        <w:t xml:space="preserve">भौगोलिक क्षेत्र भित्र </w:t>
      </w:r>
      <w:r w:rsidR="009D1BDE" w:rsidRPr="009C4E79">
        <w:rPr>
          <w:rFonts w:hint="cs"/>
          <w:color w:val="000000" w:themeColor="text1"/>
          <w:sz w:val="24"/>
          <w:szCs w:val="24"/>
          <w:cs/>
          <w:lang w:bidi="ne-NP"/>
        </w:rPr>
        <w:t xml:space="preserve">रहेका बढीमा </w:t>
      </w:r>
      <w:r w:rsidR="009D1BDE" w:rsidRPr="00414955">
        <w:rPr>
          <w:rFonts w:hint="cs"/>
          <w:color w:val="000000" w:themeColor="text1"/>
          <w:sz w:val="24"/>
          <w:szCs w:val="24"/>
          <w:cs/>
          <w:lang w:bidi="ne-NP"/>
        </w:rPr>
        <w:t>१०० घरधुरी</w:t>
      </w:r>
      <w:r w:rsidR="009D1BDE" w:rsidRPr="009C4E79">
        <w:rPr>
          <w:rFonts w:hint="cs"/>
          <w:color w:val="000000" w:themeColor="text1"/>
          <w:sz w:val="24"/>
          <w:szCs w:val="24"/>
          <w:cs/>
          <w:lang w:bidi="ne-NP"/>
        </w:rPr>
        <w:t xml:space="preserve"> समेट्ने गरी </w:t>
      </w:r>
      <w:r w:rsidR="00C75C9C" w:rsidRPr="009C4E79">
        <w:rPr>
          <w:rFonts w:hint="cs"/>
          <w:color w:val="000000" w:themeColor="text1"/>
          <w:sz w:val="24"/>
          <w:szCs w:val="24"/>
          <w:cs/>
          <w:lang w:bidi="ne-NP"/>
        </w:rPr>
        <w:t>टोल</w:t>
      </w:r>
      <w:r w:rsidR="009D1BDE" w:rsidRPr="009C4E79">
        <w:rPr>
          <w:rFonts w:hint="cs"/>
          <w:color w:val="000000" w:themeColor="text1"/>
          <w:sz w:val="24"/>
          <w:szCs w:val="24"/>
          <w:cs/>
          <w:lang w:bidi="ne-NP"/>
        </w:rPr>
        <w:t xml:space="preserve"> विकास संस्था गठन गर्न सकिने छ</w:t>
      </w:r>
      <w:r w:rsidR="00C75C9C" w:rsidRPr="009C4E79">
        <w:rPr>
          <w:rFonts w:hint="cs"/>
          <w:color w:val="000000" w:themeColor="text1"/>
          <w:sz w:val="24"/>
          <w:szCs w:val="24"/>
          <w:cs/>
          <w:lang w:bidi="ne-NP"/>
        </w:rPr>
        <w:t>।</w:t>
      </w:r>
      <w:r w:rsidR="009D1BDE" w:rsidRPr="009C4E79">
        <w:rPr>
          <w:rFonts w:hint="cs"/>
          <w:color w:val="000000" w:themeColor="text1"/>
          <w:sz w:val="24"/>
          <w:szCs w:val="24"/>
          <w:cs/>
          <w:lang w:bidi="ne-NP"/>
        </w:rPr>
        <w:t xml:space="preserve"> एउटा घरधुरी एक भन्दा बढी टोल विकास संस्थाको सदस्य बन्न पाउने छैन।</w:t>
      </w:r>
    </w:p>
    <w:p w:rsidR="00CD62E3" w:rsidRDefault="00CD62E3" w:rsidP="00414955">
      <w:pPr>
        <w:ind w:left="990" w:firstLine="0"/>
        <w:jc w:val="both"/>
        <w:rPr>
          <w:color w:val="000000" w:themeColor="text1"/>
          <w:sz w:val="24"/>
          <w:szCs w:val="24"/>
          <w:lang w:bidi="ne-NP"/>
        </w:rPr>
      </w:pPr>
      <w:r>
        <w:rPr>
          <w:rFonts w:hint="cs"/>
          <w:color w:val="000000" w:themeColor="text1"/>
          <w:sz w:val="24"/>
          <w:szCs w:val="24"/>
          <w:cs/>
          <w:lang w:bidi="ne-NP"/>
        </w:rPr>
        <w:t>(१३) उपदफा (१) वमोजिम संस्था गठन गर्दा सम्वन्धित वडाको वडा अध्यक्ष वा निजले तोकेको वडाको जनप्रतिनिधि वा वडा सचिवको रोहवर</w:t>
      </w:r>
      <w:r w:rsidR="00AD6343">
        <w:rPr>
          <w:rFonts w:hint="cs"/>
          <w:color w:val="000000" w:themeColor="text1"/>
          <w:sz w:val="24"/>
          <w:szCs w:val="24"/>
          <w:cs/>
          <w:lang w:bidi="ne-NP"/>
        </w:rPr>
        <w:t xml:space="preserve"> र सहभागिता</w:t>
      </w:r>
      <w:r>
        <w:rPr>
          <w:rFonts w:hint="cs"/>
          <w:color w:val="000000" w:themeColor="text1"/>
          <w:sz w:val="24"/>
          <w:szCs w:val="24"/>
          <w:cs/>
          <w:lang w:bidi="ne-NP"/>
        </w:rPr>
        <w:t xml:space="preserve"> अनि</w:t>
      </w:r>
      <w:r w:rsidR="00AD6343">
        <w:rPr>
          <w:rFonts w:hint="cs"/>
          <w:color w:val="000000" w:themeColor="text1"/>
          <w:sz w:val="24"/>
          <w:szCs w:val="24"/>
          <w:cs/>
          <w:lang w:bidi="ne-NP"/>
        </w:rPr>
        <w:t>वार्य हुनु पर्नेछ।</w:t>
      </w:r>
    </w:p>
    <w:p w:rsidR="00D805A5" w:rsidRPr="009C4E79" w:rsidRDefault="00125BA4" w:rsidP="006D1DB0">
      <w:pPr>
        <w:pStyle w:val="ListParagraph"/>
        <w:numPr>
          <w:ilvl w:val="0"/>
          <w:numId w:val="5"/>
        </w:numPr>
        <w:ind w:left="720" w:hanging="450"/>
        <w:jc w:val="both"/>
        <w:rPr>
          <w:color w:val="000000" w:themeColor="text1"/>
          <w:sz w:val="24"/>
          <w:szCs w:val="24"/>
          <w:lang w:bidi="ne-NP"/>
        </w:rPr>
      </w:pPr>
      <w:r w:rsidRPr="00614A5D">
        <w:rPr>
          <w:b/>
          <w:bCs/>
          <w:color w:val="000000" w:themeColor="text1"/>
          <w:sz w:val="28"/>
          <w:szCs w:val="28"/>
          <w:u w:val="single"/>
          <w:cs/>
          <w:lang w:bidi="ne-NP"/>
        </w:rPr>
        <w:t xml:space="preserve">कार्य समितिका पदाधिकारीको </w:t>
      </w:r>
      <w:r w:rsidR="00D805A5" w:rsidRPr="00614A5D">
        <w:rPr>
          <w:rFonts w:hint="cs"/>
          <w:b/>
          <w:bCs/>
          <w:color w:val="000000" w:themeColor="text1"/>
          <w:sz w:val="28"/>
          <w:szCs w:val="28"/>
          <w:u w:val="single"/>
          <w:cs/>
          <w:lang w:bidi="ne-NP"/>
        </w:rPr>
        <w:t>पद रिक्त</w:t>
      </w:r>
      <w:r w:rsidRPr="00614A5D">
        <w:rPr>
          <w:b/>
          <w:bCs/>
          <w:color w:val="000000" w:themeColor="text1"/>
          <w:sz w:val="28"/>
          <w:szCs w:val="28"/>
          <w:u w:val="single"/>
          <w:cs/>
          <w:lang w:bidi="ne-NP"/>
        </w:rPr>
        <w:t xml:space="preserve"> सम्बन्धी व्यवस्थाः</w:t>
      </w:r>
      <w:r w:rsidR="00D805A5" w:rsidRPr="009C4E79">
        <w:rPr>
          <w:rFonts w:hint="cs"/>
          <w:color w:val="000000" w:themeColor="text1"/>
          <w:sz w:val="24"/>
          <w:szCs w:val="24"/>
          <w:cs/>
          <w:lang w:bidi="sa-IN"/>
        </w:rPr>
        <w:t>(</w:t>
      </w:r>
      <w:r w:rsidR="00D805A5" w:rsidRPr="009C4E79">
        <w:rPr>
          <w:rFonts w:hint="cs"/>
          <w:color w:val="000000" w:themeColor="text1"/>
          <w:sz w:val="24"/>
          <w:szCs w:val="24"/>
          <w:cs/>
          <w:lang w:bidi="ne-NP"/>
        </w:rPr>
        <w:t>१</w:t>
      </w:r>
      <w:r w:rsidR="00D805A5" w:rsidRPr="009C4E79">
        <w:rPr>
          <w:rFonts w:hint="cs"/>
          <w:color w:val="000000" w:themeColor="text1"/>
          <w:sz w:val="24"/>
          <w:szCs w:val="24"/>
          <w:cs/>
          <w:lang w:bidi="sa-IN"/>
        </w:rPr>
        <w:t>)</w:t>
      </w:r>
      <w:r w:rsidR="00D805A5" w:rsidRPr="009C4E79">
        <w:rPr>
          <w:rFonts w:hint="cs"/>
          <w:color w:val="000000" w:themeColor="text1"/>
          <w:sz w:val="24"/>
          <w:szCs w:val="24"/>
          <w:cs/>
          <w:lang w:bidi="ne-NP"/>
        </w:rPr>
        <w:t xml:space="preserve"> दफा </w:t>
      </w:r>
      <w:r w:rsidR="00AD6343">
        <w:rPr>
          <w:rFonts w:hint="cs"/>
          <w:color w:val="000000" w:themeColor="text1"/>
          <w:sz w:val="24"/>
          <w:szCs w:val="24"/>
          <w:cs/>
          <w:lang w:bidi="ne-NP"/>
        </w:rPr>
        <w:t>(</w:t>
      </w:r>
      <w:r w:rsidR="00D805A5" w:rsidRPr="009C4E79">
        <w:rPr>
          <w:rFonts w:hint="cs"/>
          <w:color w:val="000000" w:themeColor="text1"/>
          <w:sz w:val="24"/>
          <w:szCs w:val="24"/>
          <w:cs/>
          <w:lang w:bidi="ne-NP"/>
        </w:rPr>
        <w:t>३</w:t>
      </w:r>
      <w:r w:rsidR="00AD6343">
        <w:rPr>
          <w:rFonts w:hint="cs"/>
          <w:color w:val="000000" w:themeColor="text1"/>
          <w:sz w:val="24"/>
          <w:szCs w:val="24"/>
          <w:cs/>
          <w:lang w:bidi="ne-NP"/>
        </w:rPr>
        <w:t>)</w:t>
      </w:r>
      <w:r w:rsidR="00D805A5" w:rsidRPr="009C4E79">
        <w:rPr>
          <w:rFonts w:hint="cs"/>
          <w:color w:val="000000" w:themeColor="text1"/>
          <w:sz w:val="24"/>
          <w:szCs w:val="24"/>
          <w:cs/>
          <w:lang w:bidi="ne-NP"/>
        </w:rPr>
        <w:t xml:space="preserve"> बमोजिम गठन भएको कार्य समितिका पदाधिकारीहरुको पद देहाय बमोजिमको अवस्थामा रिक्त हुनेछ।</w:t>
      </w:r>
    </w:p>
    <w:p w:rsidR="00D805A5" w:rsidRPr="009C4E79" w:rsidRDefault="00D805A5" w:rsidP="00491AFC">
      <w:pPr>
        <w:pStyle w:val="ListParagraph"/>
        <w:numPr>
          <w:ilvl w:val="0"/>
          <w:numId w:val="30"/>
        </w:numPr>
        <w:tabs>
          <w:tab w:val="left" w:pos="720"/>
          <w:tab w:val="left" w:pos="1530"/>
        </w:tabs>
        <w:ind w:hanging="540"/>
        <w:jc w:val="both"/>
        <w:rPr>
          <w:color w:val="000000" w:themeColor="text1"/>
          <w:sz w:val="24"/>
          <w:szCs w:val="24"/>
          <w:lang w:bidi="ne-NP"/>
        </w:rPr>
      </w:pPr>
      <w:r w:rsidRPr="009C4E79">
        <w:rPr>
          <w:rFonts w:hint="cs"/>
          <w:color w:val="000000" w:themeColor="text1"/>
          <w:sz w:val="24"/>
          <w:szCs w:val="24"/>
          <w:cs/>
          <w:lang w:bidi="ne-NP"/>
        </w:rPr>
        <w:t>अध्यक्षले उपाध्यक्ष मार्फत कार्यसमितिको बैठकमा र उपाध्यक्ष सहित अन्य सदस्यले अध्यक्षलाई राजीनामा दिएमा।</w:t>
      </w:r>
    </w:p>
    <w:p w:rsidR="00D805A5" w:rsidRPr="009C4E79" w:rsidRDefault="00D805A5" w:rsidP="00491AFC">
      <w:pPr>
        <w:pStyle w:val="ListParagraph"/>
        <w:numPr>
          <w:ilvl w:val="0"/>
          <w:numId w:val="30"/>
        </w:numPr>
        <w:tabs>
          <w:tab w:val="left" w:pos="720"/>
          <w:tab w:val="left" w:pos="1530"/>
        </w:tabs>
        <w:ind w:hanging="540"/>
        <w:jc w:val="both"/>
        <w:rPr>
          <w:color w:val="000000" w:themeColor="text1"/>
          <w:sz w:val="24"/>
          <w:szCs w:val="24"/>
          <w:lang w:bidi="ne-NP"/>
        </w:rPr>
      </w:pPr>
      <w:r w:rsidRPr="009C4E79">
        <w:rPr>
          <w:rFonts w:hint="cs"/>
          <w:color w:val="000000" w:themeColor="text1"/>
          <w:sz w:val="24"/>
          <w:szCs w:val="24"/>
          <w:cs/>
          <w:lang w:bidi="ne-NP"/>
        </w:rPr>
        <w:t>भ्रष्टाचार वा अन्य कुनै फौजदारी अभियोगमा कसुरदार ठहरिएमा।</w:t>
      </w:r>
    </w:p>
    <w:p w:rsidR="00125BA4" w:rsidRDefault="00D805A5" w:rsidP="00491AFC">
      <w:pPr>
        <w:pStyle w:val="ListParagraph"/>
        <w:numPr>
          <w:ilvl w:val="0"/>
          <w:numId w:val="30"/>
        </w:numPr>
        <w:tabs>
          <w:tab w:val="left" w:pos="720"/>
          <w:tab w:val="left" w:pos="1530"/>
        </w:tabs>
        <w:ind w:hanging="540"/>
        <w:jc w:val="both"/>
        <w:rPr>
          <w:color w:val="000000" w:themeColor="text1"/>
          <w:sz w:val="24"/>
          <w:szCs w:val="24"/>
          <w:lang w:bidi="ne-NP"/>
        </w:rPr>
      </w:pPr>
      <w:r w:rsidRPr="009C4E79">
        <w:rPr>
          <w:rFonts w:hint="cs"/>
          <w:color w:val="000000" w:themeColor="text1"/>
          <w:sz w:val="24"/>
          <w:szCs w:val="24"/>
          <w:cs/>
          <w:lang w:bidi="ne-NP"/>
        </w:rPr>
        <w:t xml:space="preserve">मृत्यु भएमा। </w:t>
      </w:r>
    </w:p>
    <w:p w:rsidR="005B4EDD" w:rsidRDefault="005B4EDD" w:rsidP="00491AFC">
      <w:pPr>
        <w:pStyle w:val="ListParagraph"/>
        <w:numPr>
          <w:ilvl w:val="0"/>
          <w:numId w:val="30"/>
        </w:numPr>
        <w:tabs>
          <w:tab w:val="left" w:pos="720"/>
          <w:tab w:val="left" w:pos="1530"/>
        </w:tabs>
        <w:ind w:hanging="540"/>
        <w:jc w:val="both"/>
        <w:rPr>
          <w:color w:val="000000" w:themeColor="text1"/>
          <w:sz w:val="24"/>
          <w:szCs w:val="24"/>
          <w:lang w:bidi="ne-NP"/>
        </w:rPr>
      </w:pPr>
      <w:r>
        <w:rPr>
          <w:rFonts w:hint="cs"/>
          <w:color w:val="000000" w:themeColor="text1"/>
          <w:sz w:val="24"/>
          <w:szCs w:val="24"/>
          <w:cs/>
          <w:lang w:bidi="ne-NP"/>
        </w:rPr>
        <w:t>आचारण विपरितको गतिविधिमा गाउँपालिकावाट अनुशासनको कारवाही</w:t>
      </w:r>
      <w:r w:rsidR="000965FF">
        <w:rPr>
          <w:rFonts w:hint="cs"/>
          <w:color w:val="000000" w:themeColor="text1"/>
          <w:sz w:val="24"/>
          <w:szCs w:val="24"/>
          <w:cs/>
          <w:lang w:bidi="ne-NP"/>
        </w:rPr>
        <w:t xml:space="preserve"> भएमा।</w:t>
      </w:r>
    </w:p>
    <w:p w:rsidR="00034855" w:rsidRPr="009C4E79" w:rsidRDefault="00034855" w:rsidP="00491AFC">
      <w:pPr>
        <w:pStyle w:val="ListParagraph"/>
        <w:numPr>
          <w:ilvl w:val="0"/>
          <w:numId w:val="30"/>
        </w:numPr>
        <w:tabs>
          <w:tab w:val="left" w:pos="720"/>
        </w:tabs>
        <w:ind w:hanging="540"/>
        <w:jc w:val="both"/>
        <w:rPr>
          <w:color w:val="000000" w:themeColor="text1"/>
          <w:sz w:val="24"/>
          <w:szCs w:val="24"/>
          <w:lang w:bidi="ne-NP"/>
        </w:rPr>
      </w:pPr>
      <w:r>
        <w:rPr>
          <w:rFonts w:hint="cs"/>
          <w:color w:val="000000" w:themeColor="text1"/>
          <w:sz w:val="24"/>
          <w:szCs w:val="24"/>
          <w:cs/>
          <w:lang w:bidi="ne-NP"/>
        </w:rPr>
        <w:t>संस्थाको हित विपरित कार्य गरेको ठहरी साधारण सभाको वहुमत</w:t>
      </w:r>
      <w:r w:rsidR="005B5ADF">
        <w:rPr>
          <w:rFonts w:hint="cs"/>
          <w:color w:val="000000" w:themeColor="text1"/>
          <w:sz w:val="24"/>
          <w:szCs w:val="24"/>
          <w:cs/>
          <w:lang w:bidi="ne-NP"/>
        </w:rPr>
        <w:t>ले हटाउने निर्णय गरेमा।</w:t>
      </w:r>
    </w:p>
    <w:p w:rsidR="00D805A5" w:rsidRPr="009C4E79" w:rsidRDefault="00D805A5" w:rsidP="00491AFC">
      <w:pPr>
        <w:tabs>
          <w:tab w:val="left" w:pos="720"/>
          <w:tab w:val="left" w:pos="1800"/>
        </w:tabs>
        <w:ind w:left="1530" w:hanging="630"/>
        <w:jc w:val="both"/>
        <w:rPr>
          <w:color w:val="000000" w:themeColor="text1"/>
          <w:sz w:val="24"/>
          <w:szCs w:val="24"/>
          <w:lang w:bidi="ne-NP"/>
        </w:rPr>
      </w:pPr>
      <w:r w:rsidRPr="009C4E79">
        <w:rPr>
          <w:rFonts w:hint="cs"/>
          <w:color w:val="000000" w:themeColor="text1"/>
          <w:sz w:val="24"/>
          <w:szCs w:val="24"/>
          <w:cs/>
          <w:lang w:bidi="sa-IN"/>
        </w:rPr>
        <w:lastRenderedPageBreak/>
        <w:t>(</w:t>
      </w:r>
      <w:r w:rsidRPr="009C4E79">
        <w:rPr>
          <w:rFonts w:hint="cs"/>
          <w:color w:val="000000" w:themeColor="text1"/>
          <w:sz w:val="24"/>
          <w:szCs w:val="24"/>
          <w:cs/>
          <w:lang w:bidi="ne-NP"/>
        </w:rPr>
        <w:t>२</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उपदफा </w:t>
      </w:r>
      <w:r w:rsidRPr="009C4E79">
        <w:rPr>
          <w:rFonts w:hint="cs"/>
          <w:color w:val="000000" w:themeColor="text1"/>
          <w:sz w:val="24"/>
          <w:szCs w:val="24"/>
          <w:cs/>
          <w:lang w:bidi="sa-IN"/>
        </w:rPr>
        <w:t>(</w:t>
      </w:r>
      <w:r w:rsidRPr="009C4E79">
        <w:rPr>
          <w:rFonts w:hint="cs"/>
          <w:color w:val="000000" w:themeColor="text1"/>
          <w:sz w:val="24"/>
          <w:szCs w:val="24"/>
          <w:cs/>
          <w:lang w:bidi="ne-NP"/>
        </w:rPr>
        <w:t>१</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बमोजिम अध्यक्षको पद रिक्त भएमा कार्य समितिको बाँकी अवधिको लागि उपाध्यक्षले अध्यक्ष भई कामकाज गर्नेछ। अन्य पदाधिकारीहरुको हकमा कार्य समितिले बाँकी अवधिको लागि समितिका सदस्यहरु मध्येबाट कुनै सदस्यलाई त्यस्तो रिक्त पदमा कामकाज गर्न लगाउन सक्नेछ।</w:t>
      </w:r>
    </w:p>
    <w:p w:rsidR="00F4267A" w:rsidRPr="009C4E79" w:rsidRDefault="000D6C97" w:rsidP="00491AFC">
      <w:pPr>
        <w:pStyle w:val="ListParagraph"/>
        <w:numPr>
          <w:ilvl w:val="0"/>
          <w:numId w:val="5"/>
        </w:numPr>
        <w:tabs>
          <w:tab w:val="left" w:pos="720"/>
        </w:tabs>
        <w:ind w:left="720" w:hanging="450"/>
        <w:jc w:val="both"/>
        <w:rPr>
          <w:b/>
          <w:bCs/>
          <w:sz w:val="28"/>
          <w:szCs w:val="28"/>
          <w:lang w:bidi="ne-NP"/>
        </w:rPr>
      </w:pPr>
      <w:r w:rsidRPr="00491AFC">
        <w:rPr>
          <w:b/>
          <w:bCs/>
          <w:sz w:val="28"/>
          <w:szCs w:val="28"/>
          <w:u w:val="single"/>
          <w:cs/>
          <w:lang w:bidi="ne-NP"/>
        </w:rPr>
        <w:t xml:space="preserve">संस्था </w:t>
      </w:r>
      <w:r w:rsidR="00426F46" w:rsidRPr="00491AFC">
        <w:rPr>
          <w:b/>
          <w:bCs/>
          <w:sz w:val="28"/>
          <w:szCs w:val="28"/>
          <w:u w:val="single"/>
          <w:cs/>
          <w:lang w:bidi="ne-NP"/>
        </w:rPr>
        <w:t>सूची</w:t>
      </w:r>
      <w:r w:rsidR="0070695B" w:rsidRPr="00491AFC">
        <w:rPr>
          <w:b/>
          <w:bCs/>
          <w:sz w:val="28"/>
          <w:szCs w:val="28"/>
          <w:u w:val="single"/>
          <w:cs/>
          <w:lang w:bidi="ne-NP"/>
        </w:rPr>
        <w:t>कृत</w:t>
      </w:r>
      <w:r w:rsidR="00F61900" w:rsidRPr="00491AFC">
        <w:rPr>
          <w:b/>
          <w:bCs/>
          <w:sz w:val="28"/>
          <w:szCs w:val="28"/>
          <w:lang w:bidi="ne-NP"/>
        </w:rPr>
        <w:t>:</w:t>
      </w:r>
      <w:r w:rsidR="00C22CDB" w:rsidRPr="00491AFC">
        <w:rPr>
          <w:rFonts w:hint="cs"/>
          <w:sz w:val="28"/>
          <w:szCs w:val="28"/>
          <w:cs/>
          <w:lang w:bidi="ne-NP"/>
        </w:rPr>
        <w:t>(</w:t>
      </w:r>
      <w:r w:rsidR="00C22CDB" w:rsidRPr="00874025">
        <w:rPr>
          <w:rFonts w:hint="cs"/>
          <w:sz w:val="28"/>
          <w:szCs w:val="28"/>
          <w:cs/>
          <w:lang w:bidi="ne-NP"/>
        </w:rPr>
        <w:t>१)</w:t>
      </w:r>
      <w:r w:rsidR="00B53F44" w:rsidRPr="009C4E79">
        <w:rPr>
          <w:sz w:val="24"/>
          <w:szCs w:val="24"/>
          <w:cs/>
          <w:lang w:bidi="ne-NP"/>
        </w:rPr>
        <w:t>संस्थाको सूची</w:t>
      </w:r>
      <w:r w:rsidR="000F6518" w:rsidRPr="009C4E79">
        <w:rPr>
          <w:sz w:val="24"/>
          <w:szCs w:val="24"/>
          <w:cs/>
          <w:lang w:bidi="ne-NP"/>
        </w:rPr>
        <w:t>कृत देहाय बमोजिम हुने</w:t>
      </w:r>
      <w:r w:rsidR="00F61900" w:rsidRPr="009C4E79">
        <w:rPr>
          <w:sz w:val="24"/>
          <w:szCs w:val="24"/>
          <w:cs/>
          <w:lang w:bidi="ne-NP"/>
        </w:rPr>
        <w:t>छ</w:t>
      </w:r>
      <w:r w:rsidR="00F61900" w:rsidRPr="009C4E79">
        <w:rPr>
          <w:sz w:val="24"/>
          <w:szCs w:val="24"/>
          <w:lang w:bidi="ne-NP"/>
        </w:rPr>
        <w:t xml:space="preserve"> : -</w:t>
      </w:r>
    </w:p>
    <w:p w:rsidR="00AF6CB2" w:rsidRPr="009C4E79" w:rsidRDefault="00516D8A" w:rsidP="00491AFC">
      <w:pPr>
        <w:pStyle w:val="ListParagraph"/>
        <w:numPr>
          <w:ilvl w:val="0"/>
          <w:numId w:val="7"/>
        </w:numPr>
        <w:tabs>
          <w:tab w:val="left" w:pos="540"/>
          <w:tab w:val="left" w:pos="720"/>
        </w:tabs>
        <w:ind w:left="720" w:firstLine="270"/>
        <w:jc w:val="both"/>
        <w:rPr>
          <w:sz w:val="24"/>
          <w:szCs w:val="24"/>
          <w:lang w:bidi="ne-NP"/>
        </w:rPr>
      </w:pPr>
      <w:r w:rsidRPr="009C4E79">
        <w:rPr>
          <w:sz w:val="24"/>
          <w:szCs w:val="24"/>
          <w:cs/>
          <w:lang w:bidi="ne-NP"/>
        </w:rPr>
        <w:t xml:space="preserve">संस्थाको </w:t>
      </w:r>
      <w:r w:rsidR="00AF6CB2" w:rsidRPr="009C4E79">
        <w:rPr>
          <w:sz w:val="24"/>
          <w:szCs w:val="24"/>
          <w:cs/>
          <w:lang w:bidi="ne-NP"/>
        </w:rPr>
        <w:t xml:space="preserve">आमभेलाले </w:t>
      </w:r>
      <w:r w:rsidRPr="009C4E79">
        <w:rPr>
          <w:sz w:val="24"/>
          <w:szCs w:val="24"/>
          <w:cs/>
          <w:lang w:bidi="ne-NP"/>
        </w:rPr>
        <w:t>निर्णय गरी</w:t>
      </w:r>
      <w:r w:rsidR="00C562EF" w:rsidRPr="009C4E79">
        <w:rPr>
          <w:sz w:val="24"/>
          <w:szCs w:val="24"/>
          <w:cs/>
          <w:lang w:bidi="ne-NP"/>
        </w:rPr>
        <w:t>अनुसूची १ बमोजिम</w:t>
      </w:r>
      <w:r w:rsidR="00080672" w:rsidRPr="009C4E79">
        <w:rPr>
          <w:rFonts w:hint="cs"/>
          <w:sz w:val="24"/>
          <w:szCs w:val="24"/>
          <w:cs/>
          <w:lang w:bidi="ne-NP"/>
        </w:rPr>
        <w:t>को</w:t>
      </w:r>
      <w:r w:rsidR="000D6C97" w:rsidRPr="009C4E79">
        <w:rPr>
          <w:sz w:val="24"/>
          <w:szCs w:val="24"/>
          <w:cs/>
          <w:lang w:bidi="ne-NP"/>
        </w:rPr>
        <w:t xml:space="preserve"> ढाँचामा</w:t>
      </w:r>
      <w:r w:rsidR="00216055">
        <w:rPr>
          <w:rFonts w:hint="cs"/>
          <w:sz w:val="24"/>
          <w:szCs w:val="24"/>
          <w:cs/>
          <w:lang w:bidi="ne-NP"/>
        </w:rPr>
        <w:t xml:space="preserve"> अनुसची ३ बमोजिमको बिधान सहित</w:t>
      </w:r>
      <w:r w:rsidR="000D6C97" w:rsidRPr="009C4E79">
        <w:rPr>
          <w:sz w:val="24"/>
          <w:szCs w:val="24"/>
          <w:cs/>
          <w:lang w:bidi="ne-NP"/>
        </w:rPr>
        <w:t xml:space="preserve"> </w:t>
      </w:r>
      <w:r w:rsidR="00080672" w:rsidRPr="009C4E79">
        <w:rPr>
          <w:rFonts w:hint="cs"/>
          <w:sz w:val="24"/>
          <w:szCs w:val="24"/>
          <w:cs/>
          <w:lang w:bidi="ne-NP"/>
        </w:rPr>
        <w:t xml:space="preserve">सोही निवेदनमा उल्लिखित कागजातहरु समावेश गरी </w:t>
      </w:r>
      <w:r w:rsidR="00AF6CB2" w:rsidRPr="009C4E79">
        <w:rPr>
          <w:sz w:val="24"/>
          <w:szCs w:val="24"/>
          <w:cs/>
          <w:lang w:bidi="ne-NP"/>
        </w:rPr>
        <w:t xml:space="preserve">संस्था </w:t>
      </w:r>
      <w:r w:rsidR="00EE7968" w:rsidRPr="009C4E79">
        <w:rPr>
          <w:sz w:val="24"/>
          <w:szCs w:val="24"/>
          <w:cs/>
          <w:lang w:bidi="ne-NP"/>
        </w:rPr>
        <w:t>सूची</w:t>
      </w:r>
      <w:r w:rsidR="00AF6CB2" w:rsidRPr="009C4E79">
        <w:rPr>
          <w:sz w:val="24"/>
          <w:szCs w:val="24"/>
          <w:cs/>
          <w:lang w:bidi="ne-NP"/>
        </w:rPr>
        <w:t xml:space="preserve">करणका लागि </w:t>
      </w:r>
      <w:r w:rsidR="000D6C97" w:rsidRPr="009C4E79">
        <w:rPr>
          <w:sz w:val="24"/>
          <w:szCs w:val="24"/>
          <w:cs/>
          <w:lang w:bidi="ne-NP"/>
        </w:rPr>
        <w:t>वडा</w:t>
      </w:r>
      <w:r w:rsidR="00AF6CB2" w:rsidRPr="009C4E79">
        <w:rPr>
          <w:sz w:val="24"/>
          <w:szCs w:val="24"/>
          <w:cs/>
          <w:lang w:bidi="ne-NP"/>
        </w:rPr>
        <w:t xml:space="preserve"> कार्यालयमा निवेदन दिनु पर्नेछ ।</w:t>
      </w:r>
    </w:p>
    <w:p w:rsidR="00516D8A" w:rsidRPr="009C4E79" w:rsidRDefault="000D6C97" w:rsidP="00491AFC">
      <w:pPr>
        <w:pStyle w:val="ListParagraph"/>
        <w:numPr>
          <w:ilvl w:val="0"/>
          <w:numId w:val="7"/>
        </w:numPr>
        <w:tabs>
          <w:tab w:val="left" w:pos="540"/>
          <w:tab w:val="left" w:pos="720"/>
        </w:tabs>
        <w:ind w:left="720" w:firstLine="270"/>
        <w:jc w:val="both"/>
        <w:rPr>
          <w:sz w:val="24"/>
          <w:szCs w:val="24"/>
          <w:lang w:bidi="ne-NP"/>
        </w:rPr>
      </w:pPr>
      <w:r w:rsidRPr="009C4E79">
        <w:rPr>
          <w:sz w:val="24"/>
          <w:szCs w:val="24"/>
          <w:cs/>
          <w:lang w:bidi="ne-NP"/>
        </w:rPr>
        <w:t xml:space="preserve">उपदफा </w:t>
      </w:r>
      <w:r w:rsidRPr="009C4E79">
        <w:rPr>
          <w:sz w:val="24"/>
          <w:szCs w:val="24"/>
          <w:cs/>
          <w:lang w:bidi="sa-IN"/>
        </w:rPr>
        <w:t>(</w:t>
      </w:r>
      <w:r w:rsidRPr="009C4E79">
        <w:rPr>
          <w:sz w:val="24"/>
          <w:szCs w:val="24"/>
          <w:cs/>
          <w:lang w:bidi="ne-NP"/>
        </w:rPr>
        <w:t>१</w:t>
      </w:r>
      <w:r w:rsidRPr="009C4E79">
        <w:rPr>
          <w:sz w:val="24"/>
          <w:szCs w:val="24"/>
          <w:cs/>
          <w:lang w:bidi="sa-IN"/>
        </w:rPr>
        <w:t>)</w:t>
      </w:r>
      <w:r w:rsidRPr="009C4E79">
        <w:rPr>
          <w:sz w:val="24"/>
          <w:szCs w:val="24"/>
          <w:cs/>
          <w:lang w:bidi="ne-NP"/>
        </w:rPr>
        <w:t xml:space="preserve"> बमोजिम निवेदन प्राप्त भएपछि वडा कार्यालयले संस्थाको चारकिल्ला </w:t>
      </w:r>
      <w:r w:rsidR="002F3CB2" w:rsidRPr="009C4E79">
        <w:rPr>
          <w:rFonts w:hint="cs"/>
          <w:sz w:val="24"/>
          <w:szCs w:val="24"/>
          <w:cs/>
          <w:lang w:bidi="ne-NP"/>
        </w:rPr>
        <w:t xml:space="preserve">भित्रका </w:t>
      </w:r>
      <w:r w:rsidRPr="009C4E79">
        <w:rPr>
          <w:sz w:val="24"/>
          <w:szCs w:val="24"/>
          <w:cs/>
          <w:lang w:bidi="ne-NP"/>
        </w:rPr>
        <w:t>सबै घरधुरी समावेश गरे नगरेको</w:t>
      </w:r>
      <w:r w:rsidR="000965FF">
        <w:rPr>
          <w:rFonts w:hint="cs"/>
          <w:sz w:val="24"/>
          <w:szCs w:val="24"/>
          <w:cs/>
          <w:lang w:bidi="ne-NP"/>
        </w:rPr>
        <w:t xml:space="preserve"> र गठन सम्वन्धी अन्य शर्तहरु पूरा भए नभएको समेत</w:t>
      </w:r>
      <w:r w:rsidR="008160D1">
        <w:rPr>
          <w:rFonts w:hint="cs"/>
          <w:sz w:val="24"/>
          <w:szCs w:val="24"/>
          <w:cs/>
          <w:lang w:bidi="ne-NP"/>
        </w:rPr>
        <w:t>अध्ययन गरी संस्थाको गठन रीतपूर्वक भएको देखिएमा</w:t>
      </w:r>
      <w:r w:rsidR="00DB6040">
        <w:rPr>
          <w:rFonts w:hint="cs"/>
          <w:sz w:val="24"/>
          <w:szCs w:val="24"/>
          <w:cs/>
          <w:lang w:bidi="ne-NP"/>
        </w:rPr>
        <w:t>रु</w:t>
      </w:r>
      <w:r w:rsidR="00701740">
        <w:rPr>
          <w:sz w:val="24"/>
          <w:szCs w:val="24"/>
          <w:lang w:bidi="ne-NP"/>
        </w:rPr>
        <w:t>.</w:t>
      </w:r>
      <w:r w:rsidR="00701740">
        <w:rPr>
          <w:rFonts w:hint="cs"/>
          <w:sz w:val="24"/>
          <w:szCs w:val="24"/>
          <w:cs/>
          <w:lang w:bidi="ne-NP"/>
        </w:rPr>
        <w:t xml:space="preserve"> १००० शुल्क लिई </w:t>
      </w:r>
      <w:r w:rsidRPr="009C4E79">
        <w:rPr>
          <w:sz w:val="24"/>
          <w:szCs w:val="24"/>
          <w:cs/>
          <w:lang w:bidi="ne-NP"/>
        </w:rPr>
        <w:t xml:space="preserve">अनुसूची २ बमोजिमको ढाँचामा संस्था सूचीकृत गरेको प्रमाण पत्र उपलब्ध गराउनु पर्नेछ </w:t>
      </w:r>
      <w:r w:rsidR="00F0543A" w:rsidRPr="009C4E79">
        <w:rPr>
          <w:sz w:val="24"/>
          <w:szCs w:val="24"/>
          <w:cs/>
          <w:lang w:bidi="ne-NP"/>
        </w:rPr>
        <w:t>।</w:t>
      </w:r>
    </w:p>
    <w:p w:rsidR="000D6C97" w:rsidRPr="009C4E79" w:rsidRDefault="002F3CB2" w:rsidP="00491AFC">
      <w:pPr>
        <w:pStyle w:val="ListParagraph"/>
        <w:numPr>
          <w:ilvl w:val="0"/>
          <w:numId w:val="7"/>
        </w:numPr>
        <w:tabs>
          <w:tab w:val="left" w:pos="540"/>
          <w:tab w:val="left" w:pos="720"/>
        </w:tabs>
        <w:ind w:left="720" w:firstLine="270"/>
        <w:jc w:val="both"/>
        <w:rPr>
          <w:sz w:val="24"/>
          <w:szCs w:val="24"/>
          <w:lang w:bidi="ne-NP"/>
        </w:rPr>
      </w:pPr>
      <w:r w:rsidRPr="009C4E79">
        <w:rPr>
          <w:rFonts w:hint="cs"/>
          <w:sz w:val="24"/>
          <w:szCs w:val="24"/>
          <w:cs/>
          <w:lang w:bidi="ne-NP"/>
        </w:rPr>
        <w:t xml:space="preserve">दफा </w:t>
      </w:r>
      <w:r w:rsidRPr="009C4E79">
        <w:rPr>
          <w:rFonts w:hint="cs"/>
          <w:sz w:val="24"/>
          <w:szCs w:val="24"/>
          <w:cs/>
          <w:lang w:bidi="sa-IN"/>
        </w:rPr>
        <w:t>(</w:t>
      </w:r>
      <w:r w:rsidRPr="009C4E79">
        <w:rPr>
          <w:rFonts w:hint="cs"/>
          <w:sz w:val="24"/>
          <w:szCs w:val="24"/>
          <w:cs/>
          <w:lang w:bidi="ne-NP"/>
        </w:rPr>
        <w:t>क</w:t>
      </w:r>
      <w:r w:rsidRPr="009C4E79">
        <w:rPr>
          <w:rFonts w:hint="cs"/>
          <w:sz w:val="24"/>
          <w:szCs w:val="24"/>
          <w:cs/>
          <w:lang w:bidi="sa-IN"/>
        </w:rPr>
        <w:t>)</w:t>
      </w:r>
      <w:r w:rsidRPr="009C4E79">
        <w:rPr>
          <w:rFonts w:hint="cs"/>
          <w:sz w:val="24"/>
          <w:szCs w:val="24"/>
          <w:cs/>
          <w:lang w:bidi="ne-NP"/>
        </w:rPr>
        <w:t xml:space="preserve"> बमोजिम प्राप्त निवेदन बमोजिम </w:t>
      </w:r>
      <w:r w:rsidR="000D6C97" w:rsidRPr="009C4E79">
        <w:rPr>
          <w:sz w:val="24"/>
          <w:szCs w:val="24"/>
          <w:cs/>
          <w:lang w:bidi="ne-NP"/>
        </w:rPr>
        <w:t xml:space="preserve">सूचीकृतको लागि प्राप्त भएको टोल विकास </w:t>
      </w:r>
      <w:r w:rsidR="00F0543A" w:rsidRPr="009C4E79">
        <w:rPr>
          <w:sz w:val="24"/>
          <w:szCs w:val="24"/>
          <w:cs/>
          <w:lang w:bidi="ne-NP"/>
        </w:rPr>
        <w:t>संस्था</w:t>
      </w:r>
      <w:r w:rsidR="000D6C97" w:rsidRPr="009C4E79">
        <w:rPr>
          <w:sz w:val="24"/>
          <w:szCs w:val="24"/>
          <w:cs/>
          <w:lang w:bidi="ne-NP"/>
        </w:rPr>
        <w:t xml:space="preserve">मा समावेश हुनुपर्ने घरधुरी </w:t>
      </w:r>
      <w:r w:rsidRPr="009C4E79">
        <w:rPr>
          <w:rFonts w:hint="cs"/>
          <w:sz w:val="24"/>
          <w:szCs w:val="24"/>
          <w:cs/>
          <w:lang w:bidi="ne-NP"/>
        </w:rPr>
        <w:t xml:space="preserve">वा बस्ती </w:t>
      </w:r>
      <w:r w:rsidR="000D6C97" w:rsidRPr="009C4E79">
        <w:rPr>
          <w:sz w:val="24"/>
          <w:szCs w:val="24"/>
          <w:cs/>
          <w:lang w:bidi="ne-NP"/>
        </w:rPr>
        <w:t xml:space="preserve">छुटेको पाइएमा </w:t>
      </w:r>
      <w:r w:rsidRPr="009C4E79">
        <w:rPr>
          <w:rFonts w:hint="cs"/>
          <w:sz w:val="24"/>
          <w:szCs w:val="24"/>
          <w:cs/>
          <w:lang w:bidi="ne-NP"/>
        </w:rPr>
        <w:t xml:space="preserve">त्यसरी छुटेको घरधुरी वा बस्ती </w:t>
      </w:r>
      <w:r w:rsidR="000D6C97" w:rsidRPr="009C4E79">
        <w:rPr>
          <w:sz w:val="24"/>
          <w:szCs w:val="24"/>
          <w:cs/>
          <w:lang w:bidi="ne-NP"/>
        </w:rPr>
        <w:t xml:space="preserve">समेत समावेश गरी </w:t>
      </w:r>
      <w:r w:rsidR="001B7F69">
        <w:rPr>
          <w:rFonts w:hint="cs"/>
          <w:sz w:val="24"/>
          <w:szCs w:val="24"/>
          <w:cs/>
          <w:lang w:bidi="ne-NP"/>
        </w:rPr>
        <w:t>वा अन्य रीत नपुगेको भए सो समेत पूरा गर्</w:t>
      </w:r>
      <w:r w:rsidR="00066761">
        <w:rPr>
          <w:rFonts w:hint="cs"/>
          <w:sz w:val="24"/>
          <w:szCs w:val="24"/>
          <w:cs/>
          <w:lang w:bidi="ne-NP"/>
        </w:rPr>
        <w:t xml:space="preserve">न लगाई </w:t>
      </w:r>
      <w:r w:rsidRPr="009C4E79">
        <w:rPr>
          <w:rFonts w:hint="cs"/>
          <w:sz w:val="24"/>
          <w:szCs w:val="24"/>
          <w:cs/>
          <w:lang w:bidi="ne-NP"/>
        </w:rPr>
        <w:t xml:space="preserve">सूचीकरणको लागि </w:t>
      </w:r>
      <w:r w:rsidR="000D6C97" w:rsidRPr="009C4E79">
        <w:rPr>
          <w:sz w:val="24"/>
          <w:szCs w:val="24"/>
          <w:cs/>
          <w:lang w:bidi="ne-NP"/>
        </w:rPr>
        <w:t>पुन पेश गर्न निर्देशन दिन सक्नेछ।</w:t>
      </w:r>
    </w:p>
    <w:p w:rsidR="002F3CB2" w:rsidRPr="002F1BE1" w:rsidRDefault="000D6C97" w:rsidP="00491AFC">
      <w:pPr>
        <w:pStyle w:val="ListParagraph"/>
        <w:numPr>
          <w:ilvl w:val="0"/>
          <w:numId w:val="7"/>
        </w:numPr>
        <w:tabs>
          <w:tab w:val="left" w:pos="540"/>
          <w:tab w:val="left" w:pos="720"/>
        </w:tabs>
        <w:ind w:left="720" w:firstLine="270"/>
        <w:jc w:val="both"/>
        <w:rPr>
          <w:sz w:val="24"/>
          <w:szCs w:val="24"/>
          <w:lang w:bidi="ne-NP"/>
        </w:rPr>
      </w:pPr>
      <w:r w:rsidRPr="009C4E79">
        <w:rPr>
          <w:sz w:val="24"/>
          <w:szCs w:val="24"/>
          <w:cs/>
          <w:lang w:bidi="ne-NP"/>
        </w:rPr>
        <w:t xml:space="preserve"> वडा कार्यालयले यस दफा बमोजिम संस्था सूचीकृत गरेको विवरण मासिक रुपमा </w:t>
      </w:r>
      <w:r w:rsidR="002F1BE1">
        <w:rPr>
          <w:rFonts w:hint="cs"/>
          <w:sz w:val="24"/>
          <w:szCs w:val="24"/>
          <w:cs/>
          <w:lang w:bidi="ne-NP"/>
        </w:rPr>
        <w:t xml:space="preserve"> गाउँ </w:t>
      </w:r>
      <w:r w:rsidRPr="009C4E79">
        <w:rPr>
          <w:sz w:val="24"/>
          <w:szCs w:val="24"/>
          <w:cs/>
          <w:lang w:bidi="ne-NP"/>
        </w:rPr>
        <w:t>कार्यपालिकाको कार्यालयमा पठाउनु पर्नेछ।</w:t>
      </w:r>
    </w:p>
    <w:p w:rsidR="008B2669" w:rsidRPr="009C4E79" w:rsidRDefault="008B2669" w:rsidP="00BD768E">
      <w:pPr>
        <w:pStyle w:val="ListParagraph"/>
        <w:tabs>
          <w:tab w:val="left" w:pos="720"/>
        </w:tabs>
        <w:ind w:left="1080" w:firstLine="270"/>
        <w:jc w:val="both"/>
        <w:rPr>
          <w:color w:val="000000" w:themeColor="text1"/>
          <w:sz w:val="24"/>
          <w:szCs w:val="24"/>
          <w:lang w:bidi="ne-NP"/>
        </w:rPr>
      </w:pPr>
    </w:p>
    <w:p w:rsidR="00123914" w:rsidRPr="009C4E79" w:rsidRDefault="00E53525" w:rsidP="00BD768E">
      <w:pPr>
        <w:pStyle w:val="ListParagraph"/>
        <w:tabs>
          <w:tab w:val="left" w:pos="720"/>
        </w:tabs>
        <w:ind w:left="1080" w:firstLine="270"/>
        <w:jc w:val="center"/>
        <w:rPr>
          <w:b/>
          <w:bCs/>
          <w:color w:val="000000" w:themeColor="text1"/>
          <w:sz w:val="28"/>
          <w:szCs w:val="28"/>
          <w:u w:val="single"/>
          <w:lang w:bidi="ne-NP"/>
        </w:rPr>
      </w:pPr>
      <w:r w:rsidRPr="009C4E79">
        <w:rPr>
          <w:rFonts w:hint="cs"/>
          <w:b/>
          <w:bCs/>
          <w:color w:val="000000" w:themeColor="text1"/>
          <w:sz w:val="28"/>
          <w:szCs w:val="28"/>
          <w:u w:val="single"/>
          <w:cs/>
          <w:lang w:bidi="ne-NP"/>
        </w:rPr>
        <w:t>परिच्छेद</w:t>
      </w:r>
      <w:r w:rsidRPr="009C4E79">
        <w:rPr>
          <w:b/>
          <w:bCs/>
          <w:color w:val="000000" w:themeColor="text1"/>
          <w:sz w:val="28"/>
          <w:szCs w:val="28"/>
          <w:u w:val="single"/>
          <w:lang w:bidi="ne-NP"/>
        </w:rPr>
        <w:t>-</w:t>
      </w:r>
      <w:r w:rsidRPr="009C4E79">
        <w:rPr>
          <w:rFonts w:hint="cs"/>
          <w:b/>
          <w:bCs/>
          <w:color w:val="000000" w:themeColor="text1"/>
          <w:sz w:val="28"/>
          <w:szCs w:val="28"/>
          <w:u w:val="single"/>
          <w:cs/>
          <w:lang w:bidi="ne-NP"/>
        </w:rPr>
        <w:t>३</w:t>
      </w:r>
    </w:p>
    <w:p w:rsidR="00AB33D4" w:rsidRPr="009C4E79" w:rsidRDefault="00AF6CB2" w:rsidP="00BD768E">
      <w:pPr>
        <w:pStyle w:val="ListParagraph"/>
        <w:tabs>
          <w:tab w:val="left" w:pos="720"/>
        </w:tabs>
        <w:ind w:left="1080" w:firstLine="270"/>
        <w:jc w:val="center"/>
        <w:rPr>
          <w:color w:val="000000" w:themeColor="text1"/>
          <w:sz w:val="28"/>
          <w:szCs w:val="28"/>
          <w:u w:val="single"/>
          <w:cs/>
          <w:lang w:bidi="ne-NP"/>
        </w:rPr>
      </w:pPr>
      <w:r w:rsidRPr="009C4E79">
        <w:rPr>
          <w:rFonts w:hint="cs"/>
          <w:color w:val="000000" w:themeColor="text1"/>
          <w:sz w:val="28"/>
          <w:szCs w:val="28"/>
          <w:u w:val="single"/>
          <w:cs/>
          <w:lang w:bidi="ne-NP"/>
        </w:rPr>
        <w:t>संस्थाको</w:t>
      </w:r>
      <w:r w:rsidR="00AB33D4" w:rsidRPr="009C4E79">
        <w:rPr>
          <w:rFonts w:hint="cs"/>
          <w:color w:val="000000" w:themeColor="text1"/>
          <w:sz w:val="28"/>
          <w:szCs w:val="28"/>
          <w:u w:val="single"/>
          <w:cs/>
          <w:lang w:bidi="ne-NP"/>
        </w:rPr>
        <w:t xml:space="preserve"> काम कर्तव्य,अधिकारहरु</w:t>
      </w:r>
    </w:p>
    <w:p w:rsidR="00F0543A" w:rsidRPr="009C4E79" w:rsidRDefault="0070695B" w:rsidP="00491AFC">
      <w:pPr>
        <w:pStyle w:val="ListParagraph"/>
        <w:numPr>
          <w:ilvl w:val="0"/>
          <w:numId w:val="5"/>
        </w:numPr>
        <w:tabs>
          <w:tab w:val="left" w:pos="720"/>
        </w:tabs>
        <w:ind w:hanging="850"/>
        <w:jc w:val="both"/>
        <w:rPr>
          <w:b/>
          <w:bCs/>
          <w:color w:val="000000" w:themeColor="text1"/>
          <w:sz w:val="28"/>
          <w:szCs w:val="28"/>
          <w:lang w:bidi="ne-NP"/>
        </w:rPr>
      </w:pPr>
      <w:r w:rsidRPr="00491AFC">
        <w:rPr>
          <w:rFonts w:hint="cs"/>
          <w:b/>
          <w:bCs/>
          <w:color w:val="000000" w:themeColor="text1"/>
          <w:sz w:val="28"/>
          <w:szCs w:val="28"/>
          <w:u w:val="single"/>
          <w:cs/>
          <w:lang w:bidi="ne-NP"/>
        </w:rPr>
        <w:t>टो</w:t>
      </w:r>
      <w:r w:rsidR="006474FF" w:rsidRPr="00491AFC">
        <w:rPr>
          <w:rFonts w:hint="cs"/>
          <w:b/>
          <w:bCs/>
          <w:color w:val="000000" w:themeColor="text1"/>
          <w:sz w:val="28"/>
          <w:szCs w:val="28"/>
          <w:u w:val="single"/>
          <w:cs/>
          <w:lang w:bidi="ne-NP"/>
        </w:rPr>
        <w:t>ल विकास संस्थाक</w:t>
      </w:r>
      <w:r w:rsidR="00E53525" w:rsidRPr="00491AFC">
        <w:rPr>
          <w:rFonts w:hint="cs"/>
          <w:b/>
          <w:bCs/>
          <w:color w:val="000000" w:themeColor="text1"/>
          <w:sz w:val="28"/>
          <w:szCs w:val="28"/>
          <w:u w:val="single"/>
          <w:cs/>
          <w:lang w:bidi="ne-NP"/>
        </w:rPr>
        <w:t>ा</w:t>
      </w:r>
      <w:r w:rsidR="006474FF" w:rsidRPr="00491AFC">
        <w:rPr>
          <w:rFonts w:hint="cs"/>
          <w:b/>
          <w:bCs/>
          <w:color w:val="000000" w:themeColor="text1"/>
          <w:sz w:val="28"/>
          <w:szCs w:val="28"/>
          <w:u w:val="single"/>
          <w:cs/>
          <w:lang w:bidi="ne-NP"/>
        </w:rPr>
        <w:t xml:space="preserve"> कार्यहरु</w:t>
      </w:r>
      <w:r w:rsidR="00AF6CB2" w:rsidRPr="00491AFC">
        <w:rPr>
          <w:b/>
          <w:bCs/>
          <w:color w:val="000000" w:themeColor="text1"/>
          <w:sz w:val="28"/>
          <w:szCs w:val="28"/>
          <w:lang w:bidi="ne-NP"/>
        </w:rPr>
        <w:t>:</w:t>
      </w:r>
      <w:r w:rsidR="00491AFC">
        <w:rPr>
          <w:rFonts w:hint="cs"/>
          <w:b/>
          <w:bCs/>
          <w:color w:val="000000" w:themeColor="text1"/>
          <w:sz w:val="28"/>
          <w:szCs w:val="28"/>
          <w:cs/>
          <w:lang w:bidi="ne-NP"/>
        </w:rPr>
        <w:t xml:space="preserve"> </w:t>
      </w:r>
      <w:r w:rsidR="00F0543A" w:rsidRPr="00491AFC">
        <w:rPr>
          <w:b/>
          <w:bCs/>
          <w:color w:val="000000" w:themeColor="text1"/>
          <w:sz w:val="24"/>
          <w:szCs w:val="24"/>
          <w:lang w:bidi="ne-NP"/>
        </w:rPr>
        <w:t>(</w:t>
      </w:r>
      <w:r w:rsidR="00F0543A" w:rsidRPr="009C4E79">
        <w:rPr>
          <w:rFonts w:hint="cs"/>
          <w:color w:val="000000" w:themeColor="text1"/>
          <w:sz w:val="24"/>
          <w:szCs w:val="24"/>
          <w:cs/>
          <w:lang w:bidi="ne-NP"/>
        </w:rPr>
        <w:t>१</w:t>
      </w:r>
      <w:r w:rsidR="00F0543A" w:rsidRPr="009C4E79">
        <w:rPr>
          <w:color w:val="000000" w:themeColor="text1"/>
          <w:sz w:val="24"/>
          <w:szCs w:val="24"/>
          <w:lang w:bidi="ne-NP"/>
        </w:rPr>
        <w:t>)</w:t>
      </w:r>
      <w:r w:rsidR="00F0543A" w:rsidRPr="009C4E79">
        <w:rPr>
          <w:rFonts w:hint="cs"/>
          <w:color w:val="000000" w:themeColor="text1"/>
          <w:sz w:val="24"/>
          <w:szCs w:val="24"/>
          <w:cs/>
          <w:lang w:bidi="ne-NP"/>
        </w:rPr>
        <w:t>टोल विकास संस्थ</w:t>
      </w:r>
      <w:r w:rsidR="002F1BE1">
        <w:rPr>
          <w:rFonts w:hint="cs"/>
          <w:color w:val="000000" w:themeColor="text1"/>
          <w:sz w:val="24"/>
          <w:szCs w:val="24"/>
          <w:cs/>
          <w:lang w:bidi="ne-NP"/>
        </w:rPr>
        <w:t>ा</w:t>
      </w:r>
      <w:r w:rsidR="00F0543A" w:rsidRPr="009C4E79">
        <w:rPr>
          <w:rFonts w:hint="cs"/>
          <w:color w:val="000000" w:themeColor="text1"/>
          <w:sz w:val="24"/>
          <w:szCs w:val="24"/>
          <w:cs/>
          <w:lang w:bidi="ne-NP"/>
        </w:rPr>
        <w:t>का काम</w:t>
      </w:r>
      <w:r w:rsidR="00F0543A" w:rsidRPr="009C4E79">
        <w:rPr>
          <w:color w:val="000000" w:themeColor="text1"/>
          <w:sz w:val="24"/>
          <w:szCs w:val="24"/>
          <w:lang w:bidi="ne-NP"/>
        </w:rPr>
        <w:t xml:space="preserve">, </w:t>
      </w:r>
      <w:r w:rsidR="00F0543A" w:rsidRPr="009C4E79">
        <w:rPr>
          <w:rFonts w:hint="cs"/>
          <w:color w:val="000000" w:themeColor="text1"/>
          <w:sz w:val="24"/>
          <w:szCs w:val="24"/>
          <w:cs/>
          <w:lang w:bidi="ne-NP"/>
        </w:rPr>
        <w:t xml:space="preserve">कर्तव्य र अधिकार देहायबमोजिम हुनेछ </w:t>
      </w:r>
      <w:r w:rsidR="00F0543A" w:rsidRPr="009C4E79">
        <w:rPr>
          <w:color w:val="000000" w:themeColor="text1"/>
          <w:sz w:val="24"/>
          <w:szCs w:val="24"/>
          <w:lang w:bidi="ne-NP"/>
        </w:rPr>
        <w:t xml:space="preserve">:- </w:t>
      </w:r>
    </w:p>
    <w:p w:rsidR="009D4E1D" w:rsidRPr="009C4E79" w:rsidRDefault="00F0543A" w:rsidP="00491AFC">
      <w:pPr>
        <w:pStyle w:val="ListParagraph"/>
        <w:numPr>
          <w:ilvl w:val="0"/>
          <w:numId w:val="8"/>
        </w:numPr>
        <w:tabs>
          <w:tab w:val="left" w:pos="720"/>
        </w:tabs>
        <w:ind w:left="990" w:firstLine="0"/>
        <w:jc w:val="both"/>
        <w:rPr>
          <w:color w:val="000000" w:themeColor="text1"/>
          <w:sz w:val="24"/>
          <w:szCs w:val="24"/>
          <w:lang w:bidi="ne-NP"/>
        </w:rPr>
      </w:pPr>
      <w:r w:rsidRPr="009C4E79">
        <w:rPr>
          <w:rFonts w:hint="cs"/>
          <w:color w:val="000000" w:themeColor="text1"/>
          <w:sz w:val="24"/>
          <w:szCs w:val="24"/>
          <w:cs/>
          <w:lang w:bidi="ne-NP"/>
        </w:rPr>
        <w:t>स</w:t>
      </w:r>
      <w:r w:rsidR="003D3409" w:rsidRPr="009C4E79">
        <w:rPr>
          <w:rFonts w:hint="cs"/>
          <w:color w:val="000000" w:themeColor="text1"/>
          <w:sz w:val="24"/>
          <w:szCs w:val="24"/>
          <w:cs/>
          <w:lang w:bidi="ne-NP"/>
        </w:rPr>
        <w:t>मुदायमा</w:t>
      </w:r>
      <w:r w:rsidR="0097189A" w:rsidRPr="009C4E79">
        <w:rPr>
          <w:rFonts w:hint="cs"/>
          <w:color w:val="000000" w:themeColor="text1"/>
          <w:sz w:val="24"/>
          <w:szCs w:val="24"/>
          <w:cs/>
          <w:lang w:bidi="ne-NP"/>
        </w:rPr>
        <w:t>शान्ति</w:t>
      </w:r>
      <w:r w:rsidR="003D3409" w:rsidRPr="009C4E79">
        <w:rPr>
          <w:rFonts w:hint="cs"/>
          <w:color w:val="000000" w:themeColor="text1"/>
          <w:sz w:val="24"/>
          <w:szCs w:val="24"/>
          <w:cs/>
          <w:lang w:bidi="sa-IN"/>
        </w:rPr>
        <w:t>,</w:t>
      </w:r>
      <w:r w:rsidR="0097189A" w:rsidRPr="009C4E79">
        <w:rPr>
          <w:rFonts w:hint="cs"/>
          <w:color w:val="000000" w:themeColor="text1"/>
          <w:sz w:val="24"/>
          <w:szCs w:val="24"/>
          <w:cs/>
          <w:lang w:bidi="ne-NP"/>
        </w:rPr>
        <w:t xml:space="preserve"> सुरक्षा</w:t>
      </w:r>
      <w:r w:rsidR="003D3409" w:rsidRPr="009C4E79">
        <w:rPr>
          <w:rFonts w:hint="cs"/>
          <w:color w:val="000000" w:themeColor="text1"/>
          <w:sz w:val="24"/>
          <w:szCs w:val="24"/>
          <w:cs/>
          <w:lang w:bidi="ne-NP"/>
        </w:rPr>
        <w:t>र</w:t>
      </w:r>
      <w:r w:rsidR="0097189A" w:rsidRPr="009C4E79">
        <w:rPr>
          <w:rFonts w:hint="cs"/>
          <w:color w:val="000000" w:themeColor="text1"/>
          <w:sz w:val="24"/>
          <w:szCs w:val="24"/>
          <w:cs/>
          <w:lang w:bidi="ne-NP"/>
        </w:rPr>
        <w:t xml:space="preserve"> अमनचयन कायम गर्न सहयोग गर्ने ।</w:t>
      </w:r>
    </w:p>
    <w:p w:rsidR="003D3409" w:rsidRPr="009C4E79" w:rsidRDefault="00AF6CB2" w:rsidP="00491AFC">
      <w:pPr>
        <w:pStyle w:val="ListParagraph"/>
        <w:numPr>
          <w:ilvl w:val="0"/>
          <w:numId w:val="8"/>
        </w:numPr>
        <w:tabs>
          <w:tab w:val="left" w:pos="720"/>
        </w:tabs>
        <w:ind w:left="990" w:firstLine="0"/>
        <w:jc w:val="both"/>
        <w:rPr>
          <w:color w:val="000000" w:themeColor="text1"/>
          <w:sz w:val="24"/>
          <w:szCs w:val="24"/>
          <w:lang w:bidi="ne-NP"/>
        </w:rPr>
      </w:pPr>
      <w:r w:rsidRPr="009C4E79">
        <w:rPr>
          <w:rFonts w:hint="cs"/>
          <w:color w:val="000000" w:themeColor="text1"/>
          <w:sz w:val="24"/>
          <w:szCs w:val="24"/>
          <w:cs/>
          <w:lang w:bidi="ne-NP"/>
        </w:rPr>
        <w:t>सामुदायिक सद</w:t>
      </w:r>
      <w:r w:rsidR="002F1BE1">
        <w:rPr>
          <w:rFonts w:hint="cs"/>
          <w:color w:val="000000" w:themeColor="text1"/>
          <w:sz w:val="24"/>
          <w:szCs w:val="24"/>
          <w:cs/>
          <w:lang w:bidi="ne-NP"/>
        </w:rPr>
        <w:t>्</w:t>
      </w:r>
      <w:r w:rsidRPr="009C4E79">
        <w:rPr>
          <w:rFonts w:hint="cs"/>
          <w:color w:val="000000" w:themeColor="text1"/>
          <w:sz w:val="24"/>
          <w:szCs w:val="24"/>
          <w:cs/>
          <w:lang w:bidi="ne-NP"/>
        </w:rPr>
        <w:t>भाव</w:t>
      </w:r>
      <w:r w:rsidRPr="009C4E79">
        <w:rPr>
          <w:color w:val="000000" w:themeColor="text1"/>
          <w:sz w:val="24"/>
          <w:szCs w:val="24"/>
          <w:lang w:bidi="ne-NP"/>
        </w:rPr>
        <w:t xml:space="preserve">, </w:t>
      </w:r>
      <w:r w:rsidRPr="009C4E79">
        <w:rPr>
          <w:rFonts w:hint="cs"/>
          <w:color w:val="000000" w:themeColor="text1"/>
          <w:sz w:val="24"/>
          <w:szCs w:val="24"/>
          <w:cs/>
          <w:lang w:bidi="ne-NP"/>
        </w:rPr>
        <w:t>सहिष्णुता र भा</w:t>
      </w:r>
      <w:r w:rsidR="003D3409" w:rsidRPr="009C4E79">
        <w:rPr>
          <w:rFonts w:hint="cs"/>
          <w:color w:val="000000" w:themeColor="text1"/>
          <w:sz w:val="24"/>
          <w:szCs w:val="24"/>
          <w:cs/>
          <w:lang w:bidi="ne-NP"/>
        </w:rPr>
        <w:t>इ</w:t>
      </w:r>
      <w:r w:rsidRPr="009C4E79">
        <w:rPr>
          <w:rFonts w:hint="cs"/>
          <w:color w:val="000000" w:themeColor="text1"/>
          <w:sz w:val="24"/>
          <w:szCs w:val="24"/>
          <w:cs/>
          <w:lang w:bidi="ne-NP"/>
        </w:rPr>
        <w:t>चाराको विकास गर्ने ।</w:t>
      </w:r>
    </w:p>
    <w:p w:rsidR="009D4E1D" w:rsidRPr="009C4E79" w:rsidRDefault="0097189A" w:rsidP="00491AFC">
      <w:pPr>
        <w:pStyle w:val="ListParagraph"/>
        <w:numPr>
          <w:ilvl w:val="0"/>
          <w:numId w:val="8"/>
        </w:numPr>
        <w:tabs>
          <w:tab w:val="left" w:pos="720"/>
        </w:tabs>
        <w:spacing w:after="0" w:afterAutospacing="0"/>
        <w:ind w:left="990" w:firstLine="0"/>
        <w:jc w:val="both"/>
        <w:rPr>
          <w:color w:val="000000" w:themeColor="text1"/>
          <w:sz w:val="24"/>
          <w:szCs w:val="24"/>
          <w:lang w:bidi="ne-NP"/>
        </w:rPr>
      </w:pPr>
      <w:r w:rsidRPr="009C4E79">
        <w:rPr>
          <w:rFonts w:hint="cs"/>
          <w:color w:val="000000" w:themeColor="text1"/>
          <w:sz w:val="24"/>
          <w:szCs w:val="24"/>
          <w:cs/>
          <w:lang w:bidi="ne-NP"/>
        </w:rPr>
        <w:t xml:space="preserve">टोलमा संचालन हुने विकास निर्माणका </w:t>
      </w:r>
      <w:r w:rsidR="009D4E1D" w:rsidRPr="009C4E79">
        <w:rPr>
          <w:rFonts w:hint="cs"/>
          <w:color w:val="000000" w:themeColor="text1"/>
          <w:sz w:val="24"/>
          <w:szCs w:val="24"/>
          <w:cs/>
          <w:lang w:bidi="ne-NP"/>
        </w:rPr>
        <w:t>योजनाहरुको तर्जुमा</w:t>
      </w:r>
      <w:r w:rsidR="009D4E1D" w:rsidRPr="009C4E79">
        <w:rPr>
          <w:color w:val="000000" w:themeColor="text1"/>
          <w:sz w:val="24"/>
          <w:szCs w:val="24"/>
          <w:lang w:bidi="ne-NP"/>
        </w:rPr>
        <w:t xml:space="preserve">, </w:t>
      </w:r>
      <w:r w:rsidR="009D4E1D" w:rsidRPr="009C4E79">
        <w:rPr>
          <w:rFonts w:hint="cs"/>
          <w:color w:val="000000" w:themeColor="text1"/>
          <w:sz w:val="24"/>
          <w:szCs w:val="24"/>
          <w:cs/>
          <w:lang w:bidi="ne-NP"/>
        </w:rPr>
        <w:t xml:space="preserve">कार्यान्वयन र सुपरिवेक्षण तथा अनुगमनमा </w:t>
      </w:r>
      <w:r w:rsidRPr="009C4E79">
        <w:rPr>
          <w:rFonts w:hint="cs"/>
          <w:color w:val="000000" w:themeColor="text1"/>
          <w:sz w:val="24"/>
          <w:szCs w:val="24"/>
          <w:cs/>
          <w:lang w:bidi="ne-NP"/>
        </w:rPr>
        <w:t xml:space="preserve">सहयोग गर्ने </w:t>
      </w:r>
      <w:r w:rsidR="009D4E1D" w:rsidRPr="009C4E79">
        <w:rPr>
          <w:rFonts w:hint="cs"/>
          <w:color w:val="000000" w:themeColor="text1"/>
          <w:sz w:val="24"/>
          <w:szCs w:val="24"/>
          <w:cs/>
          <w:lang w:bidi="ne-NP"/>
        </w:rPr>
        <w:t xml:space="preserve">। </w:t>
      </w:r>
    </w:p>
    <w:p w:rsidR="00317EF5" w:rsidRPr="009C4E79" w:rsidRDefault="00317EF5" w:rsidP="00491AFC">
      <w:pPr>
        <w:pStyle w:val="ListParagraph"/>
        <w:tabs>
          <w:tab w:val="left" w:pos="720"/>
        </w:tabs>
        <w:ind w:left="990" w:firstLine="0"/>
        <w:jc w:val="both"/>
        <w:rPr>
          <w:color w:val="000000" w:themeColor="text1"/>
          <w:sz w:val="24"/>
          <w:szCs w:val="24"/>
          <w:lang w:bidi="ne-NP"/>
        </w:rPr>
      </w:pPr>
    </w:p>
    <w:p w:rsidR="009D4E1D" w:rsidRPr="009C4E79" w:rsidRDefault="0097189A" w:rsidP="00491AFC">
      <w:pPr>
        <w:pStyle w:val="ListParagraph"/>
        <w:numPr>
          <w:ilvl w:val="0"/>
          <w:numId w:val="8"/>
        </w:numPr>
        <w:tabs>
          <w:tab w:val="left" w:pos="720"/>
        </w:tabs>
        <w:ind w:left="990" w:firstLine="0"/>
        <w:jc w:val="both"/>
        <w:rPr>
          <w:color w:val="000000" w:themeColor="text1"/>
          <w:sz w:val="24"/>
          <w:szCs w:val="24"/>
          <w:lang w:bidi="ne-NP"/>
        </w:rPr>
      </w:pPr>
      <w:r w:rsidRPr="009C4E79">
        <w:rPr>
          <w:rFonts w:hint="cs"/>
          <w:color w:val="000000" w:themeColor="text1"/>
          <w:sz w:val="24"/>
          <w:szCs w:val="24"/>
          <w:cs/>
          <w:lang w:bidi="ne-NP"/>
        </w:rPr>
        <w:t>टोलमा हुनेपरम्परागत जात्रा</w:t>
      </w:r>
      <w:r w:rsidR="009D4E1D" w:rsidRPr="009C4E79">
        <w:rPr>
          <w:color w:val="000000" w:themeColor="text1"/>
          <w:sz w:val="24"/>
          <w:szCs w:val="24"/>
          <w:lang w:bidi="ne-NP"/>
        </w:rPr>
        <w:t xml:space="preserve">, </w:t>
      </w:r>
      <w:r w:rsidR="009D4E1D" w:rsidRPr="009C4E79">
        <w:rPr>
          <w:rFonts w:hint="cs"/>
          <w:color w:val="000000" w:themeColor="text1"/>
          <w:sz w:val="24"/>
          <w:szCs w:val="24"/>
          <w:cs/>
          <w:lang w:bidi="ne-NP"/>
        </w:rPr>
        <w:t>मेला</w:t>
      </w:r>
      <w:r w:rsidR="009D4E1D" w:rsidRPr="009C4E79">
        <w:rPr>
          <w:color w:val="000000" w:themeColor="text1"/>
          <w:sz w:val="24"/>
          <w:szCs w:val="24"/>
          <w:lang w:bidi="ne-NP"/>
        </w:rPr>
        <w:t xml:space="preserve">, </w:t>
      </w:r>
      <w:r w:rsidR="009D4E1D" w:rsidRPr="009C4E79">
        <w:rPr>
          <w:rFonts w:hint="cs"/>
          <w:color w:val="000000" w:themeColor="text1"/>
          <w:sz w:val="24"/>
          <w:szCs w:val="24"/>
          <w:cs/>
          <w:lang w:bidi="ne-NP"/>
        </w:rPr>
        <w:t>पर्व तथा समारोह</w:t>
      </w:r>
      <w:r w:rsidRPr="009C4E79">
        <w:rPr>
          <w:rFonts w:hint="cs"/>
          <w:color w:val="000000" w:themeColor="text1"/>
          <w:sz w:val="24"/>
          <w:szCs w:val="24"/>
          <w:cs/>
          <w:lang w:bidi="ne-NP"/>
        </w:rPr>
        <w:t>को व्यवस्थापनमा सहयोग गर्ने</w:t>
      </w:r>
      <w:r w:rsidR="00A81E77" w:rsidRPr="009C4E79">
        <w:rPr>
          <w:rFonts w:hint="cs"/>
          <w:color w:val="000000" w:themeColor="text1"/>
          <w:sz w:val="24"/>
          <w:szCs w:val="24"/>
          <w:cs/>
          <w:lang w:bidi="ne-NP"/>
        </w:rPr>
        <w:t>।</w:t>
      </w:r>
    </w:p>
    <w:p w:rsidR="000B5E11" w:rsidRPr="009C4E79" w:rsidRDefault="000B5E11" w:rsidP="00491AFC">
      <w:pPr>
        <w:pStyle w:val="ListParagraph"/>
        <w:numPr>
          <w:ilvl w:val="0"/>
          <w:numId w:val="8"/>
        </w:numPr>
        <w:tabs>
          <w:tab w:val="left" w:pos="720"/>
        </w:tabs>
        <w:ind w:left="990" w:firstLine="0"/>
        <w:jc w:val="both"/>
        <w:rPr>
          <w:color w:val="FF0000"/>
          <w:sz w:val="24"/>
          <w:szCs w:val="24"/>
          <w:lang w:bidi="ne-NP"/>
        </w:rPr>
      </w:pPr>
      <w:r w:rsidRPr="009C4E79">
        <w:rPr>
          <w:sz w:val="24"/>
          <w:szCs w:val="24"/>
          <w:cs/>
          <w:lang w:bidi="ne-NP"/>
        </w:rPr>
        <w:t>टोलमा रहेका सार्वजनिक</w:t>
      </w:r>
      <w:r w:rsidR="00187FF8" w:rsidRPr="009C4E79">
        <w:rPr>
          <w:sz w:val="24"/>
          <w:szCs w:val="24"/>
          <w:cs/>
          <w:lang w:bidi="ne-NP"/>
        </w:rPr>
        <w:t xml:space="preserve"> तथा</w:t>
      </w:r>
      <w:r w:rsidRPr="009C4E79">
        <w:rPr>
          <w:sz w:val="24"/>
          <w:szCs w:val="24"/>
          <w:cs/>
          <w:lang w:bidi="ne-NP"/>
        </w:rPr>
        <w:t xml:space="preserve"> ऐलानी जग्गा</w:t>
      </w:r>
      <w:r w:rsidRPr="009C4E79">
        <w:rPr>
          <w:sz w:val="24"/>
          <w:szCs w:val="24"/>
          <w:lang w:bidi="ne-NP"/>
        </w:rPr>
        <w:t>,</w:t>
      </w:r>
      <w:r w:rsidRPr="009C4E79">
        <w:rPr>
          <w:sz w:val="24"/>
          <w:szCs w:val="24"/>
          <w:cs/>
          <w:lang w:bidi="ne-NP"/>
        </w:rPr>
        <w:t>सार्वजनिक भवन</w:t>
      </w:r>
      <w:r w:rsidRPr="009C4E79">
        <w:rPr>
          <w:sz w:val="24"/>
          <w:szCs w:val="24"/>
          <w:lang w:bidi="ne-NP"/>
        </w:rPr>
        <w:t>,</w:t>
      </w:r>
      <w:r w:rsidRPr="009C4E79">
        <w:rPr>
          <w:sz w:val="24"/>
          <w:szCs w:val="24"/>
          <w:cs/>
          <w:lang w:bidi="ne-NP"/>
        </w:rPr>
        <w:t xml:space="preserve"> सम्पदा तथा भौत</w:t>
      </w:r>
      <w:r w:rsidR="009D4E1D" w:rsidRPr="009C4E79">
        <w:rPr>
          <w:sz w:val="24"/>
          <w:szCs w:val="24"/>
          <w:cs/>
          <w:lang w:bidi="ne-NP"/>
        </w:rPr>
        <w:t>िक पूर्वाधारहरुको संरक्षण गर्न</w:t>
      </w:r>
      <w:r w:rsidR="00A67F53" w:rsidRPr="009C4E79">
        <w:rPr>
          <w:sz w:val="24"/>
          <w:szCs w:val="24"/>
          <w:cs/>
          <w:lang w:bidi="ne-NP"/>
        </w:rPr>
        <w:t xml:space="preserve"> तथा अतिक्रमण हुन नदिन</w:t>
      </w:r>
      <w:r w:rsidR="00DB66AA" w:rsidRPr="009C4E79">
        <w:rPr>
          <w:sz w:val="24"/>
          <w:szCs w:val="24"/>
          <w:cs/>
          <w:lang w:bidi="ne-NP"/>
        </w:rPr>
        <w:t xml:space="preserve"> सहयोग गर्ने।</w:t>
      </w:r>
    </w:p>
    <w:p w:rsidR="009D4E1D" w:rsidRPr="009C4E79" w:rsidRDefault="006E0A70" w:rsidP="00491AFC">
      <w:pPr>
        <w:pStyle w:val="ListParagraph"/>
        <w:numPr>
          <w:ilvl w:val="0"/>
          <w:numId w:val="8"/>
        </w:numPr>
        <w:tabs>
          <w:tab w:val="left" w:pos="720"/>
        </w:tabs>
        <w:ind w:left="990" w:firstLine="0"/>
        <w:jc w:val="both"/>
        <w:rPr>
          <w:color w:val="000000" w:themeColor="text1"/>
          <w:sz w:val="24"/>
          <w:szCs w:val="24"/>
          <w:lang w:bidi="ne-NP"/>
        </w:rPr>
      </w:pPr>
      <w:r w:rsidRPr="009C4E79">
        <w:rPr>
          <w:rFonts w:hint="cs"/>
          <w:color w:val="000000" w:themeColor="text1"/>
          <w:sz w:val="24"/>
          <w:szCs w:val="24"/>
          <w:cs/>
          <w:lang w:bidi="ne-NP"/>
        </w:rPr>
        <w:t>टोलमा</w:t>
      </w:r>
      <w:r w:rsidR="009D4E1D" w:rsidRPr="009C4E79">
        <w:rPr>
          <w:rFonts w:hint="cs"/>
          <w:color w:val="000000" w:themeColor="text1"/>
          <w:sz w:val="24"/>
          <w:szCs w:val="24"/>
          <w:cs/>
          <w:lang w:bidi="ne-NP"/>
        </w:rPr>
        <w:t>विपद् व्यवस्थापन सम्वन्धी खोज</w:t>
      </w:r>
      <w:r w:rsidR="009D4E1D" w:rsidRPr="009C4E79">
        <w:rPr>
          <w:color w:val="000000" w:themeColor="text1"/>
          <w:sz w:val="24"/>
          <w:szCs w:val="24"/>
          <w:lang w:bidi="ne-NP"/>
        </w:rPr>
        <w:t>,</w:t>
      </w:r>
      <w:r w:rsidR="009D4E1D" w:rsidRPr="009C4E79">
        <w:rPr>
          <w:rFonts w:hint="cs"/>
          <w:color w:val="000000" w:themeColor="text1"/>
          <w:sz w:val="24"/>
          <w:szCs w:val="24"/>
          <w:cs/>
          <w:lang w:bidi="ne-NP"/>
        </w:rPr>
        <w:t>उद्धार</w:t>
      </w:r>
      <w:r w:rsidR="009D4E1D" w:rsidRPr="009C4E79">
        <w:rPr>
          <w:color w:val="000000" w:themeColor="text1"/>
          <w:sz w:val="24"/>
          <w:szCs w:val="24"/>
          <w:lang w:bidi="ne-NP"/>
        </w:rPr>
        <w:t>,</w:t>
      </w:r>
      <w:r w:rsidR="009D4E1D" w:rsidRPr="009C4E79">
        <w:rPr>
          <w:rFonts w:hint="cs"/>
          <w:color w:val="000000" w:themeColor="text1"/>
          <w:sz w:val="24"/>
          <w:szCs w:val="24"/>
          <w:cs/>
          <w:lang w:bidi="ne-NP"/>
        </w:rPr>
        <w:t xml:space="preserve"> राहत वितरण</w:t>
      </w:r>
      <w:r w:rsidR="009D4E1D" w:rsidRPr="009C4E79">
        <w:rPr>
          <w:color w:val="000000" w:themeColor="text1"/>
          <w:sz w:val="24"/>
          <w:szCs w:val="24"/>
          <w:lang w:bidi="ne-NP"/>
        </w:rPr>
        <w:t xml:space="preserve">, </w:t>
      </w:r>
      <w:r w:rsidR="009D4E1D" w:rsidRPr="009C4E79">
        <w:rPr>
          <w:rFonts w:hint="cs"/>
          <w:color w:val="000000" w:themeColor="text1"/>
          <w:sz w:val="24"/>
          <w:szCs w:val="24"/>
          <w:cs/>
          <w:lang w:bidi="ne-NP"/>
        </w:rPr>
        <w:t>पुनर्निर्माण तथा पुनर्स्थापना कार्यमा सहयोग गर्ने ।</w:t>
      </w:r>
    </w:p>
    <w:p w:rsidR="009D4E1D" w:rsidRPr="009C4E79" w:rsidRDefault="009D4E1D" w:rsidP="00491AFC">
      <w:pPr>
        <w:pStyle w:val="ListParagraph"/>
        <w:numPr>
          <w:ilvl w:val="0"/>
          <w:numId w:val="8"/>
        </w:numPr>
        <w:tabs>
          <w:tab w:val="left" w:pos="720"/>
        </w:tabs>
        <w:ind w:left="990" w:firstLine="0"/>
        <w:jc w:val="both"/>
        <w:rPr>
          <w:color w:val="000000" w:themeColor="text1"/>
          <w:sz w:val="24"/>
          <w:szCs w:val="24"/>
          <w:lang w:bidi="ne-NP"/>
        </w:rPr>
      </w:pPr>
      <w:r w:rsidRPr="009C4E79">
        <w:rPr>
          <w:rFonts w:hint="cs"/>
          <w:color w:val="000000" w:themeColor="text1"/>
          <w:sz w:val="24"/>
          <w:szCs w:val="24"/>
          <w:cs/>
          <w:lang w:bidi="ne-NP"/>
        </w:rPr>
        <w:t>टोलको सरसफाई व्यवस्थापनको लागि सहयोग र समन्वय गर्ने</w:t>
      </w:r>
      <w:r w:rsidRPr="009C4E79">
        <w:rPr>
          <w:color w:val="000000" w:themeColor="text1"/>
          <w:sz w:val="24"/>
          <w:szCs w:val="24"/>
          <w:lang w:bidi="ne-NP"/>
        </w:rPr>
        <w:t xml:space="preserve">/ </w:t>
      </w:r>
      <w:r w:rsidRPr="009C4E79">
        <w:rPr>
          <w:rFonts w:hint="cs"/>
          <w:color w:val="000000" w:themeColor="text1"/>
          <w:sz w:val="24"/>
          <w:szCs w:val="24"/>
          <w:cs/>
          <w:lang w:bidi="ne-NP"/>
        </w:rPr>
        <w:t xml:space="preserve">गराउने </w:t>
      </w:r>
    </w:p>
    <w:p w:rsidR="00747BA3" w:rsidRPr="009C4E79" w:rsidRDefault="009D4E1D" w:rsidP="00491AFC">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lastRenderedPageBreak/>
        <w:t>छाडा पशु चौप</w:t>
      </w:r>
      <w:r w:rsidR="00747BA3" w:rsidRPr="009C4E79">
        <w:rPr>
          <w:rFonts w:hint="cs"/>
          <w:color w:val="000000" w:themeColor="text1"/>
          <w:sz w:val="24"/>
          <w:szCs w:val="24"/>
          <w:cs/>
          <w:lang w:bidi="ne-NP"/>
        </w:rPr>
        <w:t>ा</w:t>
      </w:r>
      <w:r w:rsidRPr="009C4E79">
        <w:rPr>
          <w:rFonts w:hint="cs"/>
          <w:color w:val="000000" w:themeColor="text1"/>
          <w:sz w:val="24"/>
          <w:szCs w:val="24"/>
          <w:cs/>
          <w:lang w:bidi="ne-NP"/>
        </w:rPr>
        <w:t>या</w:t>
      </w:r>
      <w:r w:rsidR="00747BA3" w:rsidRPr="009C4E79">
        <w:rPr>
          <w:rFonts w:hint="cs"/>
          <w:color w:val="000000" w:themeColor="text1"/>
          <w:sz w:val="24"/>
          <w:szCs w:val="24"/>
          <w:cs/>
          <w:lang w:bidi="ne-NP"/>
        </w:rPr>
        <w:t xml:space="preserve"> व्यवस्थापनमा सहयोग गर्ने</w:t>
      </w:r>
      <w:r w:rsidR="00747BA3" w:rsidRPr="009C4E79">
        <w:rPr>
          <w:color w:val="000000" w:themeColor="text1"/>
          <w:sz w:val="24"/>
          <w:szCs w:val="24"/>
          <w:lang w:bidi="ne-NP"/>
        </w:rPr>
        <w:t>/</w:t>
      </w:r>
      <w:r w:rsidR="00747BA3" w:rsidRPr="009C4E79">
        <w:rPr>
          <w:rFonts w:hint="cs"/>
          <w:color w:val="000000" w:themeColor="text1"/>
          <w:sz w:val="24"/>
          <w:szCs w:val="24"/>
          <w:cs/>
          <w:lang w:bidi="ne-NP"/>
        </w:rPr>
        <w:t xml:space="preserve">गराउने </w:t>
      </w:r>
      <w:r w:rsidR="00392D26" w:rsidRPr="009C4E79">
        <w:rPr>
          <w:rFonts w:hint="cs"/>
          <w:color w:val="000000" w:themeColor="text1"/>
          <w:sz w:val="24"/>
          <w:szCs w:val="24"/>
          <w:cs/>
          <w:lang w:bidi="ne-NP"/>
        </w:rPr>
        <w:t>।</w:t>
      </w:r>
    </w:p>
    <w:p w:rsidR="00747BA3" w:rsidRPr="00B64808" w:rsidRDefault="00747BA3"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B64808">
        <w:rPr>
          <w:color w:val="000000" w:themeColor="text1"/>
          <w:sz w:val="24"/>
          <w:szCs w:val="24"/>
          <w:cs/>
          <w:lang w:bidi="ne-NP"/>
        </w:rPr>
        <w:t>सडक बत्ती</w:t>
      </w:r>
      <w:r w:rsidRPr="00B64808">
        <w:rPr>
          <w:color w:val="000000" w:themeColor="text1"/>
          <w:sz w:val="24"/>
          <w:szCs w:val="24"/>
          <w:lang w:bidi="ne-NP"/>
        </w:rPr>
        <w:t xml:space="preserve">, </w:t>
      </w:r>
      <w:r w:rsidRPr="00B64808">
        <w:rPr>
          <w:color w:val="000000" w:themeColor="text1"/>
          <w:sz w:val="24"/>
          <w:szCs w:val="24"/>
          <w:cs/>
          <w:lang w:bidi="ne-NP"/>
        </w:rPr>
        <w:t>सामुदायिक पार्क</w:t>
      </w:r>
      <w:r w:rsidRPr="00B64808">
        <w:rPr>
          <w:color w:val="000000" w:themeColor="text1"/>
          <w:sz w:val="24"/>
          <w:szCs w:val="24"/>
          <w:lang w:bidi="ne-NP"/>
        </w:rPr>
        <w:t xml:space="preserve">, </w:t>
      </w:r>
      <w:r w:rsidR="00557133" w:rsidRPr="00B64808">
        <w:rPr>
          <w:color w:val="000000" w:themeColor="text1"/>
          <w:sz w:val="24"/>
          <w:szCs w:val="24"/>
          <w:cs/>
          <w:lang w:bidi="ne-NP"/>
        </w:rPr>
        <w:t>सार्वजनिक</w:t>
      </w:r>
      <w:r w:rsidRPr="00B64808">
        <w:rPr>
          <w:color w:val="000000" w:themeColor="text1"/>
          <w:sz w:val="24"/>
          <w:szCs w:val="24"/>
          <w:cs/>
          <w:lang w:bidi="ne-NP"/>
        </w:rPr>
        <w:t xml:space="preserve"> शौचालय जस्ता सार्वजनिक सम्पत्तिको सञ्चालन र व्यवस्थापनमा सहयोग पुर्‌याउने </w:t>
      </w:r>
      <w:r w:rsidR="00392D26" w:rsidRPr="00B64808">
        <w:rPr>
          <w:color w:val="000000" w:themeColor="text1"/>
          <w:sz w:val="24"/>
          <w:szCs w:val="24"/>
          <w:cs/>
          <w:lang w:bidi="ne-NP"/>
        </w:rPr>
        <w:t>।</w:t>
      </w:r>
    </w:p>
    <w:p w:rsidR="00254CDB" w:rsidRPr="009C4E79" w:rsidRDefault="00747BA3"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कानून बमोजिम</w:t>
      </w:r>
      <w:r w:rsidR="00633E68" w:rsidRPr="009C4E79">
        <w:rPr>
          <w:rFonts w:hint="cs"/>
          <w:color w:val="000000" w:themeColor="text1"/>
          <w:sz w:val="24"/>
          <w:szCs w:val="24"/>
          <w:cs/>
          <w:lang w:bidi="ne-NP"/>
        </w:rPr>
        <w:t xml:space="preserve"> तिर्नु पर्ने </w:t>
      </w:r>
      <w:r w:rsidR="00254CDB" w:rsidRPr="009C4E79">
        <w:rPr>
          <w:rFonts w:hint="cs"/>
          <w:color w:val="000000" w:themeColor="text1"/>
          <w:sz w:val="24"/>
          <w:szCs w:val="24"/>
          <w:cs/>
          <w:lang w:bidi="ne-NP"/>
        </w:rPr>
        <w:t xml:space="preserve">कर, दस्तुर,सेवाशुल्क बुझाउने कार्यमा </w:t>
      </w:r>
      <w:r w:rsidR="006E0A70" w:rsidRPr="009C4E79">
        <w:rPr>
          <w:rFonts w:hint="cs"/>
          <w:color w:val="000000" w:themeColor="text1"/>
          <w:sz w:val="24"/>
          <w:szCs w:val="24"/>
          <w:cs/>
          <w:lang w:bidi="ne-NP"/>
        </w:rPr>
        <w:t xml:space="preserve">सहजीकरण </w:t>
      </w:r>
      <w:r w:rsidR="00254CDB" w:rsidRPr="009C4E79">
        <w:rPr>
          <w:rFonts w:hint="cs"/>
          <w:color w:val="000000" w:themeColor="text1"/>
          <w:sz w:val="24"/>
          <w:szCs w:val="24"/>
          <w:cs/>
          <w:lang w:bidi="ne-NP"/>
        </w:rPr>
        <w:t>गर्ने ।</w:t>
      </w:r>
    </w:p>
    <w:p w:rsidR="00562EF0" w:rsidRPr="009C4E79" w:rsidRDefault="00562EF0"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टोलमा बसोबास गर्ने गरिव</w:t>
      </w:r>
      <w:r w:rsidRPr="009C4E79">
        <w:rPr>
          <w:color w:val="000000" w:themeColor="text1"/>
          <w:sz w:val="24"/>
          <w:szCs w:val="24"/>
          <w:lang w:bidi="ne-NP"/>
        </w:rPr>
        <w:t>,</w:t>
      </w:r>
      <w:r w:rsidRPr="009C4E79">
        <w:rPr>
          <w:rFonts w:hint="cs"/>
          <w:color w:val="000000" w:themeColor="text1"/>
          <w:sz w:val="24"/>
          <w:szCs w:val="24"/>
          <w:cs/>
          <w:lang w:bidi="ne-NP"/>
        </w:rPr>
        <w:t xml:space="preserve"> अशक्त</w:t>
      </w:r>
      <w:r w:rsidRPr="009C4E79">
        <w:rPr>
          <w:color w:val="000000" w:themeColor="text1"/>
          <w:sz w:val="24"/>
          <w:szCs w:val="24"/>
          <w:lang w:bidi="ne-NP"/>
        </w:rPr>
        <w:t>,</w:t>
      </w:r>
      <w:r w:rsidR="00B53F44" w:rsidRPr="009C4E79">
        <w:rPr>
          <w:rFonts w:hint="cs"/>
          <w:color w:val="000000" w:themeColor="text1"/>
          <w:sz w:val="24"/>
          <w:szCs w:val="24"/>
          <w:cs/>
          <w:lang w:bidi="ne-NP"/>
        </w:rPr>
        <w:t xml:space="preserve"> अपाङ्ग</w:t>
      </w:r>
      <w:r w:rsidR="003D3409" w:rsidRPr="009C4E79">
        <w:rPr>
          <w:rFonts w:hint="cs"/>
          <w:color w:val="000000" w:themeColor="text1"/>
          <w:sz w:val="24"/>
          <w:szCs w:val="24"/>
          <w:cs/>
          <w:lang w:bidi="ne-NP"/>
        </w:rPr>
        <w:t>ता भएका व्यक्ति तथा</w:t>
      </w:r>
      <w:r w:rsidR="00B53F44" w:rsidRPr="009C4E79">
        <w:rPr>
          <w:rFonts w:hint="cs"/>
          <w:color w:val="000000" w:themeColor="text1"/>
          <w:sz w:val="24"/>
          <w:szCs w:val="24"/>
          <w:cs/>
          <w:lang w:bidi="ne-NP"/>
        </w:rPr>
        <w:t xml:space="preserve"> बेरोजगार व्य</w:t>
      </w:r>
      <w:r w:rsidRPr="009C4E79">
        <w:rPr>
          <w:rFonts w:hint="cs"/>
          <w:color w:val="000000" w:themeColor="text1"/>
          <w:sz w:val="24"/>
          <w:szCs w:val="24"/>
          <w:cs/>
          <w:lang w:bidi="ne-NP"/>
        </w:rPr>
        <w:t>क्तिहरुको तथ्याङ्क संकलनकार्यमा सहयोग गर्ने ।</w:t>
      </w:r>
    </w:p>
    <w:p w:rsidR="00562EF0" w:rsidRPr="009C4E79" w:rsidRDefault="00562EF0"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टोलमा रहेका शैक्षिक</w:t>
      </w:r>
      <w:r w:rsidR="00A26E17" w:rsidRPr="009C4E79">
        <w:rPr>
          <w:rFonts w:hint="cs"/>
          <w:color w:val="000000" w:themeColor="text1"/>
          <w:sz w:val="24"/>
          <w:szCs w:val="24"/>
          <w:cs/>
          <w:lang w:bidi="ne-NP"/>
        </w:rPr>
        <w:t>तथा स्वास्थ्य</w:t>
      </w:r>
      <w:r w:rsidRPr="009C4E79">
        <w:rPr>
          <w:rFonts w:hint="cs"/>
          <w:color w:val="000000" w:themeColor="text1"/>
          <w:sz w:val="24"/>
          <w:szCs w:val="24"/>
          <w:cs/>
          <w:lang w:bidi="ne-NP"/>
        </w:rPr>
        <w:t xml:space="preserve"> संस्थाहरुको व्यवस्थापन र गुणस्तर सुधारको लागि सहयोग गर्ने</w:t>
      </w:r>
      <w:r w:rsidR="00DF7811" w:rsidRPr="009C4E79">
        <w:rPr>
          <w:rFonts w:hint="cs"/>
          <w:color w:val="000000" w:themeColor="text1"/>
          <w:sz w:val="24"/>
          <w:szCs w:val="24"/>
          <w:cs/>
          <w:lang w:bidi="ne-NP"/>
        </w:rPr>
        <w:t xml:space="preserve"> ।</w:t>
      </w:r>
    </w:p>
    <w:p w:rsidR="00254CDB" w:rsidRPr="009C4E79" w:rsidRDefault="00562EF0"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जन्म,बिबाह,बसाई सराई,सम्वन्ध विच्छेद</w:t>
      </w:r>
      <w:r w:rsidR="00A26E17" w:rsidRPr="009C4E79">
        <w:rPr>
          <w:rFonts w:hint="cs"/>
          <w:color w:val="000000" w:themeColor="text1"/>
          <w:sz w:val="24"/>
          <w:szCs w:val="24"/>
          <w:cs/>
          <w:lang w:bidi="ne-NP"/>
        </w:rPr>
        <w:t>,</w:t>
      </w:r>
      <w:r w:rsidRPr="009C4E79">
        <w:rPr>
          <w:rFonts w:hint="cs"/>
          <w:color w:val="000000" w:themeColor="text1"/>
          <w:sz w:val="24"/>
          <w:szCs w:val="24"/>
          <w:cs/>
          <w:lang w:bidi="ne-NP"/>
        </w:rPr>
        <w:t xml:space="preserve"> मृत्यु जस्ता</w:t>
      </w:r>
      <w:r w:rsidR="00392D26" w:rsidRPr="009C4E79">
        <w:rPr>
          <w:rFonts w:hint="cs"/>
          <w:color w:val="000000" w:themeColor="text1"/>
          <w:sz w:val="24"/>
          <w:szCs w:val="24"/>
          <w:cs/>
          <w:lang w:bidi="ne-NP"/>
        </w:rPr>
        <w:t xml:space="preserve"> व्यक्ति</w:t>
      </w:r>
      <w:r w:rsidR="006B4DBD" w:rsidRPr="009C4E79">
        <w:rPr>
          <w:rFonts w:hint="cs"/>
          <w:color w:val="000000" w:themeColor="text1"/>
          <w:sz w:val="24"/>
          <w:szCs w:val="24"/>
          <w:cs/>
          <w:lang w:bidi="ne-NP"/>
        </w:rPr>
        <w:t>गत</w:t>
      </w:r>
      <w:r w:rsidRPr="009C4E79">
        <w:rPr>
          <w:rFonts w:hint="cs"/>
          <w:color w:val="000000" w:themeColor="text1"/>
          <w:sz w:val="24"/>
          <w:szCs w:val="24"/>
          <w:cs/>
          <w:lang w:bidi="ne-NP"/>
        </w:rPr>
        <w:t xml:space="preserve"> घटना दर्ताको</w:t>
      </w:r>
      <w:r w:rsidR="00B53F44" w:rsidRPr="009C4E79">
        <w:rPr>
          <w:rFonts w:hint="cs"/>
          <w:color w:val="000000" w:themeColor="text1"/>
          <w:sz w:val="24"/>
          <w:szCs w:val="24"/>
          <w:cs/>
          <w:lang w:bidi="ne-NP"/>
        </w:rPr>
        <w:t xml:space="preserve"> लागि टोलबासीलाई उत्साहित र सहजी</w:t>
      </w:r>
      <w:r w:rsidRPr="009C4E79">
        <w:rPr>
          <w:rFonts w:hint="cs"/>
          <w:color w:val="000000" w:themeColor="text1"/>
          <w:sz w:val="24"/>
          <w:szCs w:val="24"/>
          <w:cs/>
          <w:lang w:bidi="ne-NP"/>
        </w:rPr>
        <w:t>करण गर्ने</w:t>
      </w:r>
      <w:r w:rsidR="006E0A70" w:rsidRPr="009C4E79">
        <w:rPr>
          <w:rFonts w:hint="cs"/>
          <w:color w:val="000000" w:themeColor="text1"/>
          <w:sz w:val="24"/>
          <w:szCs w:val="24"/>
          <w:cs/>
          <w:lang w:bidi="ne-NP"/>
        </w:rPr>
        <w:t xml:space="preserve"> ।</w:t>
      </w:r>
    </w:p>
    <w:p w:rsidR="00562EF0" w:rsidRPr="009C4E79" w:rsidRDefault="00562EF0"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सामाजिक सुरक्षा</w:t>
      </w:r>
      <w:r w:rsidR="00DF3EE4" w:rsidRPr="009C4E79">
        <w:rPr>
          <w:rFonts w:hint="cs"/>
          <w:color w:val="000000" w:themeColor="text1"/>
          <w:sz w:val="24"/>
          <w:szCs w:val="24"/>
          <w:cs/>
          <w:lang w:bidi="ne-NP"/>
        </w:rPr>
        <w:t xml:space="preserve"> भत्ता वितरण कार्यमा आवश्यक सहजीकरण </w:t>
      </w:r>
      <w:r w:rsidRPr="009C4E79">
        <w:rPr>
          <w:rFonts w:hint="cs"/>
          <w:color w:val="000000" w:themeColor="text1"/>
          <w:sz w:val="24"/>
          <w:szCs w:val="24"/>
          <w:cs/>
          <w:lang w:bidi="ne-NP"/>
        </w:rPr>
        <w:t>गर्ने</w:t>
      </w:r>
      <w:r w:rsidR="00DF7811" w:rsidRPr="009C4E79">
        <w:rPr>
          <w:rFonts w:hint="cs"/>
          <w:color w:val="000000" w:themeColor="text1"/>
          <w:sz w:val="24"/>
          <w:szCs w:val="24"/>
          <w:cs/>
          <w:lang w:bidi="ne-NP"/>
        </w:rPr>
        <w:t xml:space="preserve"> ।</w:t>
      </w:r>
    </w:p>
    <w:p w:rsidR="00DF3EE4" w:rsidRPr="009C4E79" w:rsidRDefault="003D3409"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 xml:space="preserve"> वि</w:t>
      </w:r>
      <w:r w:rsidR="00DF3EE4" w:rsidRPr="009C4E79">
        <w:rPr>
          <w:rFonts w:hint="cs"/>
          <w:color w:val="000000" w:themeColor="text1"/>
          <w:sz w:val="24"/>
          <w:szCs w:val="24"/>
          <w:cs/>
          <w:lang w:bidi="ne-NP"/>
        </w:rPr>
        <w:t xml:space="preserve">द्युत् चुहावट </w:t>
      </w:r>
      <w:r w:rsidR="00096721" w:rsidRPr="009C4E79">
        <w:rPr>
          <w:rFonts w:hint="cs"/>
          <w:color w:val="000000" w:themeColor="text1"/>
          <w:sz w:val="24"/>
          <w:szCs w:val="24"/>
          <w:cs/>
          <w:lang w:bidi="ne-NP"/>
        </w:rPr>
        <w:t xml:space="preserve">तथा </w:t>
      </w:r>
      <w:r w:rsidR="00DF3EE4" w:rsidRPr="009C4E79">
        <w:rPr>
          <w:rFonts w:hint="cs"/>
          <w:color w:val="000000" w:themeColor="text1"/>
          <w:sz w:val="24"/>
          <w:szCs w:val="24"/>
          <w:cs/>
          <w:lang w:bidi="ne-NP"/>
        </w:rPr>
        <w:t>चोरी नियन्त्रण कार्यमा सहयोग गर्ने</w:t>
      </w:r>
      <w:r w:rsidR="006E0A70" w:rsidRPr="009C4E79">
        <w:rPr>
          <w:rFonts w:hint="cs"/>
          <w:color w:val="000000" w:themeColor="text1"/>
          <w:sz w:val="24"/>
          <w:szCs w:val="24"/>
          <w:cs/>
          <w:lang w:bidi="ne-NP"/>
        </w:rPr>
        <w:t xml:space="preserve"> ।</w:t>
      </w:r>
    </w:p>
    <w:p w:rsidR="00DF3EE4" w:rsidRPr="009C4E79" w:rsidRDefault="00DF3EE4"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टोलमा खा</w:t>
      </w:r>
      <w:r w:rsidR="00096721" w:rsidRPr="009C4E79">
        <w:rPr>
          <w:rFonts w:hint="cs"/>
          <w:color w:val="000000" w:themeColor="text1"/>
          <w:sz w:val="24"/>
          <w:szCs w:val="24"/>
          <w:cs/>
          <w:lang w:bidi="ne-NP"/>
        </w:rPr>
        <w:t>द्या</w:t>
      </w:r>
      <w:r w:rsidRPr="009C4E79">
        <w:rPr>
          <w:rFonts w:hint="cs"/>
          <w:color w:val="000000" w:themeColor="text1"/>
          <w:sz w:val="24"/>
          <w:szCs w:val="24"/>
          <w:cs/>
          <w:lang w:bidi="ne-NP"/>
        </w:rPr>
        <w:t>न्न, माछामासु, तरकारी</w:t>
      </w:r>
      <w:r w:rsidR="00A26E17" w:rsidRPr="009C4E79">
        <w:rPr>
          <w:rFonts w:hint="cs"/>
          <w:color w:val="000000" w:themeColor="text1"/>
          <w:sz w:val="24"/>
          <w:szCs w:val="24"/>
          <w:cs/>
          <w:lang w:bidi="ne-NP"/>
        </w:rPr>
        <w:t>,</w:t>
      </w:r>
      <w:r w:rsidRPr="009C4E79">
        <w:rPr>
          <w:rFonts w:hint="cs"/>
          <w:color w:val="000000" w:themeColor="text1"/>
          <w:sz w:val="24"/>
          <w:szCs w:val="24"/>
          <w:cs/>
          <w:lang w:bidi="ne-NP"/>
        </w:rPr>
        <w:t xml:space="preserve"> फलफूल, पेय पदार्थ लगायत दैनिक उपभोग्य सा</w:t>
      </w:r>
      <w:r w:rsidR="00C411F7" w:rsidRPr="009C4E79">
        <w:rPr>
          <w:rFonts w:hint="cs"/>
          <w:color w:val="000000" w:themeColor="text1"/>
          <w:sz w:val="24"/>
          <w:szCs w:val="24"/>
          <w:cs/>
          <w:lang w:bidi="ne-NP"/>
        </w:rPr>
        <w:t>म</w:t>
      </w:r>
      <w:r w:rsidRPr="009C4E79">
        <w:rPr>
          <w:rFonts w:hint="cs"/>
          <w:color w:val="000000" w:themeColor="text1"/>
          <w:sz w:val="24"/>
          <w:szCs w:val="24"/>
          <w:cs/>
          <w:lang w:bidi="ne-NP"/>
        </w:rPr>
        <w:t>ग्रीको गुणस्तर र मुल्य सुचीको बारेमा जानकारी राखी बजार अनुगमन कार्यमा सहयोग गर्ने</w:t>
      </w:r>
      <w:r w:rsidR="006E0A70" w:rsidRPr="009C4E79">
        <w:rPr>
          <w:rFonts w:hint="cs"/>
          <w:color w:val="000000" w:themeColor="text1"/>
          <w:sz w:val="24"/>
          <w:szCs w:val="24"/>
          <w:cs/>
          <w:lang w:bidi="ne-NP"/>
        </w:rPr>
        <w:t>।</w:t>
      </w:r>
    </w:p>
    <w:p w:rsidR="00364BA3" w:rsidRPr="009C4E79" w:rsidRDefault="00364BA3"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 xml:space="preserve">उपभोक्ता हक हित संरक्षणको लागि पैरवी तथा जनचेतना अभिबृद्धि गर्ने। </w:t>
      </w:r>
    </w:p>
    <w:p w:rsidR="00DF3EE4" w:rsidRPr="009C4E79" w:rsidRDefault="00DF3EE4"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टोलमा हरियाली क्षेत्र विस्तार गरी वातावरण संरक्षणको कार्यमा सहयोग गर्ने</w:t>
      </w:r>
      <w:r w:rsidR="006E0A70" w:rsidRPr="009C4E79">
        <w:rPr>
          <w:rFonts w:hint="cs"/>
          <w:color w:val="000000" w:themeColor="text1"/>
          <w:sz w:val="24"/>
          <w:szCs w:val="24"/>
          <w:cs/>
          <w:lang w:bidi="ne-NP"/>
        </w:rPr>
        <w:t xml:space="preserve"> ।</w:t>
      </w:r>
    </w:p>
    <w:p w:rsidR="00562EF0" w:rsidRPr="009C4E79" w:rsidRDefault="00DF3EE4"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स्थानीय आर्थिक विकासका संभावनाका बारेमा छलफल गरी स्थानीय तह</w:t>
      </w:r>
      <w:r w:rsidRPr="009C4E79">
        <w:rPr>
          <w:color w:val="000000" w:themeColor="text1"/>
          <w:sz w:val="24"/>
          <w:szCs w:val="24"/>
          <w:lang w:bidi="ne-NP"/>
        </w:rPr>
        <w:t xml:space="preserve">, </w:t>
      </w:r>
      <w:r w:rsidRPr="009C4E79">
        <w:rPr>
          <w:rFonts w:hint="cs"/>
          <w:color w:val="000000" w:themeColor="text1"/>
          <w:sz w:val="24"/>
          <w:szCs w:val="24"/>
          <w:cs/>
          <w:lang w:bidi="ne-NP"/>
        </w:rPr>
        <w:t>गैर सरकारी तथा निजी क्षेत्रसँग समन्वय</w:t>
      </w:r>
      <w:r w:rsidR="003D3409" w:rsidRPr="009C4E79">
        <w:rPr>
          <w:rFonts w:hint="cs"/>
          <w:color w:val="000000" w:themeColor="text1"/>
          <w:sz w:val="24"/>
          <w:szCs w:val="24"/>
          <w:cs/>
          <w:lang w:bidi="ne-NP"/>
        </w:rPr>
        <w:t>,</w:t>
      </w:r>
      <w:r w:rsidRPr="009C4E79">
        <w:rPr>
          <w:rFonts w:hint="cs"/>
          <w:color w:val="000000" w:themeColor="text1"/>
          <w:sz w:val="24"/>
          <w:szCs w:val="24"/>
          <w:cs/>
          <w:lang w:bidi="ne-NP"/>
        </w:rPr>
        <w:t xml:space="preserve"> सहजीकरण </w:t>
      </w:r>
      <w:r w:rsidR="003D3409" w:rsidRPr="009C4E79">
        <w:rPr>
          <w:rFonts w:hint="cs"/>
          <w:color w:val="000000" w:themeColor="text1"/>
          <w:sz w:val="24"/>
          <w:szCs w:val="24"/>
          <w:cs/>
          <w:lang w:bidi="ne-NP"/>
        </w:rPr>
        <w:t xml:space="preserve">र पैरवी </w:t>
      </w:r>
      <w:r w:rsidRPr="009C4E79">
        <w:rPr>
          <w:rFonts w:hint="cs"/>
          <w:color w:val="000000" w:themeColor="text1"/>
          <w:sz w:val="24"/>
          <w:szCs w:val="24"/>
          <w:cs/>
          <w:lang w:bidi="ne-NP"/>
        </w:rPr>
        <w:t xml:space="preserve">गर्ने </w:t>
      </w:r>
      <w:r w:rsidR="006E0A70" w:rsidRPr="009C4E79">
        <w:rPr>
          <w:rFonts w:hint="cs"/>
          <w:color w:val="000000" w:themeColor="text1"/>
          <w:sz w:val="24"/>
          <w:szCs w:val="24"/>
          <w:cs/>
          <w:lang w:bidi="ne-NP"/>
        </w:rPr>
        <w:t>।</w:t>
      </w:r>
    </w:p>
    <w:p w:rsidR="00DF3EE4" w:rsidRPr="009C4E79" w:rsidRDefault="00DF3EE4"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भवन निर्माण मापदण्ड तथा राष्ट्रिय भवन संहिताको पालनाक</w:t>
      </w:r>
      <w:r w:rsidR="006E0A70" w:rsidRPr="009C4E79">
        <w:rPr>
          <w:rFonts w:hint="cs"/>
          <w:color w:val="000000" w:themeColor="text1"/>
          <w:sz w:val="24"/>
          <w:szCs w:val="24"/>
          <w:cs/>
          <w:lang w:bidi="ne-NP"/>
        </w:rPr>
        <w:t>ो लागि टोल बासीहरुलाई प्रोत्साहित</w:t>
      </w:r>
      <w:r w:rsidRPr="009C4E79">
        <w:rPr>
          <w:rFonts w:hint="cs"/>
          <w:color w:val="000000" w:themeColor="text1"/>
          <w:sz w:val="24"/>
          <w:szCs w:val="24"/>
          <w:cs/>
          <w:lang w:bidi="ne-NP"/>
        </w:rPr>
        <w:t xml:space="preserve"> गर्ने । </w:t>
      </w:r>
    </w:p>
    <w:p w:rsidR="00DF3EE4" w:rsidRPr="009C4E79" w:rsidRDefault="00DF3EE4"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 xml:space="preserve"> विद्यालय भर्ना</w:t>
      </w:r>
      <w:r w:rsidRPr="009C4E79">
        <w:rPr>
          <w:color w:val="000000" w:themeColor="text1"/>
          <w:sz w:val="24"/>
          <w:szCs w:val="24"/>
          <w:lang w:bidi="ne-NP"/>
        </w:rPr>
        <w:t xml:space="preserve">, </w:t>
      </w:r>
      <w:r w:rsidRPr="009C4E79">
        <w:rPr>
          <w:rFonts w:hint="cs"/>
          <w:color w:val="000000" w:themeColor="text1"/>
          <w:sz w:val="24"/>
          <w:szCs w:val="24"/>
          <w:cs/>
          <w:lang w:bidi="ne-NP"/>
        </w:rPr>
        <w:t>खोप अभियान</w:t>
      </w:r>
      <w:r w:rsidRPr="009C4E79">
        <w:rPr>
          <w:color w:val="000000" w:themeColor="text1"/>
          <w:sz w:val="24"/>
          <w:szCs w:val="24"/>
          <w:lang w:bidi="ne-NP"/>
        </w:rPr>
        <w:t xml:space="preserve">, </w:t>
      </w:r>
      <w:r w:rsidRPr="009C4E79">
        <w:rPr>
          <w:rFonts w:hint="cs"/>
          <w:color w:val="000000" w:themeColor="text1"/>
          <w:sz w:val="24"/>
          <w:szCs w:val="24"/>
          <w:cs/>
          <w:lang w:bidi="ne-NP"/>
        </w:rPr>
        <w:t>साक्षरता अभियान</w:t>
      </w:r>
      <w:r w:rsidRPr="009C4E79">
        <w:rPr>
          <w:color w:val="000000" w:themeColor="text1"/>
          <w:sz w:val="24"/>
          <w:szCs w:val="24"/>
          <w:lang w:bidi="ne-NP"/>
        </w:rPr>
        <w:t xml:space="preserve">, </w:t>
      </w:r>
      <w:r w:rsidRPr="009C4E79">
        <w:rPr>
          <w:rFonts w:hint="cs"/>
          <w:color w:val="000000" w:themeColor="text1"/>
          <w:sz w:val="24"/>
          <w:szCs w:val="24"/>
          <w:cs/>
          <w:lang w:bidi="ne-NP"/>
        </w:rPr>
        <w:t>सरसफाई</w:t>
      </w:r>
      <w:r w:rsidRPr="009C4E79">
        <w:rPr>
          <w:color w:val="000000" w:themeColor="text1"/>
          <w:sz w:val="24"/>
          <w:szCs w:val="24"/>
          <w:lang w:bidi="ne-NP"/>
        </w:rPr>
        <w:t xml:space="preserve">, </w:t>
      </w:r>
      <w:r w:rsidRPr="009C4E79">
        <w:rPr>
          <w:rFonts w:hint="cs"/>
          <w:color w:val="000000" w:themeColor="text1"/>
          <w:sz w:val="24"/>
          <w:szCs w:val="24"/>
          <w:cs/>
          <w:lang w:bidi="ne-NP"/>
        </w:rPr>
        <w:t>लैङ्गिक हिंसा उन्मुलन जस्ता राष्ट्रिय अभियानहरुमा सहयोग र समन्वय गर्ने।</w:t>
      </w:r>
    </w:p>
    <w:p w:rsidR="008C24A0" w:rsidRPr="009C4E79" w:rsidRDefault="008C24A0"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 xml:space="preserve">टोलमा धनी, गरिबको भावना हटाई सबै सदस्यहरुलाई निर्णय प्रक्रिया र श्रोतमा </w:t>
      </w:r>
      <w:r w:rsidR="006E0A70" w:rsidRPr="009C4E79">
        <w:rPr>
          <w:rFonts w:hint="cs"/>
          <w:color w:val="000000" w:themeColor="text1"/>
          <w:sz w:val="24"/>
          <w:szCs w:val="24"/>
          <w:cs/>
          <w:lang w:bidi="ne-NP"/>
        </w:rPr>
        <w:t xml:space="preserve"> परिचालनमा समान अधिकार स्थापित गर्न सहजीकरण गर्ने । </w:t>
      </w:r>
    </w:p>
    <w:p w:rsidR="00B53F44" w:rsidRPr="009C4E79" w:rsidRDefault="00B53F44"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घरेलु ह</w:t>
      </w:r>
      <w:r w:rsidR="006E0A70" w:rsidRPr="009C4E79">
        <w:rPr>
          <w:rFonts w:hint="cs"/>
          <w:color w:val="000000" w:themeColor="text1"/>
          <w:sz w:val="24"/>
          <w:szCs w:val="24"/>
          <w:cs/>
          <w:lang w:bidi="ne-NP"/>
        </w:rPr>
        <w:t>िंसा, यौनजन्य हिंसा,मानव तस्करी</w:t>
      </w:r>
      <w:r w:rsidR="006E0A70" w:rsidRPr="009C4E79">
        <w:rPr>
          <w:color w:val="000000" w:themeColor="text1"/>
          <w:sz w:val="24"/>
          <w:szCs w:val="24"/>
          <w:lang w:bidi="ne-NP"/>
        </w:rPr>
        <w:t xml:space="preserve">, </w:t>
      </w:r>
      <w:r w:rsidRPr="009C4E79">
        <w:rPr>
          <w:rFonts w:hint="cs"/>
          <w:color w:val="000000" w:themeColor="text1"/>
          <w:sz w:val="24"/>
          <w:szCs w:val="24"/>
          <w:cs/>
          <w:lang w:bidi="ne-NP"/>
        </w:rPr>
        <w:t>बालश्रम तथा बाध्यात्मक श्रम</w:t>
      </w:r>
      <w:r w:rsidR="00B90A59" w:rsidRPr="009C4E79">
        <w:rPr>
          <w:color w:val="000000" w:themeColor="text1"/>
          <w:sz w:val="24"/>
          <w:szCs w:val="24"/>
          <w:lang w:bidi="ne-NP"/>
        </w:rPr>
        <w:t xml:space="preserve">, </w:t>
      </w:r>
      <w:r w:rsidR="00B90A59" w:rsidRPr="009C4E79">
        <w:rPr>
          <w:rFonts w:hint="cs"/>
          <w:color w:val="000000" w:themeColor="text1"/>
          <w:sz w:val="24"/>
          <w:szCs w:val="24"/>
          <w:cs/>
          <w:lang w:bidi="ne-NP"/>
        </w:rPr>
        <w:t xml:space="preserve">छाउपडी लगायतका </w:t>
      </w:r>
      <w:r w:rsidR="006E0A70" w:rsidRPr="00B64808">
        <w:rPr>
          <w:rFonts w:hint="cs"/>
          <w:color w:val="000000" w:themeColor="text1"/>
          <w:sz w:val="24"/>
          <w:szCs w:val="24"/>
          <w:cs/>
          <w:lang w:bidi="ne-NP"/>
        </w:rPr>
        <w:t xml:space="preserve">सामाजिक </w:t>
      </w:r>
      <w:r w:rsidR="00B90A59" w:rsidRPr="00B64808">
        <w:rPr>
          <w:rFonts w:hint="cs"/>
          <w:color w:val="000000" w:themeColor="text1"/>
          <w:sz w:val="24"/>
          <w:szCs w:val="24"/>
          <w:cs/>
          <w:lang w:bidi="ne-NP"/>
        </w:rPr>
        <w:t>अपराध तथा खरावीहरु</w:t>
      </w:r>
      <w:r w:rsidRPr="009C4E79">
        <w:rPr>
          <w:rFonts w:hint="cs"/>
          <w:color w:val="000000" w:themeColor="text1"/>
          <w:sz w:val="24"/>
          <w:szCs w:val="24"/>
          <w:cs/>
          <w:lang w:bidi="ne-NP"/>
        </w:rPr>
        <w:t xml:space="preserve">अन्त्य गर्न जनचेतना </w:t>
      </w:r>
      <w:r w:rsidR="006E0A70" w:rsidRPr="009C4E79">
        <w:rPr>
          <w:rFonts w:hint="cs"/>
          <w:color w:val="000000" w:themeColor="text1"/>
          <w:sz w:val="24"/>
          <w:szCs w:val="24"/>
          <w:cs/>
          <w:lang w:bidi="ne-NP"/>
        </w:rPr>
        <w:t xml:space="preserve">अभिवृद्धि </w:t>
      </w:r>
      <w:r w:rsidRPr="009C4E79">
        <w:rPr>
          <w:rFonts w:hint="cs"/>
          <w:color w:val="000000" w:themeColor="text1"/>
          <w:sz w:val="24"/>
          <w:szCs w:val="24"/>
          <w:cs/>
          <w:lang w:bidi="ne-NP"/>
        </w:rPr>
        <w:t>गर्ने ।</w:t>
      </w:r>
    </w:p>
    <w:p w:rsidR="008C24A0" w:rsidRPr="009C4E79" w:rsidRDefault="008C24A0"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टोलमा उद्यम विकाससँग सम्ब</w:t>
      </w:r>
      <w:r w:rsidR="00510C86" w:rsidRPr="009C4E79">
        <w:rPr>
          <w:rFonts w:hint="cs"/>
          <w:color w:val="000000" w:themeColor="text1"/>
          <w:sz w:val="24"/>
          <w:szCs w:val="24"/>
          <w:cs/>
          <w:lang w:bidi="ne-NP"/>
        </w:rPr>
        <w:t>न्धित</w:t>
      </w:r>
      <w:r w:rsidR="00B90A59" w:rsidRPr="009C4E79">
        <w:rPr>
          <w:rFonts w:hint="cs"/>
          <w:color w:val="000000" w:themeColor="text1"/>
          <w:sz w:val="24"/>
          <w:szCs w:val="24"/>
          <w:cs/>
          <w:lang w:bidi="ne-NP"/>
        </w:rPr>
        <w:t xml:space="preserve"> कार्यक्रमहरु </w:t>
      </w:r>
      <w:r w:rsidR="00510C86" w:rsidRPr="009C4E79">
        <w:rPr>
          <w:rFonts w:hint="cs"/>
          <w:color w:val="000000" w:themeColor="text1"/>
          <w:sz w:val="24"/>
          <w:szCs w:val="24"/>
          <w:cs/>
          <w:lang w:bidi="ne-NP"/>
        </w:rPr>
        <w:t>संचालन गर्न आवश्यक</w:t>
      </w:r>
      <w:r w:rsidR="00B90A59" w:rsidRPr="009C4E79">
        <w:rPr>
          <w:rFonts w:hint="cs"/>
          <w:color w:val="000000" w:themeColor="text1"/>
          <w:sz w:val="24"/>
          <w:szCs w:val="24"/>
          <w:cs/>
          <w:lang w:bidi="ne-NP"/>
        </w:rPr>
        <w:t xml:space="preserve"> सहजीकरण गर्ने । </w:t>
      </w:r>
    </w:p>
    <w:p w:rsidR="00BB05BF" w:rsidRPr="009C4E79" w:rsidRDefault="00B72AC9"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टोलको विकासका लागि वि</w:t>
      </w:r>
      <w:r w:rsidR="00BB05BF" w:rsidRPr="009C4E79">
        <w:rPr>
          <w:rFonts w:hint="cs"/>
          <w:color w:val="000000" w:themeColor="text1"/>
          <w:sz w:val="24"/>
          <w:szCs w:val="24"/>
          <w:cs/>
          <w:lang w:bidi="ne-NP"/>
        </w:rPr>
        <w:t>भिन्न श्रोतबाट प्राप्</w:t>
      </w:r>
      <w:r w:rsidR="00B90A59" w:rsidRPr="009C4E79">
        <w:rPr>
          <w:rFonts w:hint="cs"/>
          <w:color w:val="000000" w:themeColor="text1"/>
          <w:sz w:val="24"/>
          <w:szCs w:val="24"/>
          <w:cs/>
          <w:lang w:bidi="ne-NP"/>
        </w:rPr>
        <w:t>त श्रोतको उच्चतम् सदुपयोग गर्ने।</w:t>
      </w:r>
    </w:p>
    <w:p w:rsidR="00BB05BF" w:rsidRPr="00B64808" w:rsidRDefault="00BB05BF"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B64808">
        <w:rPr>
          <w:color w:val="000000" w:themeColor="text1"/>
          <w:sz w:val="24"/>
          <w:szCs w:val="24"/>
          <w:cs/>
          <w:lang w:bidi="ne-NP"/>
        </w:rPr>
        <w:t>टोलमा सरकारी</w:t>
      </w:r>
      <w:r w:rsidR="0003630B" w:rsidRPr="00B64808">
        <w:rPr>
          <w:color w:val="000000" w:themeColor="text1"/>
          <w:sz w:val="24"/>
          <w:szCs w:val="24"/>
          <w:cs/>
          <w:lang w:bidi="ne-NP"/>
        </w:rPr>
        <w:t xml:space="preserve"> निकाय</w:t>
      </w:r>
      <w:r w:rsidRPr="00B64808">
        <w:rPr>
          <w:color w:val="000000" w:themeColor="text1"/>
          <w:sz w:val="24"/>
          <w:szCs w:val="24"/>
          <w:cs/>
          <w:lang w:bidi="ne-NP"/>
        </w:rPr>
        <w:t xml:space="preserve"> तथा गैर सरकारी संस्था मार्फत </w:t>
      </w:r>
      <w:r w:rsidR="00DB66AA" w:rsidRPr="00B64808">
        <w:rPr>
          <w:color w:val="000000" w:themeColor="text1"/>
          <w:sz w:val="24"/>
          <w:szCs w:val="24"/>
          <w:cs/>
          <w:lang w:bidi="ne-NP"/>
        </w:rPr>
        <w:t xml:space="preserve">सञ्चालन </w:t>
      </w:r>
      <w:r w:rsidRPr="00B64808">
        <w:rPr>
          <w:color w:val="000000" w:themeColor="text1"/>
          <w:sz w:val="24"/>
          <w:szCs w:val="24"/>
          <w:cs/>
          <w:lang w:bidi="ne-NP"/>
        </w:rPr>
        <w:t xml:space="preserve">हुने कार्यक्रमहरु </w:t>
      </w:r>
      <w:r w:rsidR="00DB66AA" w:rsidRPr="00B64808">
        <w:rPr>
          <w:color w:val="000000" w:themeColor="text1"/>
          <w:sz w:val="24"/>
          <w:szCs w:val="24"/>
          <w:cs/>
          <w:lang w:bidi="ne-NP"/>
        </w:rPr>
        <w:t>कार्यान्वयनगर्न सहयोग गर्ने</w:t>
      </w:r>
      <w:r w:rsidR="00B90A59" w:rsidRPr="00B64808">
        <w:rPr>
          <w:color w:val="000000" w:themeColor="text1"/>
          <w:sz w:val="24"/>
          <w:szCs w:val="24"/>
          <w:cs/>
          <w:lang w:bidi="ne-NP"/>
        </w:rPr>
        <w:t xml:space="preserve"> । </w:t>
      </w:r>
    </w:p>
    <w:p w:rsidR="00BB05BF" w:rsidRPr="009C4E79" w:rsidRDefault="00B72AC9" w:rsidP="00B64808">
      <w:pPr>
        <w:pStyle w:val="ListParagraph"/>
        <w:numPr>
          <w:ilvl w:val="0"/>
          <w:numId w:val="8"/>
        </w:numPr>
        <w:tabs>
          <w:tab w:val="left" w:pos="720"/>
          <w:tab w:val="left" w:pos="990"/>
        </w:tabs>
        <w:ind w:left="1440" w:hanging="450"/>
        <w:jc w:val="both"/>
        <w:rPr>
          <w:color w:val="000000" w:themeColor="text1"/>
          <w:sz w:val="24"/>
          <w:szCs w:val="24"/>
          <w:lang w:bidi="ne-NP"/>
        </w:rPr>
      </w:pPr>
      <w:r w:rsidRPr="009C4E79">
        <w:rPr>
          <w:rFonts w:hint="cs"/>
          <w:color w:val="000000" w:themeColor="text1"/>
          <w:sz w:val="24"/>
          <w:szCs w:val="24"/>
          <w:cs/>
          <w:lang w:bidi="ne-NP"/>
        </w:rPr>
        <w:t>आफ्नो टोललाई वा</w:t>
      </w:r>
      <w:r w:rsidR="00BB05BF" w:rsidRPr="009C4E79">
        <w:rPr>
          <w:rFonts w:hint="cs"/>
          <w:color w:val="000000" w:themeColor="text1"/>
          <w:sz w:val="24"/>
          <w:szCs w:val="24"/>
          <w:cs/>
          <w:lang w:bidi="ne-NP"/>
        </w:rPr>
        <w:t>तावरणमैत्री</w:t>
      </w:r>
      <w:r w:rsidR="00E856D2" w:rsidRPr="009C4E79">
        <w:rPr>
          <w:rFonts w:hint="cs"/>
          <w:color w:val="000000" w:themeColor="text1"/>
          <w:sz w:val="24"/>
          <w:szCs w:val="24"/>
          <w:cs/>
          <w:lang w:bidi="ne-NP"/>
        </w:rPr>
        <w:t>,</w:t>
      </w:r>
      <w:r w:rsidR="00BB05BF" w:rsidRPr="009C4E79">
        <w:rPr>
          <w:rFonts w:hint="cs"/>
          <w:color w:val="000000" w:themeColor="text1"/>
          <w:sz w:val="24"/>
          <w:szCs w:val="24"/>
          <w:cs/>
          <w:lang w:bidi="ne-NP"/>
        </w:rPr>
        <w:t xml:space="preserve"> बाल मैत</w:t>
      </w:r>
      <w:r w:rsidR="00B90A59" w:rsidRPr="009C4E79">
        <w:rPr>
          <w:rFonts w:hint="cs"/>
          <w:color w:val="000000" w:themeColor="text1"/>
          <w:sz w:val="24"/>
          <w:szCs w:val="24"/>
          <w:cs/>
          <w:lang w:bidi="ne-NP"/>
        </w:rPr>
        <w:t>्री</w:t>
      </w:r>
      <w:r w:rsidR="00E856D2" w:rsidRPr="009C4E79">
        <w:rPr>
          <w:rFonts w:hint="cs"/>
          <w:color w:val="000000" w:themeColor="text1"/>
          <w:sz w:val="24"/>
          <w:szCs w:val="24"/>
          <w:cs/>
          <w:lang w:bidi="ne-NP"/>
        </w:rPr>
        <w:t xml:space="preserve">, पोषण मैत्रीतथा पूर्ण सरसफाइयुक्त </w:t>
      </w:r>
      <w:r w:rsidR="00B90A59" w:rsidRPr="009C4E79">
        <w:rPr>
          <w:rFonts w:hint="cs"/>
          <w:color w:val="000000" w:themeColor="text1"/>
          <w:sz w:val="24"/>
          <w:szCs w:val="24"/>
          <w:cs/>
          <w:lang w:bidi="ne-NP"/>
        </w:rPr>
        <w:t xml:space="preserve">बनाउन </w:t>
      </w:r>
      <w:r w:rsidR="00BB05BF" w:rsidRPr="009C4E79">
        <w:rPr>
          <w:rFonts w:hint="cs"/>
          <w:color w:val="000000" w:themeColor="text1"/>
          <w:sz w:val="24"/>
          <w:szCs w:val="24"/>
          <w:cs/>
          <w:lang w:bidi="ne-NP"/>
        </w:rPr>
        <w:t>कार्यक्रमहरु संचालन गर्ने</w:t>
      </w:r>
      <w:r w:rsidR="003D3409" w:rsidRPr="009C4E79">
        <w:rPr>
          <w:rFonts w:hint="cs"/>
          <w:color w:val="000000" w:themeColor="text1"/>
          <w:sz w:val="24"/>
          <w:szCs w:val="24"/>
          <w:cs/>
          <w:lang w:bidi="ne-NP"/>
        </w:rPr>
        <w:t xml:space="preserve"> तथा वडा कार्यालय र गाउँ।नगरपालिकाका कार्यक्रम कार्यान्वयनमा सहयोग, समन्वय र सहजीकरण गर्ने।</w:t>
      </w:r>
    </w:p>
    <w:p w:rsidR="00BB05BF" w:rsidRPr="009C4E79" w:rsidRDefault="00087224" w:rsidP="00B64808">
      <w:pPr>
        <w:pStyle w:val="ListParagraph"/>
        <w:numPr>
          <w:ilvl w:val="0"/>
          <w:numId w:val="8"/>
        </w:numPr>
        <w:tabs>
          <w:tab w:val="left" w:pos="720"/>
          <w:tab w:val="left" w:pos="990"/>
        </w:tabs>
        <w:ind w:left="1440" w:hanging="450"/>
        <w:jc w:val="both"/>
        <w:rPr>
          <w:color w:val="000000" w:themeColor="text1"/>
          <w:sz w:val="24"/>
          <w:szCs w:val="24"/>
          <w:lang w:bidi="ne-NP"/>
        </w:rPr>
      </w:pPr>
      <w:r>
        <w:rPr>
          <w:rFonts w:hint="cs"/>
          <w:color w:val="000000" w:themeColor="text1"/>
          <w:sz w:val="24"/>
          <w:szCs w:val="24"/>
          <w:cs/>
          <w:lang w:bidi="ne-NP"/>
        </w:rPr>
        <w:lastRenderedPageBreak/>
        <w:t xml:space="preserve">सम्वन्धित लाभग्राही समुदायको रुपमा </w:t>
      </w:r>
      <w:r w:rsidR="006800D5">
        <w:rPr>
          <w:rFonts w:hint="cs"/>
          <w:color w:val="000000" w:themeColor="text1"/>
          <w:sz w:val="24"/>
          <w:szCs w:val="24"/>
          <w:cs/>
          <w:lang w:bidi="ne-NP"/>
        </w:rPr>
        <w:t>स्थानीय तह</w:t>
      </w:r>
      <w:r w:rsidR="006800D5">
        <w:rPr>
          <w:color w:val="000000" w:themeColor="text1"/>
          <w:sz w:val="24"/>
          <w:szCs w:val="24"/>
          <w:lang w:bidi="ne-NP"/>
        </w:rPr>
        <w:t>,</w:t>
      </w:r>
      <w:r w:rsidR="006800D5">
        <w:rPr>
          <w:rFonts w:hint="cs"/>
          <w:color w:val="000000" w:themeColor="text1"/>
          <w:sz w:val="24"/>
          <w:szCs w:val="24"/>
          <w:cs/>
          <w:lang w:bidi="ne-NP"/>
        </w:rPr>
        <w:t xml:space="preserve"> प्रदेश सरकार</w:t>
      </w:r>
      <w:r w:rsidR="00F401AA">
        <w:rPr>
          <w:color w:val="000000" w:themeColor="text1"/>
          <w:sz w:val="24"/>
          <w:szCs w:val="24"/>
          <w:lang w:bidi="ne-NP"/>
        </w:rPr>
        <w:t>,</w:t>
      </w:r>
      <w:r w:rsidR="00F401AA">
        <w:rPr>
          <w:rFonts w:hint="cs"/>
          <w:color w:val="000000" w:themeColor="text1"/>
          <w:sz w:val="24"/>
          <w:szCs w:val="24"/>
          <w:cs/>
          <w:lang w:bidi="ne-NP"/>
        </w:rPr>
        <w:t xml:space="preserve"> संघीय सरकार वा </w:t>
      </w:r>
      <w:r w:rsidR="00FD46B7">
        <w:rPr>
          <w:rFonts w:hint="cs"/>
          <w:color w:val="000000" w:themeColor="text1"/>
          <w:sz w:val="24"/>
          <w:szCs w:val="24"/>
          <w:cs/>
          <w:lang w:bidi="ne-NP"/>
        </w:rPr>
        <w:t>तत् तत् तहका</w:t>
      </w:r>
      <w:r w:rsidR="00BC1F2A">
        <w:rPr>
          <w:rFonts w:hint="cs"/>
          <w:color w:val="000000" w:themeColor="text1"/>
          <w:sz w:val="24"/>
          <w:szCs w:val="24"/>
          <w:cs/>
          <w:lang w:bidi="ne-NP"/>
        </w:rPr>
        <w:t xml:space="preserve"> सरकारका मातहतका निकायवाट स्वीकृत वार्षिक </w:t>
      </w:r>
      <w:r w:rsidR="009F1D53">
        <w:rPr>
          <w:rFonts w:hint="cs"/>
          <w:color w:val="000000" w:themeColor="text1"/>
          <w:sz w:val="24"/>
          <w:szCs w:val="24"/>
          <w:cs/>
          <w:lang w:bidi="ne-NP"/>
        </w:rPr>
        <w:t xml:space="preserve">योजना तथा </w:t>
      </w:r>
      <w:r w:rsidR="00BC1F2A">
        <w:rPr>
          <w:rFonts w:hint="cs"/>
          <w:color w:val="000000" w:themeColor="text1"/>
          <w:sz w:val="24"/>
          <w:szCs w:val="24"/>
          <w:cs/>
          <w:lang w:bidi="ne-NP"/>
        </w:rPr>
        <w:t>कार्यक्रमहरु</w:t>
      </w:r>
      <w:r w:rsidR="00D43C9C">
        <w:rPr>
          <w:rFonts w:hint="cs"/>
          <w:color w:val="000000" w:themeColor="text1"/>
          <w:sz w:val="24"/>
          <w:szCs w:val="24"/>
          <w:cs/>
          <w:lang w:bidi="ne-NP"/>
        </w:rPr>
        <w:t>कार्यान्वयनका लागि संझौता गरी साँझेदारीमा कार्यान्वयन गर्ने।</w:t>
      </w:r>
    </w:p>
    <w:p w:rsidR="00E53525" w:rsidRPr="009C4E79" w:rsidRDefault="00E53525" w:rsidP="00BD768E">
      <w:pPr>
        <w:tabs>
          <w:tab w:val="left" w:pos="720"/>
        </w:tabs>
        <w:ind w:firstLine="270"/>
        <w:jc w:val="center"/>
        <w:rPr>
          <w:b/>
          <w:bCs/>
          <w:color w:val="000000" w:themeColor="text1"/>
          <w:sz w:val="28"/>
          <w:szCs w:val="28"/>
          <w:u w:val="single"/>
          <w:lang w:bidi="ne-NP"/>
        </w:rPr>
      </w:pPr>
      <w:r w:rsidRPr="009C4E79">
        <w:rPr>
          <w:rFonts w:hint="cs"/>
          <w:b/>
          <w:bCs/>
          <w:color w:val="000000" w:themeColor="text1"/>
          <w:sz w:val="28"/>
          <w:szCs w:val="28"/>
          <w:u w:val="single"/>
          <w:cs/>
          <w:lang w:bidi="ne-NP"/>
        </w:rPr>
        <w:t>परिच्छेद</w:t>
      </w:r>
      <w:r w:rsidRPr="009C4E79">
        <w:rPr>
          <w:b/>
          <w:bCs/>
          <w:color w:val="000000" w:themeColor="text1"/>
          <w:sz w:val="28"/>
          <w:szCs w:val="28"/>
          <w:u w:val="single"/>
          <w:lang w:bidi="ne-NP"/>
        </w:rPr>
        <w:t>-</w:t>
      </w:r>
      <w:r w:rsidRPr="009C4E79">
        <w:rPr>
          <w:rFonts w:hint="cs"/>
          <w:b/>
          <w:bCs/>
          <w:color w:val="000000" w:themeColor="text1"/>
          <w:sz w:val="28"/>
          <w:szCs w:val="28"/>
          <w:u w:val="single"/>
          <w:cs/>
          <w:lang w:bidi="ne-NP"/>
        </w:rPr>
        <w:t>४</w:t>
      </w:r>
    </w:p>
    <w:p w:rsidR="00F13D66" w:rsidRPr="009C4E79" w:rsidRDefault="00F13D66" w:rsidP="00BD768E">
      <w:pPr>
        <w:pStyle w:val="ListParagraph"/>
        <w:tabs>
          <w:tab w:val="left" w:pos="720"/>
        </w:tabs>
        <w:ind w:left="900" w:firstLine="270"/>
        <w:jc w:val="center"/>
        <w:rPr>
          <w:color w:val="000000" w:themeColor="text1"/>
          <w:sz w:val="28"/>
          <w:szCs w:val="28"/>
          <w:u w:val="single"/>
          <w:cs/>
          <w:lang w:bidi="ne-NP"/>
        </w:rPr>
      </w:pPr>
      <w:r w:rsidRPr="009C4E79">
        <w:rPr>
          <w:rFonts w:hint="cs"/>
          <w:color w:val="000000" w:themeColor="text1"/>
          <w:sz w:val="28"/>
          <w:szCs w:val="28"/>
          <w:u w:val="single"/>
          <w:cs/>
          <w:lang w:bidi="ne-NP"/>
        </w:rPr>
        <w:t>संस्थाको कार्य समितिको बैठक</w:t>
      </w:r>
      <w:r w:rsidR="003C4D44" w:rsidRPr="009C4E79">
        <w:rPr>
          <w:rFonts w:hint="cs"/>
          <w:color w:val="000000" w:themeColor="text1"/>
          <w:sz w:val="28"/>
          <w:szCs w:val="28"/>
          <w:u w:val="single"/>
          <w:cs/>
          <w:lang w:bidi="ne-NP"/>
        </w:rPr>
        <w:t xml:space="preserve"> र पदाधिकारीहरुको काम</w:t>
      </w:r>
      <w:r w:rsidR="003C4D44" w:rsidRPr="009C4E79">
        <w:rPr>
          <w:rFonts w:hint="cs"/>
          <w:color w:val="000000" w:themeColor="text1"/>
          <w:sz w:val="28"/>
          <w:szCs w:val="28"/>
          <w:u w:val="single"/>
          <w:cs/>
          <w:lang w:bidi="sa-IN"/>
        </w:rPr>
        <w:t xml:space="preserve">, </w:t>
      </w:r>
      <w:r w:rsidR="003C4D44" w:rsidRPr="009C4E79">
        <w:rPr>
          <w:rFonts w:hint="cs"/>
          <w:color w:val="000000" w:themeColor="text1"/>
          <w:sz w:val="28"/>
          <w:szCs w:val="28"/>
          <w:u w:val="single"/>
          <w:cs/>
          <w:lang w:bidi="ne-NP"/>
        </w:rPr>
        <w:t>कर्तव्य र अधिकार</w:t>
      </w:r>
    </w:p>
    <w:p w:rsidR="001746C5" w:rsidRPr="009C4E79" w:rsidRDefault="001746C5" w:rsidP="00BD768E">
      <w:pPr>
        <w:pStyle w:val="ListParagraph"/>
        <w:tabs>
          <w:tab w:val="left" w:pos="720"/>
        </w:tabs>
        <w:ind w:left="900" w:firstLine="270"/>
        <w:jc w:val="center"/>
        <w:rPr>
          <w:b/>
          <w:bCs/>
          <w:color w:val="000000" w:themeColor="text1"/>
          <w:sz w:val="28"/>
          <w:szCs w:val="28"/>
          <w:u w:val="single"/>
          <w:lang w:bidi="ne-NP"/>
        </w:rPr>
      </w:pPr>
    </w:p>
    <w:p w:rsidR="0070695B" w:rsidRPr="009C4E79" w:rsidRDefault="00E450B7" w:rsidP="00491AFC">
      <w:pPr>
        <w:pStyle w:val="ListParagraph"/>
        <w:numPr>
          <w:ilvl w:val="0"/>
          <w:numId w:val="5"/>
        </w:numPr>
        <w:tabs>
          <w:tab w:val="left" w:pos="720"/>
        </w:tabs>
        <w:ind w:left="810" w:hanging="450"/>
        <w:jc w:val="both"/>
        <w:rPr>
          <w:b/>
          <w:bCs/>
          <w:color w:val="000000" w:themeColor="text1"/>
          <w:sz w:val="28"/>
          <w:szCs w:val="28"/>
          <w:lang w:bidi="ne-NP"/>
        </w:rPr>
      </w:pPr>
      <w:r w:rsidRPr="00491AFC">
        <w:rPr>
          <w:rFonts w:hint="cs"/>
          <w:b/>
          <w:bCs/>
          <w:color w:val="000000" w:themeColor="text1"/>
          <w:sz w:val="28"/>
          <w:szCs w:val="28"/>
          <w:u w:val="single"/>
          <w:cs/>
          <w:lang w:bidi="ne-NP"/>
        </w:rPr>
        <w:t>संस्थाको कार्य समितिको</w:t>
      </w:r>
      <w:r w:rsidRPr="00491AFC">
        <w:rPr>
          <w:rFonts w:hint="cs"/>
          <w:b/>
          <w:bCs/>
          <w:color w:val="000000" w:themeColor="text1"/>
          <w:sz w:val="32"/>
          <w:szCs w:val="32"/>
          <w:u w:val="single"/>
          <w:cs/>
          <w:lang w:bidi="ne-NP"/>
        </w:rPr>
        <w:t xml:space="preserve"> बैठक</w:t>
      </w:r>
      <w:r w:rsidR="00B90A59" w:rsidRPr="00491AFC">
        <w:rPr>
          <w:b/>
          <w:bCs/>
          <w:color w:val="000000" w:themeColor="text1"/>
          <w:sz w:val="28"/>
          <w:szCs w:val="28"/>
          <w:lang w:bidi="ne-NP"/>
        </w:rPr>
        <w:t>:</w:t>
      </w:r>
      <w:r w:rsidR="000838D4" w:rsidRPr="00491AFC">
        <w:rPr>
          <w:b/>
          <w:bCs/>
          <w:color w:val="000000" w:themeColor="text1"/>
          <w:sz w:val="28"/>
          <w:szCs w:val="28"/>
          <w:lang w:bidi="ne-NP"/>
        </w:rPr>
        <w:t>(</w:t>
      </w:r>
      <w:r w:rsidR="000838D4" w:rsidRPr="009C4E79">
        <w:rPr>
          <w:rFonts w:hint="cs"/>
          <w:color w:val="000000" w:themeColor="text1"/>
          <w:sz w:val="28"/>
          <w:szCs w:val="28"/>
          <w:cs/>
          <w:lang w:bidi="ne-NP"/>
        </w:rPr>
        <w:t>१</w:t>
      </w:r>
      <w:r w:rsidR="000838D4" w:rsidRPr="009C4E79">
        <w:rPr>
          <w:color w:val="000000" w:themeColor="text1"/>
          <w:sz w:val="28"/>
          <w:szCs w:val="28"/>
          <w:lang w:bidi="ne-NP"/>
        </w:rPr>
        <w:t>)</w:t>
      </w:r>
      <w:r w:rsidR="00D70DFD" w:rsidRPr="009C4E79">
        <w:rPr>
          <w:rFonts w:hint="cs"/>
          <w:color w:val="000000" w:themeColor="text1"/>
          <w:sz w:val="24"/>
          <w:szCs w:val="24"/>
          <w:cs/>
          <w:lang w:bidi="ne-NP"/>
        </w:rPr>
        <w:t>संस्थाको कार्य समितिको बैठक</w:t>
      </w:r>
      <w:r w:rsidR="003C4D44" w:rsidRPr="009C4E79">
        <w:rPr>
          <w:rFonts w:hint="cs"/>
          <w:color w:val="000000" w:themeColor="text1"/>
          <w:sz w:val="24"/>
          <w:szCs w:val="24"/>
          <w:cs/>
          <w:lang w:bidi="ne-NP"/>
        </w:rPr>
        <w:t xml:space="preserve">को सञ्चालन </w:t>
      </w:r>
      <w:r w:rsidR="00D70DFD" w:rsidRPr="009C4E79">
        <w:rPr>
          <w:rFonts w:hint="cs"/>
          <w:color w:val="000000" w:themeColor="text1"/>
          <w:sz w:val="24"/>
          <w:szCs w:val="24"/>
          <w:cs/>
          <w:lang w:bidi="ne-NP"/>
        </w:rPr>
        <w:t>देहाय बमोजिम हुने</w:t>
      </w:r>
      <w:r w:rsidR="00B90A59" w:rsidRPr="009C4E79">
        <w:rPr>
          <w:rFonts w:hint="cs"/>
          <w:color w:val="000000" w:themeColor="text1"/>
          <w:sz w:val="24"/>
          <w:szCs w:val="24"/>
          <w:cs/>
          <w:lang w:bidi="ne-NP"/>
        </w:rPr>
        <w:t xml:space="preserve">छ </w:t>
      </w:r>
      <w:r w:rsidR="00B90A59" w:rsidRPr="009C4E79">
        <w:rPr>
          <w:color w:val="000000" w:themeColor="text1"/>
          <w:sz w:val="24"/>
          <w:szCs w:val="24"/>
          <w:lang w:bidi="ne-NP"/>
        </w:rPr>
        <w:t>:-</w:t>
      </w:r>
    </w:p>
    <w:p w:rsidR="00C961D0" w:rsidRPr="009C4E79" w:rsidRDefault="00C961D0" w:rsidP="00BD768E">
      <w:pPr>
        <w:pStyle w:val="ListParagraph"/>
        <w:tabs>
          <w:tab w:val="left" w:pos="720"/>
        </w:tabs>
        <w:ind w:firstLine="270"/>
        <w:jc w:val="both"/>
        <w:rPr>
          <w:color w:val="000000" w:themeColor="text1"/>
          <w:sz w:val="24"/>
          <w:szCs w:val="24"/>
          <w:lang w:bidi="ne-NP"/>
        </w:rPr>
      </w:pPr>
    </w:p>
    <w:p w:rsidR="00364235" w:rsidRPr="009C4E79" w:rsidRDefault="00AF12AF" w:rsidP="004C6F73">
      <w:pPr>
        <w:pStyle w:val="ListParagraph"/>
        <w:numPr>
          <w:ilvl w:val="0"/>
          <w:numId w:val="9"/>
        </w:numPr>
        <w:tabs>
          <w:tab w:val="left" w:pos="720"/>
        </w:tabs>
        <w:ind w:left="1350" w:hanging="450"/>
        <w:jc w:val="both"/>
        <w:rPr>
          <w:color w:val="000000" w:themeColor="text1"/>
          <w:sz w:val="24"/>
          <w:szCs w:val="24"/>
          <w:lang w:bidi="ne-NP"/>
        </w:rPr>
      </w:pPr>
      <w:r w:rsidRPr="009C4E79">
        <w:rPr>
          <w:rFonts w:hint="cs"/>
          <w:color w:val="000000" w:themeColor="text1"/>
          <w:sz w:val="24"/>
          <w:szCs w:val="24"/>
          <w:cs/>
          <w:lang w:bidi="ne-NP"/>
        </w:rPr>
        <w:t xml:space="preserve">कार्य समितिको बैठक </w:t>
      </w:r>
      <w:r w:rsidR="000A202E" w:rsidRPr="009C4E79">
        <w:rPr>
          <w:rFonts w:hint="cs"/>
          <w:color w:val="000000" w:themeColor="text1"/>
          <w:sz w:val="24"/>
          <w:szCs w:val="24"/>
          <w:cs/>
          <w:lang w:bidi="ne-NP"/>
        </w:rPr>
        <w:t xml:space="preserve">महिनामा कम्तिमा एक </w:t>
      </w:r>
      <w:r w:rsidR="006729C3" w:rsidRPr="009C4E79">
        <w:rPr>
          <w:rFonts w:hint="cs"/>
          <w:color w:val="000000" w:themeColor="text1"/>
          <w:sz w:val="24"/>
          <w:szCs w:val="24"/>
          <w:cs/>
          <w:lang w:bidi="ne-NP"/>
        </w:rPr>
        <w:t xml:space="preserve">पटक </w:t>
      </w:r>
      <w:r w:rsidR="000A202E" w:rsidRPr="009C4E79">
        <w:rPr>
          <w:rFonts w:hint="cs"/>
          <w:color w:val="000000" w:themeColor="text1"/>
          <w:sz w:val="24"/>
          <w:szCs w:val="24"/>
          <w:cs/>
          <w:lang w:bidi="ne-NP"/>
        </w:rPr>
        <w:t>र आव</w:t>
      </w:r>
      <w:r w:rsidR="00C411F7" w:rsidRPr="009C4E79">
        <w:rPr>
          <w:rFonts w:hint="cs"/>
          <w:color w:val="000000" w:themeColor="text1"/>
          <w:sz w:val="24"/>
          <w:szCs w:val="24"/>
          <w:cs/>
          <w:lang w:bidi="ne-NP"/>
        </w:rPr>
        <w:t>श्</w:t>
      </w:r>
      <w:r w:rsidR="000A202E" w:rsidRPr="009C4E79">
        <w:rPr>
          <w:rFonts w:hint="cs"/>
          <w:color w:val="000000" w:themeColor="text1"/>
          <w:sz w:val="24"/>
          <w:szCs w:val="24"/>
          <w:cs/>
          <w:lang w:bidi="ne-NP"/>
        </w:rPr>
        <w:t xml:space="preserve">कता अनुसार </w:t>
      </w:r>
      <w:r w:rsidR="006729C3" w:rsidRPr="009C4E79">
        <w:rPr>
          <w:rFonts w:hint="cs"/>
          <w:color w:val="000000" w:themeColor="text1"/>
          <w:sz w:val="24"/>
          <w:szCs w:val="24"/>
          <w:cs/>
          <w:lang w:bidi="ne-NP"/>
        </w:rPr>
        <w:t xml:space="preserve">बस्नेछ </w:t>
      </w:r>
      <w:r w:rsidR="000A202E" w:rsidRPr="009C4E79">
        <w:rPr>
          <w:rFonts w:hint="cs"/>
          <w:color w:val="000000" w:themeColor="text1"/>
          <w:sz w:val="24"/>
          <w:szCs w:val="24"/>
          <w:cs/>
          <w:lang w:bidi="ne-NP"/>
        </w:rPr>
        <w:t>।</w:t>
      </w:r>
    </w:p>
    <w:p w:rsidR="000838D4" w:rsidRPr="009C4E79" w:rsidRDefault="000838D4" w:rsidP="004C6F73">
      <w:pPr>
        <w:pStyle w:val="ListParagraph"/>
        <w:numPr>
          <w:ilvl w:val="0"/>
          <w:numId w:val="9"/>
        </w:numPr>
        <w:tabs>
          <w:tab w:val="left" w:pos="720"/>
        </w:tabs>
        <w:ind w:left="1350" w:hanging="450"/>
        <w:jc w:val="both"/>
        <w:rPr>
          <w:color w:val="000000" w:themeColor="text1"/>
          <w:sz w:val="24"/>
          <w:szCs w:val="24"/>
          <w:lang w:bidi="ne-NP"/>
        </w:rPr>
      </w:pPr>
      <w:r w:rsidRPr="009C4E79">
        <w:rPr>
          <w:rFonts w:hint="cs"/>
          <w:color w:val="000000" w:themeColor="text1"/>
          <w:sz w:val="24"/>
          <w:szCs w:val="24"/>
          <w:cs/>
          <w:lang w:bidi="ne-NP"/>
        </w:rPr>
        <w:t xml:space="preserve">समितिको बैठकमा </w:t>
      </w:r>
      <w:r w:rsidR="003C4D44" w:rsidRPr="009C4E79">
        <w:rPr>
          <w:rFonts w:hint="cs"/>
          <w:color w:val="000000" w:themeColor="text1"/>
          <w:sz w:val="24"/>
          <w:szCs w:val="24"/>
          <w:cs/>
          <w:lang w:bidi="ne-NP"/>
        </w:rPr>
        <w:t xml:space="preserve">वडा समिति तथा </w:t>
      </w:r>
      <w:r w:rsidRPr="009C4E79">
        <w:rPr>
          <w:rFonts w:hint="cs"/>
          <w:color w:val="000000" w:themeColor="text1"/>
          <w:sz w:val="24"/>
          <w:szCs w:val="24"/>
          <w:cs/>
          <w:lang w:bidi="ne-NP"/>
        </w:rPr>
        <w:t xml:space="preserve">गाउँपालिकाका </w:t>
      </w:r>
      <w:r w:rsidR="00C411F7" w:rsidRPr="009C4E79">
        <w:rPr>
          <w:rFonts w:hint="cs"/>
          <w:color w:val="000000" w:themeColor="text1"/>
          <w:sz w:val="24"/>
          <w:szCs w:val="24"/>
          <w:cs/>
          <w:lang w:bidi="ne-NP"/>
        </w:rPr>
        <w:t>जन</w:t>
      </w:r>
      <w:r w:rsidRPr="009C4E79">
        <w:rPr>
          <w:rFonts w:hint="cs"/>
          <w:color w:val="000000" w:themeColor="text1"/>
          <w:sz w:val="24"/>
          <w:szCs w:val="24"/>
          <w:cs/>
          <w:lang w:bidi="ne-NP"/>
        </w:rPr>
        <w:t>प्रतिनिधि</w:t>
      </w:r>
      <w:r w:rsidR="00C411F7" w:rsidRPr="009C4E79">
        <w:rPr>
          <w:rFonts w:hint="cs"/>
          <w:color w:val="000000" w:themeColor="text1"/>
          <w:sz w:val="24"/>
          <w:szCs w:val="24"/>
          <w:cs/>
          <w:lang w:bidi="ne-NP"/>
        </w:rPr>
        <w:t>, विज्ञतथा</w:t>
      </w:r>
      <w:r w:rsidRPr="009C4E79">
        <w:rPr>
          <w:rFonts w:hint="cs"/>
          <w:color w:val="000000" w:themeColor="text1"/>
          <w:sz w:val="24"/>
          <w:szCs w:val="24"/>
          <w:cs/>
          <w:lang w:bidi="ne-NP"/>
        </w:rPr>
        <w:t xml:space="preserve"> अन्य सरोकारवालहरुलाई आमन्त्र</w:t>
      </w:r>
      <w:r w:rsidR="003C4D44" w:rsidRPr="009C4E79">
        <w:rPr>
          <w:rFonts w:hint="cs"/>
          <w:color w:val="000000" w:themeColor="text1"/>
          <w:sz w:val="24"/>
          <w:szCs w:val="24"/>
          <w:cs/>
          <w:lang w:bidi="ne-NP"/>
        </w:rPr>
        <w:t>ण</w:t>
      </w:r>
      <w:r w:rsidRPr="009C4E79">
        <w:rPr>
          <w:rFonts w:hint="cs"/>
          <w:color w:val="000000" w:themeColor="text1"/>
          <w:sz w:val="24"/>
          <w:szCs w:val="24"/>
          <w:cs/>
          <w:lang w:bidi="ne-NP"/>
        </w:rPr>
        <w:t xml:space="preserve"> गर्न सकिनेछ ।</w:t>
      </w:r>
    </w:p>
    <w:p w:rsidR="004B5AD2" w:rsidRPr="009C4E79" w:rsidRDefault="004B5AD2" w:rsidP="004C6F73">
      <w:pPr>
        <w:pStyle w:val="ListParagraph"/>
        <w:numPr>
          <w:ilvl w:val="0"/>
          <w:numId w:val="9"/>
        </w:numPr>
        <w:tabs>
          <w:tab w:val="left" w:pos="720"/>
        </w:tabs>
        <w:ind w:left="1350" w:hanging="450"/>
        <w:jc w:val="both"/>
        <w:rPr>
          <w:color w:val="000000" w:themeColor="text1"/>
          <w:sz w:val="24"/>
          <w:szCs w:val="24"/>
          <w:lang w:bidi="ne-NP"/>
        </w:rPr>
      </w:pPr>
      <w:r w:rsidRPr="009C4E79">
        <w:rPr>
          <w:rFonts w:hint="cs"/>
          <w:color w:val="000000" w:themeColor="text1"/>
          <w:sz w:val="24"/>
          <w:szCs w:val="24"/>
          <w:cs/>
          <w:lang w:bidi="ne-NP"/>
        </w:rPr>
        <w:t xml:space="preserve"> समितिको वैठक</w:t>
      </w:r>
      <w:r w:rsidR="00C411F7" w:rsidRPr="009C4E79">
        <w:rPr>
          <w:rFonts w:hint="cs"/>
          <w:color w:val="000000" w:themeColor="text1"/>
          <w:sz w:val="24"/>
          <w:szCs w:val="24"/>
          <w:cs/>
          <w:lang w:bidi="ne-NP"/>
        </w:rPr>
        <w:t xml:space="preserve"> निर्णय</w:t>
      </w:r>
      <w:r w:rsidRPr="009C4E79">
        <w:rPr>
          <w:rFonts w:hint="cs"/>
          <w:color w:val="000000" w:themeColor="text1"/>
          <w:sz w:val="24"/>
          <w:szCs w:val="24"/>
          <w:cs/>
          <w:lang w:bidi="ne-NP"/>
        </w:rPr>
        <w:t xml:space="preserve">को मस्यौदा सचिवले तयार गर्नेछ । </w:t>
      </w:r>
    </w:p>
    <w:p w:rsidR="000838D4" w:rsidRPr="009C4E79" w:rsidRDefault="000838D4" w:rsidP="004C6F73">
      <w:pPr>
        <w:pStyle w:val="ListParagraph"/>
        <w:numPr>
          <w:ilvl w:val="0"/>
          <w:numId w:val="9"/>
        </w:numPr>
        <w:tabs>
          <w:tab w:val="left" w:pos="720"/>
        </w:tabs>
        <w:ind w:left="1350" w:hanging="450"/>
        <w:jc w:val="both"/>
        <w:rPr>
          <w:color w:val="000000" w:themeColor="text1"/>
          <w:sz w:val="24"/>
          <w:szCs w:val="24"/>
          <w:lang w:bidi="ne-NP"/>
        </w:rPr>
      </w:pPr>
      <w:r w:rsidRPr="009C4E79">
        <w:rPr>
          <w:rFonts w:hint="cs"/>
          <w:color w:val="000000" w:themeColor="text1"/>
          <w:sz w:val="24"/>
          <w:szCs w:val="24"/>
          <w:cs/>
          <w:lang w:bidi="ne-NP"/>
        </w:rPr>
        <w:t>संस्थाको बैठकको निर्णयहरु</w:t>
      </w:r>
      <w:r w:rsidR="004B5AD2" w:rsidRPr="009C4E79">
        <w:rPr>
          <w:rFonts w:hint="cs"/>
          <w:color w:val="000000" w:themeColor="text1"/>
          <w:sz w:val="24"/>
          <w:szCs w:val="24"/>
          <w:cs/>
          <w:lang w:bidi="ne-NP"/>
        </w:rPr>
        <w:t xml:space="preserve"> वैठकमा उपस्थित पदाधिकारीहरुबाट हस्ताक्षर ग</w:t>
      </w:r>
      <w:r w:rsidR="00C411F7" w:rsidRPr="009C4E79">
        <w:rPr>
          <w:rFonts w:hint="cs"/>
          <w:color w:val="000000" w:themeColor="text1"/>
          <w:sz w:val="24"/>
          <w:szCs w:val="24"/>
          <w:cs/>
          <w:lang w:bidi="ne-NP"/>
        </w:rPr>
        <w:t>री</w:t>
      </w:r>
      <w:r w:rsidRPr="009C4E79">
        <w:rPr>
          <w:rFonts w:hint="cs"/>
          <w:color w:val="000000" w:themeColor="text1"/>
          <w:sz w:val="24"/>
          <w:szCs w:val="24"/>
          <w:cs/>
          <w:lang w:bidi="ne-NP"/>
        </w:rPr>
        <w:t>प्रमाणित गराउनु पर्नेछ।</w:t>
      </w:r>
    </w:p>
    <w:p w:rsidR="00293D39" w:rsidRPr="009C4E79" w:rsidRDefault="00293D39" w:rsidP="004C6F73">
      <w:pPr>
        <w:tabs>
          <w:tab w:val="left" w:pos="720"/>
        </w:tabs>
        <w:ind w:left="720" w:firstLine="0"/>
        <w:jc w:val="both"/>
        <w:rPr>
          <w:color w:val="000000" w:themeColor="text1"/>
          <w:sz w:val="24"/>
          <w:szCs w:val="24"/>
          <w:lang w:bidi="ne-NP"/>
        </w:rPr>
      </w:pPr>
      <w:r w:rsidRPr="009C4E79">
        <w:rPr>
          <w:rFonts w:hint="cs"/>
          <w:color w:val="000000" w:themeColor="text1"/>
          <w:sz w:val="24"/>
          <w:szCs w:val="24"/>
          <w:cs/>
          <w:lang w:bidi="sa-IN"/>
        </w:rPr>
        <w:t>(</w:t>
      </w:r>
      <w:r w:rsidRPr="009C4E79">
        <w:rPr>
          <w:rFonts w:hint="cs"/>
          <w:color w:val="000000" w:themeColor="text1"/>
          <w:sz w:val="24"/>
          <w:szCs w:val="24"/>
          <w:cs/>
          <w:lang w:bidi="ne-NP"/>
        </w:rPr>
        <w:t>२</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उदफा </w:t>
      </w:r>
      <w:r w:rsidRPr="009C4E79">
        <w:rPr>
          <w:rFonts w:hint="cs"/>
          <w:color w:val="000000" w:themeColor="text1"/>
          <w:sz w:val="24"/>
          <w:szCs w:val="24"/>
          <w:cs/>
          <w:lang w:bidi="sa-IN"/>
        </w:rPr>
        <w:t>(</w:t>
      </w:r>
      <w:r w:rsidRPr="009C4E79">
        <w:rPr>
          <w:rFonts w:hint="cs"/>
          <w:color w:val="000000" w:themeColor="text1"/>
          <w:sz w:val="24"/>
          <w:szCs w:val="24"/>
          <w:cs/>
          <w:lang w:bidi="ne-NP"/>
        </w:rPr>
        <w:t>१</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बमोजिम बस्ने कार्यसमितिको बैठकको माइन्युट र संस्थाका प्रशासनिक तथा आर्थिक कारोबारसँग सम्बन्धित सम्पूर्ण कागजातहरु अध्यक्ष</w:t>
      </w:r>
      <w:r w:rsidRPr="009C4E79">
        <w:rPr>
          <w:rFonts w:hint="cs"/>
          <w:color w:val="000000" w:themeColor="text1"/>
          <w:sz w:val="24"/>
          <w:szCs w:val="24"/>
          <w:cs/>
          <w:lang w:bidi="sa-IN"/>
        </w:rPr>
        <w:t xml:space="preserve">, </w:t>
      </w:r>
      <w:r w:rsidRPr="009C4E79">
        <w:rPr>
          <w:rFonts w:hint="cs"/>
          <w:color w:val="000000" w:themeColor="text1"/>
          <w:sz w:val="24"/>
          <w:szCs w:val="24"/>
          <w:cs/>
          <w:lang w:bidi="ne-NP"/>
        </w:rPr>
        <w:t>सचिवर कोषाध्यक्षको जिम्मामा रहनेछन्।</w:t>
      </w:r>
    </w:p>
    <w:p w:rsidR="00A31221" w:rsidRPr="009C4E79" w:rsidRDefault="00A31221" w:rsidP="004C6F73">
      <w:pPr>
        <w:tabs>
          <w:tab w:val="left" w:pos="720"/>
        </w:tabs>
        <w:ind w:left="720" w:firstLine="0"/>
        <w:jc w:val="both"/>
        <w:rPr>
          <w:color w:val="000000" w:themeColor="text1"/>
          <w:sz w:val="24"/>
          <w:szCs w:val="24"/>
          <w:lang w:bidi="ne-NP"/>
        </w:rPr>
      </w:pPr>
      <w:r w:rsidRPr="009C4E79">
        <w:rPr>
          <w:rFonts w:hint="cs"/>
          <w:color w:val="000000" w:themeColor="text1"/>
          <w:sz w:val="24"/>
          <w:szCs w:val="24"/>
          <w:cs/>
          <w:lang w:bidi="sa-IN"/>
        </w:rPr>
        <w:t>(</w:t>
      </w:r>
      <w:r w:rsidRPr="009C4E79">
        <w:rPr>
          <w:rFonts w:hint="cs"/>
          <w:color w:val="000000" w:themeColor="text1"/>
          <w:sz w:val="24"/>
          <w:szCs w:val="24"/>
          <w:cs/>
          <w:lang w:bidi="ne-NP"/>
        </w:rPr>
        <w:t>३</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कार्य समितिको बैठक संस्थाको कार्यालयमा बस्नेछ। संस्थाको कार्यालय स्थापना भई नसकेको अवस्थामा कार्यसमितिका सबै सदस्यला</w:t>
      </w:r>
      <w:r w:rsidR="005C22AE" w:rsidRPr="009C4E79">
        <w:rPr>
          <w:rFonts w:hint="cs"/>
          <w:color w:val="000000" w:themeColor="text1"/>
          <w:sz w:val="24"/>
          <w:szCs w:val="24"/>
          <w:cs/>
          <w:lang w:bidi="ne-NP"/>
        </w:rPr>
        <w:t>ई पायक पर्ने गरी उपयुक्त स्थानमा बैठक बस्ने गरी अध्यक्षले तोक्न सक्नेछ।</w:t>
      </w:r>
    </w:p>
    <w:p w:rsidR="00363745" w:rsidRPr="009C4E79" w:rsidRDefault="00363745" w:rsidP="00E5070D">
      <w:pPr>
        <w:pStyle w:val="ListParagraph"/>
        <w:numPr>
          <w:ilvl w:val="0"/>
          <w:numId w:val="5"/>
        </w:numPr>
        <w:tabs>
          <w:tab w:val="left" w:pos="720"/>
        </w:tabs>
        <w:ind w:hanging="760"/>
        <w:jc w:val="both"/>
        <w:rPr>
          <w:color w:val="000000" w:themeColor="text1"/>
          <w:sz w:val="28"/>
          <w:szCs w:val="28"/>
          <w:u w:val="single"/>
          <w:lang w:bidi="ne-NP"/>
        </w:rPr>
      </w:pPr>
      <w:r w:rsidRPr="00E5070D">
        <w:rPr>
          <w:rFonts w:hint="cs"/>
          <w:b/>
          <w:bCs/>
          <w:color w:val="000000" w:themeColor="text1"/>
          <w:sz w:val="28"/>
          <w:szCs w:val="28"/>
          <w:u w:val="single"/>
          <w:cs/>
          <w:lang w:bidi="ne-NP"/>
        </w:rPr>
        <w:t xml:space="preserve">संस्थाका कार्य </w:t>
      </w:r>
      <w:r w:rsidRPr="00E5070D">
        <w:rPr>
          <w:b/>
          <w:bCs/>
          <w:color w:val="000000" w:themeColor="text1"/>
          <w:sz w:val="28"/>
          <w:szCs w:val="28"/>
          <w:u w:val="single"/>
          <w:cs/>
          <w:lang w:bidi="ne-NP"/>
        </w:rPr>
        <w:t>समितिका</w:t>
      </w:r>
      <w:r w:rsidR="0077071D" w:rsidRPr="00E5070D">
        <w:rPr>
          <w:rFonts w:hint="cs"/>
          <w:b/>
          <w:bCs/>
          <w:color w:val="000000" w:themeColor="text1"/>
          <w:sz w:val="28"/>
          <w:szCs w:val="28"/>
          <w:u w:val="single"/>
          <w:cs/>
          <w:lang w:bidi="ne-NP"/>
        </w:rPr>
        <w:t xml:space="preserve"> पदाधिकारीहरुको काम कर्तव्य र अधिकार</w:t>
      </w:r>
      <w:r w:rsidR="00E0737D" w:rsidRPr="00E5070D">
        <w:rPr>
          <w:b/>
          <w:bCs/>
          <w:color w:val="000000" w:themeColor="text1"/>
          <w:sz w:val="28"/>
          <w:szCs w:val="28"/>
          <w:u w:val="single"/>
          <w:lang w:bidi="ne-NP"/>
        </w:rPr>
        <w:t>:-</w:t>
      </w:r>
      <w:r w:rsidR="003C4D44" w:rsidRPr="009C4E79">
        <w:rPr>
          <w:color w:val="000000" w:themeColor="text1"/>
          <w:sz w:val="24"/>
          <w:szCs w:val="24"/>
          <w:cs/>
          <w:lang w:bidi="ne-NP"/>
        </w:rPr>
        <w:t>संस्थाका पदाधिकारीहरुको काम कर्तव्य र अधिकार देहाय बमोजिम हुनेछः</w:t>
      </w:r>
    </w:p>
    <w:p w:rsidR="00920C2F" w:rsidRPr="009C4E79" w:rsidRDefault="009B2389" w:rsidP="00A3071D">
      <w:pPr>
        <w:pStyle w:val="ListParagraph"/>
        <w:numPr>
          <w:ilvl w:val="0"/>
          <w:numId w:val="10"/>
        </w:numPr>
        <w:tabs>
          <w:tab w:val="left" w:pos="450"/>
          <w:tab w:val="left" w:pos="900"/>
        </w:tabs>
        <w:ind w:left="1260" w:hanging="810"/>
        <w:jc w:val="both"/>
        <w:rPr>
          <w:color w:val="000000" w:themeColor="text1"/>
          <w:sz w:val="24"/>
          <w:szCs w:val="24"/>
          <w:u w:val="single"/>
          <w:lang w:bidi="ne-NP"/>
        </w:rPr>
      </w:pPr>
      <w:r w:rsidRPr="009C4E79">
        <w:rPr>
          <w:rFonts w:hint="cs"/>
          <w:color w:val="000000" w:themeColor="text1"/>
          <w:sz w:val="24"/>
          <w:szCs w:val="24"/>
          <w:u w:val="single"/>
          <w:cs/>
          <w:lang w:bidi="ne-NP"/>
        </w:rPr>
        <w:t>अध्यक्षको काम, कर्तव्य र अधिकार</w:t>
      </w:r>
    </w:p>
    <w:p w:rsidR="00920C2F" w:rsidRPr="009C4E79" w:rsidRDefault="009B2389" w:rsidP="00E5070D">
      <w:pPr>
        <w:pStyle w:val="ListParagraph"/>
        <w:numPr>
          <w:ilvl w:val="0"/>
          <w:numId w:val="11"/>
        </w:numPr>
        <w:tabs>
          <w:tab w:val="left" w:pos="720"/>
        </w:tabs>
        <w:ind w:left="720" w:firstLine="360"/>
        <w:jc w:val="both"/>
        <w:rPr>
          <w:color w:val="000000" w:themeColor="text1"/>
          <w:sz w:val="24"/>
          <w:szCs w:val="24"/>
          <w:lang w:bidi="ne-NP"/>
        </w:rPr>
      </w:pPr>
      <w:r w:rsidRPr="009C4E79">
        <w:rPr>
          <w:rFonts w:hint="cs"/>
          <w:color w:val="000000" w:themeColor="text1"/>
          <w:sz w:val="24"/>
          <w:szCs w:val="24"/>
          <w:cs/>
          <w:lang w:bidi="ne-NP"/>
        </w:rPr>
        <w:t>संस्था</w:t>
      </w:r>
      <w:r w:rsidR="00DD61D4" w:rsidRPr="009C4E79">
        <w:rPr>
          <w:rFonts w:hint="cs"/>
          <w:color w:val="000000" w:themeColor="text1"/>
          <w:sz w:val="24"/>
          <w:szCs w:val="24"/>
          <w:cs/>
          <w:lang w:bidi="ne-NP"/>
        </w:rPr>
        <w:t xml:space="preserve">को नियमित बैठक बोलाउने, बैठकका </w:t>
      </w:r>
      <w:r w:rsidR="00363745" w:rsidRPr="009C4E79">
        <w:rPr>
          <w:rFonts w:hint="cs"/>
          <w:color w:val="000000" w:themeColor="text1"/>
          <w:sz w:val="24"/>
          <w:szCs w:val="24"/>
          <w:cs/>
          <w:lang w:bidi="ne-NP"/>
        </w:rPr>
        <w:t xml:space="preserve">लागि मिति, समय र स्थान तोक्ने । </w:t>
      </w:r>
    </w:p>
    <w:p w:rsidR="002C22CC" w:rsidRPr="009C4E79" w:rsidRDefault="00920C2F" w:rsidP="00E5070D">
      <w:pPr>
        <w:pStyle w:val="ListParagraph"/>
        <w:numPr>
          <w:ilvl w:val="0"/>
          <w:numId w:val="11"/>
        </w:numPr>
        <w:tabs>
          <w:tab w:val="left" w:pos="720"/>
        </w:tabs>
        <w:ind w:left="720" w:firstLine="360"/>
        <w:jc w:val="both"/>
        <w:rPr>
          <w:color w:val="000000" w:themeColor="text1"/>
          <w:sz w:val="24"/>
          <w:szCs w:val="24"/>
          <w:lang w:bidi="ne-NP"/>
        </w:rPr>
      </w:pPr>
      <w:r w:rsidRPr="009C4E79">
        <w:rPr>
          <w:rFonts w:hint="cs"/>
          <w:color w:val="000000" w:themeColor="text1"/>
          <w:sz w:val="24"/>
          <w:szCs w:val="24"/>
          <w:cs/>
          <w:lang w:bidi="ne-NP"/>
        </w:rPr>
        <w:t>बैठ</w:t>
      </w:r>
      <w:r w:rsidR="00534086" w:rsidRPr="009C4E79">
        <w:rPr>
          <w:rFonts w:hint="cs"/>
          <w:color w:val="000000" w:themeColor="text1"/>
          <w:sz w:val="24"/>
          <w:szCs w:val="24"/>
          <w:cs/>
          <w:lang w:bidi="ne-NP"/>
        </w:rPr>
        <w:t>कको अध्यक्षता</w:t>
      </w:r>
      <w:r w:rsidR="00363745" w:rsidRPr="009C4E79">
        <w:rPr>
          <w:rFonts w:hint="cs"/>
          <w:color w:val="000000" w:themeColor="text1"/>
          <w:sz w:val="24"/>
          <w:szCs w:val="24"/>
          <w:cs/>
          <w:lang w:bidi="ne-NP"/>
        </w:rPr>
        <w:t xml:space="preserve"> गरी बैठक संचालन गर्ने ।</w:t>
      </w:r>
    </w:p>
    <w:p w:rsidR="00F94DA9" w:rsidRPr="009C4E79" w:rsidRDefault="00534086" w:rsidP="00E5070D">
      <w:pPr>
        <w:pStyle w:val="ListParagraph"/>
        <w:numPr>
          <w:ilvl w:val="0"/>
          <w:numId w:val="11"/>
        </w:numPr>
        <w:tabs>
          <w:tab w:val="left" w:pos="720"/>
        </w:tabs>
        <w:ind w:left="720" w:firstLine="360"/>
        <w:jc w:val="both"/>
        <w:rPr>
          <w:color w:val="000000" w:themeColor="text1"/>
          <w:sz w:val="24"/>
          <w:szCs w:val="24"/>
          <w:lang w:bidi="ne-NP"/>
        </w:rPr>
      </w:pPr>
      <w:r w:rsidRPr="009C4E79">
        <w:rPr>
          <w:rFonts w:hint="cs"/>
          <w:color w:val="000000" w:themeColor="text1"/>
          <w:sz w:val="24"/>
          <w:szCs w:val="24"/>
          <w:cs/>
          <w:lang w:bidi="ne-NP"/>
        </w:rPr>
        <w:t>बैठकमा अनुशासनको पालन</w:t>
      </w:r>
      <w:r w:rsidR="002C22CC" w:rsidRPr="009C4E79">
        <w:rPr>
          <w:rFonts w:hint="cs"/>
          <w:color w:val="000000" w:themeColor="text1"/>
          <w:sz w:val="24"/>
          <w:szCs w:val="24"/>
          <w:cs/>
          <w:lang w:bidi="ne-NP"/>
        </w:rPr>
        <w:t xml:space="preserve"> गर्न लगाउने र छलफलका विषयहरु </w:t>
      </w:r>
      <w:r w:rsidR="00363745" w:rsidRPr="009C4E79">
        <w:rPr>
          <w:rFonts w:hint="cs"/>
          <w:color w:val="000000" w:themeColor="text1"/>
          <w:sz w:val="24"/>
          <w:szCs w:val="24"/>
          <w:cs/>
          <w:lang w:bidi="ne-NP"/>
        </w:rPr>
        <w:t>टिपोट गर्ने वा गर्न लगाउने ।</w:t>
      </w:r>
    </w:p>
    <w:p w:rsidR="004F5ED2" w:rsidRPr="009C4E79" w:rsidRDefault="00F94DA9" w:rsidP="00E5070D">
      <w:pPr>
        <w:pStyle w:val="ListParagraph"/>
        <w:numPr>
          <w:ilvl w:val="0"/>
          <w:numId w:val="11"/>
        </w:numPr>
        <w:tabs>
          <w:tab w:val="left" w:pos="720"/>
        </w:tabs>
        <w:ind w:left="720" w:firstLine="360"/>
        <w:jc w:val="both"/>
        <w:rPr>
          <w:color w:val="000000" w:themeColor="text1"/>
          <w:sz w:val="24"/>
          <w:szCs w:val="24"/>
          <w:lang w:bidi="ne-NP"/>
        </w:rPr>
      </w:pPr>
      <w:r w:rsidRPr="009C4E79">
        <w:rPr>
          <w:rFonts w:hint="cs"/>
          <w:color w:val="000000" w:themeColor="text1"/>
          <w:sz w:val="24"/>
          <w:szCs w:val="24"/>
          <w:cs/>
          <w:lang w:bidi="ne-NP"/>
        </w:rPr>
        <w:t xml:space="preserve">छलफल हुँदा सवैको विचार संकलन गर्ने र सर्वसम्मत </w:t>
      </w:r>
      <w:r w:rsidR="004F5ED2" w:rsidRPr="009C4E79">
        <w:rPr>
          <w:rFonts w:hint="cs"/>
          <w:color w:val="000000" w:themeColor="text1"/>
          <w:sz w:val="24"/>
          <w:szCs w:val="24"/>
          <w:cs/>
          <w:lang w:bidi="ne-NP"/>
        </w:rPr>
        <w:t>निर्णय गर</w:t>
      </w:r>
      <w:r w:rsidR="00363745" w:rsidRPr="009C4E79">
        <w:rPr>
          <w:rFonts w:hint="cs"/>
          <w:color w:val="000000" w:themeColor="text1"/>
          <w:sz w:val="24"/>
          <w:szCs w:val="24"/>
          <w:cs/>
          <w:lang w:bidi="ne-NP"/>
        </w:rPr>
        <w:t>्न पहल गर्ने ।</w:t>
      </w:r>
    </w:p>
    <w:p w:rsidR="004F5ED2" w:rsidRPr="009C4E79" w:rsidRDefault="00363745" w:rsidP="00E5070D">
      <w:pPr>
        <w:pStyle w:val="ListParagraph"/>
        <w:numPr>
          <w:ilvl w:val="0"/>
          <w:numId w:val="11"/>
        </w:numPr>
        <w:tabs>
          <w:tab w:val="left" w:pos="720"/>
        </w:tabs>
        <w:ind w:left="1080" w:firstLine="0"/>
        <w:jc w:val="both"/>
        <w:rPr>
          <w:color w:val="000000" w:themeColor="text1"/>
          <w:sz w:val="24"/>
          <w:szCs w:val="24"/>
          <w:lang w:bidi="ne-NP"/>
        </w:rPr>
      </w:pPr>
      <w:r w:rsidRPr="009C4E79">
        <w:rPr>
          <w:rFonts w:hint="cs"/>
          <w:color w:val="000000" w:themeColor="text1"/>
          <w:sz w:val="24"/>
          <w:szCs w:val="24"/>
          <w:cs/>
          <w:lang w:bidi="ne-NP"/>
        </w:rPr>
        <w:t xml:space="preserve"> संस्थाका </w:t>
      </w:r>
      <w:r w:rsidR="004F5ED2" w:rsidRPr="009C4E79">
        <w:rPr>
          <w:rFonts w:hint="cs"/>
          <w:color w:val="000000" w:themeColor="text1"/>
          <w:sz w:val="24"/>
          <w:szCs w:val="24"/>
          <w:cs/>
          <w:lang w:bidi="ne-NP"/>
        </w:rPr>
        <w:t>नि</w:t>
      </w:r>
      <w:r w:rsidR="000264F6" w:rsidRPr="009C4E79">
        <w:rPr>
          <w:rFonts w:hint="cs"/>
          <w:color w:val="000000" w:themeColor="text1"/>
          <w:sz w:val="24"/>
          <w:szCs w:val="24"/>
          <w:cs/>
          <w:lang w:bidi="ne-NP"/>
        </w:rPr>
        <w:t>र्णयहरु लागू गर्ने</w:t>
      </w:r>
      <w:r w:rsidR="00814124" w:rsidRPr="009C4E79">
        <w:rPr>
          <w:rFonts w:hint="cs"/>
          <w:color w:val="000000" w:themeColor="text1"/>
          <w:sz w:val="24"/>
          <w:szCs w:val="24"/>
          <w:cs/>
          <w:lang w:bidi="sa-IN"/>
        </w:rPr>
        <w:t>,</w:t>
      </w:r>
      <w:r w:rsidR="000264F6" w:rsidRPr="009C4E79">
        <w:rPr>
          <w:rFonts w:hint="cs"/>
          <w:color w:val="000000" w:themeColor="text1"/>
          <w:sz w:val="24"/>
          <w:szCs w:val="24"/>
          <w:cs/>
          <w:lang w:bidi="ne-NP"/>
        </w:rPr>
        <w:t xml:space="preserve"> गराउने।</w:t>
      </w:r>
    </w:p>
    <w:p w:rsidR="00534086" w:rsidRPr="009C4E79" w:rsidRDefault="00215E5D" w:rsidP="00E5070D">
      <w:pPr>
        <w:pStyle w:val="ListParagraph"/>
        <w:numPr>
          <w:ilvl w:val="0"/>
          <w:numId w:val="11"/>
        </w:numPr>
        <w:tabs>
          <w:tab w:val="left" w:pos="720"/>
        </w:tabs>
        <w:ind w:left="1080" w:firstLine="0"/>
        <w:jc w:val="both"/>
        <w:rPr>
          <w:color w:val="000000" w:themeColor="text1"/>
          <w:sz w:val="24"/>
          <w:szCs w:val="24"/>
          <w:lang w:bidi="ne-NP"/>
        </w:rPr>
      </w:pPr>
      <w:r w:rsidRPr="009C4E79">
        <w:rPr>
          <w:rFonts w:hint="cs"/>
          <w:color w:val="000000" w:themeColor="text1"/>
          <w:sz w:val="24"/>
          <w:szCs w:val="24"/>
          <w:cs/>
          <w:lang w:bidi="ne-NP"/>
        </w:rPr>
        <w:t>संस्थाले प्राप्त गरेको नगद वा जिन्सी सामानको सुरक्षाक</w:t>
      </w:r>
      <w:r w:rsidR="0042115D" w:rsidRPr="009C4E79">
        <w:rPr>
          <w:rFonts w:hint="cs"/>
          <w:color w:val="000000" w:themeColor="text1"/>
          <w:sz w:val="24"/>
          <w:szCs w:val="24"/>
          <w:cs/>
          <w:lang w:bidi="ne-NP"/>
        </w:rPr>
        <w:t>ो</w:t>
      </w:r>
      <w:r w:rsidRPr="009C4E79">
        <w:rPr>
          <w:rFonts w:hint="cs"/>
          <w:color w:val="000000" w:themeColor="text1"/>
          <w:sz w:val="24"/>
          <w:szCs w:val="24"/>
          <w:cs/>
          <w:lang w:bidi="ne-NP"/>
        </w:rPr>
        <w:t xml:space="preserve"> प्रवन्ध मिलाउने</w:t>
      </w:r>
      <w:r w:rsidR="00363745" w:rsidRPr="009C4E79">
        <w:rPr>
          <w:rFonts w:hint="cs"/>
          <w:color w:val="000000" w:themeColor="text1"/>
          <w:sz w:val="24"/>
          <w:szCs w:val="24"/>
          <w:cs/>
          <w:lang w:bidi="ne-NP"/>
        </w:rPr>
        <w:t>।</w:t>
      </w:r>
    </w:p>
    <w:p w:rsidR="00215E5D" w:rsidRPr="009C4E79" w:rsidRDefault="006052B3" w:rsidP="00E5070D">
      <w:pPr>
        <w:pStyle w:val="ListParagraph"/>
        <w:numPr>
          <w:ilvl w:val="0"/>
          <w:numId w:val="11"/>
        </w:numPr>
        <w:tabs>
          <w:tab w:val="left" w:pos="720"/>
        </w:tabs>
        <w:ind w:left="1080" w:firstLine="0"/>
        <w:jc w:val="both"/>
        <w:rPr>
          <w:color w:val="000000" w:themeColor="text1"/>
          <w:sz w:val="24"/>
          <w:szCs w:val="24"/>
          <w:lang w:bidi="ne-NP"/>
        </w:rPr>
      </w:pPr>
      <w:r w:rsidRPr="009C4E79">
        <w:rPr>
          <w:rFonts w:hint="cs"/>
          <w:color w:val="000000" w:themeColor="text1"/>
          <w:sz w:val="24"/>
          <w:szCs w:val="24"/>
          <w:cs/>
          <w:lang w:bidi="ne-NP"/>
        </w:rPr>
        <w:t>आवश्यकता अनुसार विशेष</w:t>
      </w:r>
      <w:r w:rsidR="00852054" w:rsidRPr="009C4E79">
        <w:rPr>
          <w:rFonts w:hint="cs"/>
          <w:color w:val="000000" w:themeColor="text1"/>
          <w:sz w:val="24"/>
          <w:szCs w:val="24"/>
          <w:cs/>
          <w:lang w:bidi="ne-NP"/>
        </w:rPr>
        <w:t xml:space="preserve"> बैठक बोलाउने </w:t>
      </w:r>
      <w:r w:rsidR="000F593B" w:rsidRPr="009C4E79">
        <w:rPr>
          <w:rFonts w:hint="cs"/>
          <w:color w:val="000000" w:themeColor="text1"/>
          <w:sz w:val="24"/>
          <w:szCs w:val="24"/>
          <w:cs/>
          <w:lang w:bidi="ne-NP"/>
        </w:rPr>
        <w:t>।</w:t>
      </w:r>
    </w:p>
    <w:p w:rsidR="00852054" w:rsidRPr="009C4E79" w:rsidRDefault="00852054" w:rsidP="004B3B09">
      <w:pPr>
        <w:pStyle w:val="ListParagraph"/>
        <w:numPr>
          <w:ilvl w:val="0"/>
          <w:numId w:val="11"/>
        </w:numPr>
        <w:tabs>
          <w:tab w:val="left" w:pos="720"/>
        </w:tabs>
        <w:ind w:left="1080" w:firstLine="0"/>
        <w:jc w:val="both"/>
        <w:rPr>
          <w:color w:val="000000" w:themeColor="text1"/>
          <w:sz w:val="24"/>
          <w:szCs w:val="24"/>
          <w:lang w:bidi="ne-NP"/>
        </w:rPr>
      </w:pPr>
      <w:r w:rsidRPr="009C4E79">
        <w:rPr>
          <w:rFonts w:hint="cs"/>
          <w:color w:val="000000" w:themeColor="text1"/>
          <w:sz w:val="24"/>
          <w:szCs w:val="24"/>
          <w:cs/>
          <w:lang w:bidi="ne-NP"/>
        </w:rPr>
        <w:lastRenderedPageBreak/>
        <w:t>कार्यविधि बमोजिम अन्य कार्यहरु गर्ने</w:t>
      </w:r>
      <w:r w:rsidR="000F593B" w:rsidRPr="009C4E79">
        <w:rPr>
          <w:rFonts w:hint="cs"/>
          <w:color w:val="000000" w:themeColor="text1"/>
          <w:sz w:val="24"/>
          <w:szCs w:val="24"/>
          <w:cs/>
          <w:lang w:bidi="ne-NP"/>
        </w:rPr>
        <w:t xml:space="preserve"> ।</w:t>
      </w:r>
    </w:p>
    <w:p w:rsidR="000471BA" w:rsidRPr="009C4E79" w:rsidRDefault="000471BA" w:rsidP="00A3071D">
      <w:pPr>
        <w:pStyle w:val="ListParagraph"/>
        <w:tabs>
          <w:tab w:val="left" w:pos="720"/>
        </w:tabs>
        <w:ind w:left="1620" w:firstLine="90"/>
        <w:jc w:val="both"/>
        <w:rPr>
          <w:color w:val="000000" w:themeColor="text1"/>
          <w:sz w:val="24"/>
          <w:szCs w:val="24"/>
          <w:lang w:bidi="ne-NP"/>
        </w:rPr>
      </w:pPr>
    </w:p>
    <w:p w:rsidR="0055044C" w:rsidRPr="009C4E79" w:rsidRDefault="00396850" w:rsidP="004B3B09">
      <w:pPr>
        <w:pStyle w:val="ListParagraph"/>
        <w:numPr>
          <w:ilvl w:val="0"/>
          <w:numId w:val="10"/>
        </w:numPr>
        <w:tabs>
          <w:tab w:val="left" w:pos="450"/>
          <w:tab w:val="left" w:pos="900"/>
        </w:tabs>
        <w:ind w:left="1260" w:hanging="810"/>
        <w:jc w:val="both"/>
        <w:rPr>
          <w:color w:val="000000" w:themeColor="text1"/>
          <w:sz w:val="24"/>
          <w:szCs w:val="24"/>
          <w:u w:val="single"/>
          <w:lang w:bidi="ne-NP"/>
        </w:rPr>
      </w:pPr>
      <w:r w:rsidRPr="009C4E79">
        <w:rPr>
          <w:rFonts w:hint="cs"/>
          <w:color w:val="000000" w:themeColor="text1"/>
          <w:sz w:val="24"/>
          <w:szCs w:val="24"/>
          <w:u w:val="single"/>
          <w:cs/>
          <w:lang w:bidi="ne-NP"/>
        </w:rPr>
        <w:t>उपाध्यक्षको काम कर्तव्य र अधिकार</w:t>
      </w:r>
      <w:r w:rsidRPr="009C4E79">
        <w:rPr>
          <w:color w:val="000000" w:themeColor="text1"/>
          <w:sz w:val="24"/>
          <w:szCs w:val="24"/>
          <w:u w:val="single"/>
          <w:lang w:bidi="ne-NP"/>
        </w:rPr>
        <w:t>:</w:t>
      </w:r>
    </w:p>
    <w:p w:rsidR="00396850" w:rsidRPr="009C4E79" w:rsidRDefault="004B3B09" w:rsidP="004B3B09">
      <w:pPr>
        <w:pStyle w:val="ListParagraph"/>
        <w:numPr>
          <w:ilvl w:val="0"/>
          <w:numId w:val="12"/>
        </w:numPr>
        <w:tabs>
          <w:tab w:val="left" w:pos="720"/>
        </w:tabs>
        <w:ind w:left="1350" w:hanging="270"/>
        <w:jc w:val="both"/>
        <w:rPr>
          <w:color w:val="000000" w:themeColor="text1"/>
          <w:sz w:val="24"/>
          <w:szCs w:val="24"/>
          <w:lang w:bidi="ne-NP"/>
        </w:rPr>
      </w:pPr>
      <w:r>
        <w:rPr>
          <w:rFonts w:hint="cs"/>
          <w:color w:val="000000" w:themeColor="text1"/>
          <w:sz w:val="24"/>
          <w:szCs w:val="24"/>
          <w:cs/>
          <w:lang w:bidi="ne-NP"/>
        </w:rPr>
        <w:t xml:space="preserve"> </w:t>
      </w:r>
      <w:r w:rsidR="00396850" w:rsidRPr="009C4E79">
        <w:rPr>
          <w:rFonts w:hint="cs"/>
          <w:color w:val="000000" w:themeColor="text1"/>
          <w:sz w:val="24"/>
          <w:szCs w:val="24"/>
          <w:cs/>
          <w:lang w:bidi="ne-NP"/>
        </w:rPr>
        <w:t xml:space="preserve">अध्यक्षको </w:t>
      </w:r>
      <w:r w:rsidR="00232F1E" w:rsidRPr="009C4E79">
        <w:rPr>
          <w:rFonts w:hint="cs"/>
          <w:color w:val="000000" w:themeColor="text1"/>
          <w:sz w:val="24"/>
          <w:szCs w:val="24"/>
          <w:cs/>
          <w:lang w:bidi="ne-NP"/>
        </w:rPr>
        <w:t>अनुपस्थितिमा अध्यक्षले गर्ने भ</w:t>
      </w:r>
      <w:r w:rsidR="00814124" w:rsidRPr="009C4E79">
        <w:rPr>
          <w:rFonts w:hint="cs"/>
          <w:color w:val="000000" w:themeColor="text1"/>
          <w:sz w:val="24"/>
          <w:szCs w:val="24"/>
          <w:cs/>
          <w:lang w:bidi="ne-NP"/>
        </w:rPr>
        <w:t>नी</w:t>
      </w:r>
      <w:r w:rsidR="00232F1E" w:rsidRPr="009C4E79">
        <w:rPr>
          <w:rFonts w:hint="cs"/>
          <w:color w:val="000000" w:themeColor="text1"/>
          <w:sz w:val="24"/>
          <w:szCs w:val="24"/>
          <w:cs/>
          <w:lang w:bidi="ne-NP"/>
        </w:rPr>
        <w:t xml:space="preserve"> तोकिएका कार्यहरु गर्ने ।</w:t>
      </w:r>
    </w:p>
    <w:p w:rsidR="00392B14" w:rsidRPr="009C4E79" w:rsidRDefault="004B3B09" w:rsidP="004B3B09">
      <w:pPr>
        <w:pStyle w:val="ListParagraph"/>
        <w:numPr>
          <w:ilvl w:val="0"/>
          <w:numId w:val="12"/>
        </w:numPr>
        <w:tabs>
          <w:tab w:val="left" w:pos="720"/>
        </w:tabs>
        <w:ind w:left="1350" w:hanging="270"/>
        <w:jc w:val="both"/>
        <w:rPr>
          <w:color w:val="000000" w:themeColor="text1"/>
          <w:sz w:val="24"/>
          <w:szCs w:val="24"/>
          <w:lang w:bidi="ne-NP"/>
        </w:rPr>
      </w:pPr>
      <w:r>
        <w:rPr>
          <w:rFonts w:hint="cs"/>
          <w:color w:val="000000" w:themeColor="text1"/>
          <w:sz w:val="24"/>
          <w:szCs w:val="24"/>
          <w:cs/>
          <w:lang w:bidi="ne-NP"/>
        </w:rPr>
        <w:t xml:space="preserve"> </w:t>
      </w:r>
      <w:r w:rsidR="00392B14" w:rsidRPr="009C4E79">
        <w:rPr>
          <w:rFonts w:hint="cs"/>
          <w:color w:val="000000" w:themeColor="text1"/>
          <w:sz w:val="24"/>
          <w:szCs w:val="24"/>
          <w:cs/>
          <w:lang w:bidi="ne-NP"/>
        </w:rPr>
        <w:t>कार्य समितिले तोकेका अन्य कार्यहरु गर्ने।</w:t>
      </w:r>
    </w:p>
    <w:p w:rsidR="00396850" w:rsidRPr="009C4E79" w:rsidRDefault="00396850" w:rsidP="004B3B09">
      <w:pPr>
        <w:pStyle w:val="ListParagraph"/>
        <w:numPr>
          <w:ilvl w:val="0"/>
          <w:numId w:val="10"/>
        </w:numPr>
        <w:tabs>
          <w:tab w:val="left" w:pos="450"/>
          <w:tab w:val="left" w:pos="900"/>
        </w:tabs>
        <w:ind w:left="1260" w:hanging="810"/>
        <w:jc w:val="both"/>
        <w:rPr>
          <w:color w:val="000000" w:themeColor="text1"/>
          <w:sz w:val="24"/>
          <w:szCs w:val="24"/>
          <w:u w:val="single"/>
          <w:lang w:bidi="ne-NP"/>
        </w:rPr>
      </w:pPr>
      <w:r w:rsidRPr="009C4E79">
        <w:rPr>
          <w:rFonts w:hint="cs"/>
          <w:color w:val="000000" w:themeColor="text1"/>
          <w:sz w:val="24"/>
          <w:szCs w:val="24"/>
          <w:u w:val="single"/>
          <w:cs/>
          <w:lang w:bidi="ne-NP"/>
        </w:rPr>
        <w:t>सचिवको काम, कर्तव्य र अधिकारः</w:t>
      </w:r>
    </w:p>
    <w:p w:rsidR="00C30CD0" w:rsidRPr="009C4E79" w:rsidRDefault="00C30CD0" w:rsidP="004B3B09">
      <w:pPr>
        <w:pStyle w:val="ListParagraph"/>
        <w:numPr>
          <w:ilvl w:val="0"/>
          <w:numId w:val="13"/>
        </w:numPr>
        <w:ind w:left="1440"/>
        <w:jc w:val="both"/>
        <w:rPr>
          <w:color w:val="000000" w:themeColor="text1"/>
          <w:sz w:val="24"/>
          <w:szCs w:val="24"/>
          <w:lang w:bidi="ne-NP"/>
        </w:rPr>
      </w:pPr>
      <w:r w:rsidRPr="009C4E79">
        <w:rPr>
          <w:rFonts w:hint="cs"/>
          <w:color w:val="000000" w:themeColor="text1"/>
          <w:sz w:val="24"/>
          <w:szCs w:val="24"/>
          <w:cs/>
          <w:lang w:bidi="ne-NP"/>
        </w:rPr>
        <w:t>अध्यक्षको आदेशअनुसार बैठक बोलाउने</w:t>
      </w:r>
      <w:r w:rsidR="00D24697" w:rsidRPr="009C4E79">
        <w:rPr>
          <w:rFonts w:hint="cs"/>
          <w:color w:val="000000" w:themeColor="text1"/>
          <w:sz w:val="24"/>
          <w:szCs w:val="24"/>
          <w:cs/>
          <w:lang w:bidi="ne-NP"/>
        </w:rPr>
        <w:t xml:space="preserve"> ।</w:t>
      </w:r>
    </w:p>
    <w:p w:rsidR="00C30CD0" w:rsidRPr="009C4E79" w:rsidRDefault="0084212A" w:rsidP="004B3B09">
      <w:pPr>
        <w:pStyle w:val="ListParagraph"/>
        <w:numPr>
          <w:ilvl w:val="0"/>
          <w:numId w:val="13"/>
        </w:numPr>
        <w:tabs>
          <w:tab w:val="left" w:pos="720"/>
        </w:tabs>
        <w:ind w:left="1440"/>
        <w:jc w:val="both"/>
        <w:rPr>
          <w:color w:val="000000" w:themeColor="text1"/>
          <w:sz w:val="24"/>
          <w:szCs w:val="24"/>
          <w:lang w:bidi="ne-NP"/>
        </w:rPr>
      </w:pPr>
      <w:r w:rsidRPr="009C4E79">
        <w:rPr>
          <w:rFonts w:hint="cs"/>
          <w:color w:val="000000" w:themeColor="text1"/>
          <w:sz w:val="24"/>
          <w:szCs w:val="24"/>
          <w:cs/>
          <w:lang w:bidi="ne-NP"/>
        </w:rPr>
        <w:t>छलफलका प्रस्तावहरु संकलन गरी</w:t>
      </w:r>
      <w:r w:rsidR="00C30CD0" w:rsidRPr="009C4E79">
        <w:rPr>
          <w:rFonts w:hint="cs"/>
          <w:color w:val="000000" w:themeColor="text1"/>
          <w:sz w:val="24"/>
          <w:szCs w:val="24"/>
          <w:cs/>
          <w:lang w:bidi="ne-NP"/>
        </w:rPr>
        <w:t xml:space="preserve"> बैठकमा पेश गर्ने र बैठकको </w:t>
      </w:r>
      <w:r w:rsidRPr="009C4E79">
        <w:rPr>
          <w:rFonts w:hint="cs"/>
          <w:color w:val="000000" w:themeColor="text1"/>
          <w:sz w:val="24"/>
          <w:szCs w:val="24"/>
          <w:cs/>
          <w:lang w:bidi="ne-NP"/>
        </w:rPr>
        <w:t xml:space="preserve">निर्णय लेखी </w:t>
      </w:r>
      <w:r w:rsidR="00EC3768" w:rsidRPr="009C4E79">
        <w:rPr>
          <w:rFonts w:hint="cs"/>
          <w:color w:val="000000" w:themeColor="text1"/>
          <w:sz w:val="24"/>
          <w:szCs w:val="24"/>
          <w:cs/>
          <w:lang w:bidi="ne-NP"/>
        </w:rPr>
        <w:t xml:space="preserve">निर्णय प्रमाणित गराउने </w:t>
      </w:r>
      <w:r w:rsidR="00D24697" w:rsidRPr="009C4E79">
        <w:rPr>
          <w:rFonts w:hint="cs"/>
          <w:color w:val="000000" w:themeColor="text1"/>
          <w:sz w:val="24"/>
          <w:szCs w:val="24"/>
          <w:cs/>
          <w:lang w:bidi="ne-NP"/>
        </w:rPr>
        <w:t>।</w:t>
      </w:r>
    </w:p>
    <w:p w:rsidR="00EC3768" w:rsidRPr="009C4E79" w:rsidRDefault="00EC3768" w:rsidP="004B3B09">
      <w:pPr>
        <w:pStyle w:val="ListParagraph"/>
        <w:numPr>
          <w:ilvl w:val="0"/>
          <w:numId w:val="13"/>
        </w:numPr>
        <w:tabs>
          <w:tab w:val="left" w:pos="720"/>
        </w:tabs>
        <w:ind w:left="1440"/>
        <w:jc w:val="both"/>
        <w:rPr>
          <w:color w:val="000000" w:themeColor="text1"/>
          <w:sz w:val="24"/>
          <w:szCs w:val="24"/>
          <w:lang w:bidi="ne-NP"/>
        </w:rPr>
      </w:pPr>
      <w:r w:rsidRPr="009C4E79">
        <w:rPr>
          <w:rFonts w:hint="cs"/>
          <w:color w:val="000000" w:themeColor="text1"/>
          <w:sz w:val="24"/>
          <w:szCs w:val="24"/>
          <w:cs/>
          <w:lang w:bidi="ne-NP"/>
        </w:rPr>
        <w:t xml:space="preserve">संस्थाको </w:t>
      </w:r>
      <w:r w:rsidR="00264FB3" w:rsidRPr="009C4E79">
        <w:rPr>
          <w:rFonts w:hint="cs"/>
          <w:color w:val="000000" w:themeColor="text1"/>
          <w:sz w:val="24"/>
          <w:szCs w:val="24"/>
          <w:cs/>
          <w:lang w:bidi="ne-NP"/>
        </w:rPr>
        <w:t>क्रियाकलापको बारेमा सदस्य</w:t>
      </w:r>
      <w:r w:rsidR="00232F1E" w:rsidRPr="009C4E79">
        <w:rPr>
          <w:rFonts w:hint="cs"/>
          <w:color w:val="000000" w:themeColor="text1"/>
          <w:sz w:val="24"/>
          <w:szCs w:val="24"/>
          <w:cs/>
          <w:lang w:bidi="ne-NP"/>
        </w:rPr>
        <w:t>हरु</w:t>
      </w:r>
      <w:r w:rsidR="00264FB3" w:rsidRPr="009C4E79">
        <w:rPr>
          <w:rFonts w:hint="cs"/>
          <w:color w:val="000000" w:themeColor="text1"/>
          <w:sz w:val="24"/>
          <w:szCs w:val="24"/>
          <w:cs/>
          <w:lang w:bidi="ne-NP"/>
        </w:rPr>
        <w:t>लाई जानकारी गराउने</w:t>
      </w:r>
      <w:r w:rsidR="00392B14" w:rsidRPr="009C4E79">
        <w:rPr>
          <w:rFonts w:hint="cs"/>
          <w:color w:val="000000" w:themeColor="text1"/>
          <w:sz w:val="24"/>
          <w:szCs w:val="24"/>
          <w:cs/>
          <w:lang w:bidi="ne-NP"/>
        </w:rPr>
        <w:t>।</w:t>
      </w:r>
    </w:p>
    <w:p w:rsidR="00264FB3" w:rsidRPr="009C4E79" w:rsidRDefault="00D24697" w:rsidP="004B3B09">
      <w:pPr>
        <w:pStyle w:val="ListParagraph"/>
        <w:numPr>
          <w:ilvl w:val="0"/>
          <w:numId w:val="13"/>
        </w:numPr>
        <w:tabs>
          <w:tab w:val="left" w:pos="720"/>
        </w:tabs>
        <w:ind w:left="1440"/>
        <w:jc w:val="both"/>
        <w:rPr>
          <w:color w:val="000000" w:themeColor="text1"/>
          <w:sz w:val="24"/>
          <w:szCs w:val="24"/>
          <w:lang w:bidi="ne-NP"/>
        </w:rPr>
      </w:pPr>
      <w:r w:rsidRPr="009C4E79">
        <w:rPr>
          <w:rFonts w:hint="cs"/>
          <w:color w:val="000000" w:themeColor="text1"/>
          <w:sz w:val="24"/>
          <w:szCs w:val="24"/>
          <w:cs/>
          <w:lang w:bidi="ne-NP"/>
        </w:rPr>
        <w:t>कार्यसमितिले तोके</w:t>
      </w:r>
      <w:r w:rsidR="00264FB3" w:rsidRPr="009C4E79">
        <w:rPr>
          <w:rFonts w:hint="cs"/>
          <w:color w:val="000000" w:themeColor="text1"/>
          <w:sz w:val="24"/>
          <w:szCs w:val="24"/>
          <w:cs/>
          <w:lang w:bidi="ne-NP"/>
        </w:rPr>
        <w:t>का अन्य कार्य</w:t>
      </w:r>
      <w:r w:rsidRPr="009C4E79">
        <w:rPr>
          <w:rFonts w:hint="cs"/>
          <w:color w:val="000000" w:themeColor="text1"/>
          <w:sz w:val="24"/>
          <w:szCs w:val="24"/>
          <w:cs/>
          <w:lang w:bidi="ne-NP"/>
        </w:rPr>
        <w:t>हरु</w:t>
      </w:r>
      <w:r w:rsidR="00264FB3" w:rsidRPr="009C4E79">
        <w:rPr>
          <w:rFonts w:hint="cs"/>
          <w:color w:val="000000" w:themeColor="text1"/>
          <w:sz w:val="24"/>
          <w:szCs w:val="24"/>
          <w:cs/>
          <w:lang w:bidi="ne-NP"/>
        </w:rPr>
        <w:t xml:space="preserve"> गर्ने</w:t>
      </w:r>
      <w:r w:rsidRPr="009C4E79">
        <w:rPr>
          <w:rFonts w:hint="cs"/>
          <w:color w:val="000000" w:themeColor="text1"/>
          <w:sz w:val="24"/>
          <w:szCs w:val="24"/>
          <w:cs/>
          <w:lang w:bidi="ne-NP"/>
        </w:rPr>
        <w:t xml:space="preserve"> ।</w:t>
      </w:r>
    </w:p>
    <w:p w:rsidR="00D24697" w:rsidRPr="009C4E79" w:rsidRDefault="00D24697" w:rsidP="00A3071D">
      <w:pPr>
        <w:pStyle w:val="ListParagraph"/>
        <w:tabs>
          <w:tab w:val="left" w:pos="720"/>
        </w:tabs>
        <w:ind w:left="1620" w:firstLine="90"/>
        <w:jc w:val="both"/>
        <w:rPr>
          <w:color w:val="000000" w:themeColor="text1"/>
          <w:sz w:val="24"/>
          <w:szCs w:val="24"/>
          <w:lang w:bidi="ne-NP"/>
        </w:rPr>
      </w:pPr>
    </w:p>
    <w:p w:rsidR="00232C13" w:rsidRPr="009C4E79" w:rsidRDefault="00E419CC" w:rsidP="004B3B09">
      <w:pPr>
        <w:pStyle w:val="ListParagraph"/>
        <w:numPr>
          <w:ilvl w:val="0"/>
          <w:numId w:val="10"/>
        </w:numPr>
        <w:tabs>
          <w:tab w:val="left" w:pos="450"/>
          <w:tab w:val="left" w:pos="900"/>
        </w:tabs>
        <w:ind w:left="1260" w:hanging="810"/>
        <w:jc w:val="both"/>
        <w:rPr>
          <w:color w:val="000000" w:themeColor="text1"/>
          <w:sz w:val="24"/>
          <w:szCs w:val="24"/>
          <w:u w:val="single"/>
          <w:lang w:bidi="ne-NP"/>
        </w:rPr>
      </w:pPr>
      <w:r w:rsidRPr="009C4E79">
        <w:rPr>
          <w:rFonts w:hint="cs"/>
          <w:color w:val="000000" w:themeColor="text1"/>
          <w:sz w:val="24"/>
          <w:szCs w:val="24"/>
          <w:u w:val="single"/>
          <w:cs/>
          <w:lang w:bidi="ne-NP"/>
        </w:rPr>
        <w:t>कोषाध्यक्षको काम, कर्तव्य र अधिकार</w:t>
      </w:r>
    </w:p>
    <w:p w:rsidR="00232C13" w:rsidRPr="009C4E79" w:rsidRDefault="00232C13" w:rsidP="004B3B09">
      <w:pPr>
        <w:pStyle w:val="ListParagraph"/>
        <w:numPr>
          <w:ilvl w:val="0"/>
          <w:numId w:val="14"/>
        </w:numPr>
        <w:ind w:left="1440"/>
        <w:jc w:val="both"/>
        <w:rPr>
          <w:color w:val="000000" w:themeColor="text1"/>
          <w:sz w:val="24"/>
          <w:szCs w:val="24"/>
          <w:lang w:bidi="ne-NP"/>
        </w:rPr>
      </w:pPr>
      <w:r w:rsidRPr="009C4E79">
        <w:rPr>
          <w:rFonts w:hint="cs"/>
          <w:color w:val="000000" w:themeColor="text1"/>
          <w:sz w:val="24"/>
          <w:szCs w:val="24"/>
          <w:cs/>
          <w:lang w:bidi="ne-NP"/>
        </w:rPr>
        <w:t xml:space="preserve">संस्थाको आम्दानी र खर्चको </w:t>
      </w:r>
      <w:r w:rsidR="00954352" w:rsidRPr="009C4E79">
        <w:rPr>
          <w:rFonts w:hint="cs"/>
          <w:color w:val="000000" w:themeColor="text1"/>
          <w:sz w:val="24"/>
          <w:szCs w:val="24"/>
          <w:cs/>
          <w:lang w:bidi="ne-NP"/>
        </w:rPr>
        <w:t xml:space="preserve">हिसाब राख्ने तथा </w:t>
      </w:r>
      <w:r w:rsidRPr="009C4E79">
        <w:rPr>
          <w:rFonts w:hint="cs"/>
          <w:color w:val="000000" w:themeColor="text1"/>
          <w:sz w:val="24"/>
          <w:szCs w:val="24"/>
          <w:cs/>
          <w:lang w:bidi="ne-NP"/>
        </w:rPr>
        <w:t>विवरण तयार गर्ने</w:t>
      </w:r>
      <w:r w:rsidR="00DE7BE3" w:rsidRPr="009C4E79">
        <w:rPr>
          <w:rFonts w:hint="cs"/>
          <w:color w:val="000000" w:themeColor="text1"/>
          <w:sz w:val="24"/>
          <w:szCs w:val="24"/>
          <w:cs/>
          <w:lang w:bidi="ne-NP"/>
        </w:rPr>
        <w:t>।</w:t>
      </w:r>
    </w:p>
    <w:p w:rsidR="00892397" w:rsidRPr="009C4E79" w:rsidRDefault="00892397" w:rsidP="004B3B09">
      <w:pPr>
        <w:pStyle w:val="ListParagraph"/>
        <w:numPr>
          <w:ilvl w:val="0"/>
          <w:numId w:val="14"/>
        </w:numPr>
        <w:ind w:left="1440"/>
        <w:jc w:val="both"/>
        <w:rPr>
          <w:color w:val="000000" w:themeColor="text1"/>
          <w:sz w:val="24"/>
          <w:szCs w:val="24"/>
          <w:lang w:bidi="ne-NP"/>
        </w:rPr>
      </w:pPr>
      <w:r w:rsidRPr="009C4E79">
        <w:rPr>
          <w:rFonts w:hint="cs"/>
          <w:color w:val="000000" w:themeColor="text1"/>
          <w:sz w:val="24"/>
          <w:szCs w:val="24"/>
          <w:cs/>
          <w:lang w:bidi="ne-NP"/>
        </w:rPr>
        <w:t xml:space="preserve">बैंकमा खाता संचालन गर्दा संयुक्त रुपमा खाता संचालन </w:t>
      </w:r>
      <w:r w:rsidR="006123F0" w:rsidRPr="009C4E79">
        <w:rPr>
          <w:rFonts w:hint="cs"/>
          <w:color w:val="000000" w:themeColor="text1"/>
          <w:sz w:val="24"/>
          <w:szCs w:val="24"/>
          <w:cs/>
          <w:lang w:bidi="ne-NP"/>
        </w:rPr>
        <w:t>गर्ने</w:t>
      </w:r>
      <w:r w:rsidR="00DE7BE3" w:rsidRPr="009C4E79">
        <w:rPr>
          <w:rFonts w:hint="cs"/>
          <w:color w:val="000000" w:themeColor="text1"/>
          <w:sz w:val="24"/>
          <w:szCs w:val="24"/>
          <w:cs/>
          <w:lang w:bidi="ne-NP"/>
        </w:rPr>
        <w:t>।</w:t>
      </w:r>
    </w:p>
    <w:p w:rsidR="006123F0" w:rsidRPr="009C4E79" w:rsidRDefault="006123F0" w:rsidP="004B3B09">
      <w:pPr>
        <w:pStyle w:val="ListParagraph"/>
        <w:numPr>
          <w:ilvl w:val="0"/>
          <w:numId w:val="14"/>
        </w:numPr>
        <w:ind w:left="1440"/>
        <w:jc w:val="both"/>
        <w:rPr>
          <w:color w:val="000000" w:themeColor="text1"/>
          <w:sz w:val="24"/>
          <w:szCs w:val="24"/>
          <w:lang w:bidi="ne-NP"/>
        </w:rPr>
      </w:pPr>
      <w:r w:rsidRPr="009C4E79">
        <w:rPr>
          <w:rFonts w:hint="cs"/>
          <w:color w:val="000000" w:themeColor="text1"/>
          <w:sz w:val="24"/>
          <w:szCs w:val="24"/>
          <w:cs/>
          <w:lang w:bidi="ne-NP"/>
        </w:rPr>
        <w:t>संस्थाको नगद र जिन्सी सामानको जिम्मा लिई सुरक्षा गर्ने</w:t>
      </w:r>
      <w:r w:rsidR="00DE7BE3" w:rsidRPr="009C4E79">
        <w:rPr>
          <w:rFonts w:hint="cs"/>
          <w:color w:val="000000" w:themeColor="text1"/>
          <w:sz w:val="24"/>
          <w:szCs w:val="24"/>
          <w:cs/>
          <w:lang w:bidi="ne-NP"/>
        </w:rPr>
        <w:t>।</w:t>
      </w:r>
    </w:p>
    <w:p w:rsidR="00D24697" w:rsidRPr="009C4E79" w:rsidRDefault="00D24697" w:rsidP="004B3B09">
      <w:pPr>
        <w:pStyle w:val="ListParagraph"/>
        <w:numPr>
          <w:ilvl w:val="0"/>
          <w:numId w:val="14"/>
        </w:numPr>
        <w:ind w:left="1440"/>
        <w:jc w:val="both"/>
        <w:rPr>
          <w:color w:val="000000" w:themeColor="text1"/>
          <w:sz w:val="24"/>
          <w:szCs w:val="24"/>
          <w:lang w:bidi="ne-NP"/>
        </w:rPr>
      </w:pPr>
      <w:r w:rsidRPr="009C4E79">
        <w:rPr>
          <w:rFonts w:hint="cs"/>
          <w:color w:val="000000" w:themeColor="text1"/>
          <w:sz w:val="24"/>
          <w:szCs w:val="24"/>
          <w:cs/>
          <w:lang w:bidi="ne-NP"/>
        </w:rPr>
        <w:t>कार्यसमितिले तोकेका अन्य कार्यहरु गर्ने ।</w:t>
      </w:r>
    </w:p>
    <w:p w:rsidR="00DE7BE3" w:rsidRPr="009C4E79" w:rsidRDefault="00DE7BE3" w:rsidP="00A3071D">
      <w:pPr>
        <w:pStyle w:val="ListParagraph"/>
        <w:tabs>
          <w:tab w:val="left" w:pos="720"/>
        </w:tabs>
        <w:ind w:left="1620" w:firstLine="90"/>
        <w:jc w:val="both"/>
        <w:rPr>
          <w:color w:val="000000" w:themeColor="text1"/>
          <w:sz w:val="24"/>
          <w:szCs w:val="24"/>
          <w:lang w:bidi="ne-NP"/>
        </w:rPr>
      </w:pPr>
    </w:p>
    <w:p w:rsidR="00E419CC" w:rsidRPr="009C4E79" w:rsidRDefault="00232C13" w:rsidP="004B3B09">
      <w:pPr>
        <w:pStyle w:val="ListParagraph"/>
        <w:numPr>
          <w:ilvl w:val="0"/>
          <w:numId w:val="10"/>
        </w:numPr>
        <w:tabs>
          <w:tab w:val="left" w:pos="450"/>
          <w:tab w:val="left" w:pos="900"/>
        </w:tabs>
        <w:ind w:left="1260" w:hanging="810"/>
        <w:jc w:val="both"/>
        <w:rPr>
          <w:color w:val="000000" w:themeColor="text1"/>
          <w:sz w:val="24"/>
          <w:szCs w:val="24"/>
          <w:u w:val="single"/>
          <w:lang w:bidi="ne-NP"/>
        </w:rPr>
      </w:pPr>
      <w:r w:rsidRPr="009C4E79">
        <w:rPr>
          <w:rFonts w:hint="cs"/>
          <w:color w:val="000000" w:themeColor="text1"/>
          <w:sz w:val="24"/>
          <w:szCs w:val="24"/>
          <w:u w:val="single"/>
          <w:cs/>
          <w:lang w:bidi="ne-NP"/>
        </w:rPr>
        <w:t>सदस्यहरुको काम,कर्तव्य र अधिकार</w:t>
      </w:r>
    </w:p>
    <w:p w:rsidR="00C03DDA" w:rsidRPr="009C4E79" w:rsidRDefault="00C03DDA" w:rsidP="00A3071D">
      <w:pPr>
        <w:pStyle w:val="ListParagraph"/>
        <w:tabs>
          <w:tab w:val="left" w:pos="720"/>
        </w:tabs>
        <w:ind w:left="1620" w:firstLine="90"/>
        <w:jc w:val="both"/>
        <w:rPr>
          <w:color w:val="000000" w:themeColor="text1"/>
          <w:sz w:val="24"/>
          <w:szCs w:val="24"/>
          <w:lang w:bidi="ne-NP"/>
        </w:rPr>
      </w:pPr>
    </w:p>
    <w:p w:rsidR="00954352" w:rsidRPr="009C4E79" w:rsidRDefault="00954352" w:rsidP="004B3B09">
      <w:pPr>
        <w:pStyle w:val="ListParagraph"/>
        <w:numPr>
          <w:ilvl w:val="0"/>
          <w:numId w:val="15"/>
        </w:numPr>
        <w:tabs>
          <w:tab w:val="left" w:pos="1350"/>
        </w:tabs>
        <w:ind w:left="1260" w:hanging="270"/>
        <w:jc w:val="both"/>
        <w:rPr>
          <w:color w:val="000000" w:themeColor="text1"/>
          <w:sz w:val="24"/>
          <w:szCs w:val="24"/>
          <w:lang w:bidi="ne-NP"/>
        </w:rPr>
      </w:pPr>
      <w:r w:rsidRPr="009C4E79">
        <w:rPr>
          <w:color w:val="000000" w:themeColor="text1"/>
          <w:sz w:val="24"/>
          <w:szCs w:val="24"/>
          <w:cs/>
          <w:lang w:bidi="ne-NP"/>
        </w:rPr>
        <w:t xml:space="preserve">समितिको बैठकमा उपस्थित हुने र छलफलमा सक्रीय रुपमा सहभागी हुने। </w:t>
      </w:r>
    </w:p>
    <w:p w:rsidR="00C03DDA" w:rsidRPr="009C4E79" w:rsidRDefault="00954352" w:rsidP="004B3B09">
      <w:pPr>
        <w:pStyle w:val="ListParagraph"/>
        <w:numPr>
          <w:ilvl w:val="0"/>
          <w:numId w:val="15"/>
        </w:numPr>
        <w:tabs>
          <w:tab w:val="left" w:pos="1350"/>
        </w:tabs>
        <w:ind w:left="1260" w:hanging="270"/>
        <w:jc w:val="both"/>
        <w:rPr>
          <w:color w:val="000000" w:themeColor="text1"/>
          <w:sz w:val="24"/>
          <w:szCs w:val="24"/>
          <w:lang w:bidi="ne-NP"/>
        </w:rPr>
      </w:pPr>
      <w:r w:rsidRPr="009C4E79">
        <w:rPr>
          <w:rFonts w:hint="cs"/>
          <w:color w:val="000000" w:themeColor="text1"/>
          <w:sz w:val="24"/>
          <w:szCs w:val="24"/>
          <w:cs/>
          <w:lang w:bidi="ne-NP"/>
        </w:rPr>
        <w:t xml:space="preserve">समितिको निर्णय कार्यान्वयनमा सहयोग गर्ने। समितिको निर्णय कार्यान्वयन भए नभएको हेरी </w:t>
      </w:r>
      <w:r w:rsidR="00C03DDA" w:rsidRPr="009C4E79">
        <w:rPr>
          <w:color w:val="000000" w:themeColor="text1"/>
          <w:sz w:val="24"/>
          <w:szCs w:val="24"/>
          <w:cs/>
          <w:lang w:bidi="ne-NP"/>
        </w:rPr>
        <w:t xml:space="preserve">आवश्यकताअनुसार </w:t>
      </w:r>
      <w:r w:rsidRPr="009C4E79">
        <w:rPr>
          <w:rFonts w:hint="cs"/>
          <w:color w:val="000000" w:themeColor="text1"/>
          <w:sz w:val="24"/>
          <w:szCs w:val="24"/>
          <w:cs/>
          <w:lang w:bidi="ne-NP"/>
        </w:rPr>
        <w:t xml:space="preserve">समितिको बैठकमा छलफलमा ल्याउने। </w:t>
      </w:r>
    </w:p>
    <w:p w:rsidR="00C03DDA" w:rsidRPr="009C4E79" w:rsidRDefault="00191DD4" w:rsidP="004B3B09">
      <w:pPr>
        <w:pStyle w:val="ListParagraph"/>
        <w:numPr>
          <w:ilvl w:val="0"/>
          <w:numId w:val="15"/>
        </w:numPr>
        <w:tabs>
          <w:tab w:val="left" w:pos="1350"/>
        </w:tabs>
        <w:ind w:left="1260" w:hanging="270"/>
        <w:jc w:val="both"/>
        <w:rPr>
          <w:color w:val="000000" w:themeColor="text1"/>
          <w:sz w:val="24"/>
          <w:szCs w:val="24"/>
          <w:lang w:bidi="ne-NP"/>
        </w:rPr>
      </w:pPr>
      <w:r w:rsidRPr="009C4E79">
        <w:rPr>
          <w:rFonts w:hint="cs"/>
          <w:color w:val="000000" w:themeColor="text1"/>
          <w:sz w:val="24"/>
          <w:szCs w:val="24"/>
          <w:cs/>
          <w:lang w:bidi="ne-NP"/>
        </w:rPr>
        <w:t>आवश्</w:t>
      </w:r>
      <w:r w:rsidR="00C03DDA" w:rsidRPr="009C4E79">
        <w:rPr>
          <w:rFonts w:hint="cs"/>
          <w:color w:val="000000" w:themeColor="text1"/>
          <w:sz w:val="24"/>
          <w:szCs w:val="24"/>
          <w:cs/>
          <w:lang w:bidi="ne-NP"/>
        </w:rPr>
        <w:t xml:space="preserve">कता अनुसार अध्यक्ष, </w:t>
      </w:r>
      <w:r w:rsidR="00954352" w:rsidRPr="009C4E79">
        <w:rPr>
          <w:rFonts w:hint="cs"/>
          <w:color w:val="000000" w:themeColor="text1"/>
          <w:sz w:val="24"/>
          <w:szCs w:val="24"/>
          <w:cs/>
          <w:lang w:bidi="ne-NP"/>
        </w:rPr>
        <w:t>उपाध्यक्ष</w:t>
      </w:r>
      <w:r w:rsidR="00954352" w:rsidRPr="009C4E79">
        <w:rPr>
          <w:rFonts w:hint="cs"/>
          <w:color w:val="000000" w:themeColor="text1"/>
          <w:sz w:val="24"/>
          <w:szCs w:val="24"/>
          <w:cs/>
          <w:lang w:bidi="sa-IN"/>
        </w:rPr>
        <w:t xml:space="preserve">, </w:t>
      </w:r>
      <w:r w:rsidR="00C03DDA" w:rsidRPr="009C4E79">
        <w:rPr>
          <w:rFonts w:hint="cs"/>
          <w:color w:val="000000" w:themeColor="text1"/>
          <w:sz w:val="24"/>
          <w:szCs w:val="24"/>
          <w:cs/>
          <w:lang w:bidi="ne-NP"/>
        </w:rPr>
        <w:t>सचिव</w:t>
      </w:r>
      <w:r w:rsidR="00954352" w:rsidRPr="009C4E79">
        <w:rPr>
          <w:rFonts w:hint="cs"/>
          <w:color w:val="000000" w:themeColor="text1"/>
          <w:sz w:val="24"/>
          <w:szCs w:val="24"/>
          <w:cs/>
          <w:lang w:bidi="ne-NP"/>
        </w:rPr>
        <w:t>र</w:t>
      </w:r>
      <w:r w:rsidR="00C03DDA" w:rsidRPr="009C4E79">
        <w:rPr>
          <w:rFonts w:hint="cs"/>
          <w:color w:val="000000" w:themeColor="text1"/>
          <w:sz w:val="24"/>
          <w:szCs w:val="24"/>
          <w:cs/>
          <w:lang w:bidi="ne-NP"/>
        </w:rPr>
        <w:t xml:space="preserve"> कोषाध्यक्ष</w:t>
      </w:r>
      <w:r w:rsidR="00954352" w:rsidRPr="009C4E79">
        <w:rPr>
          <w:rFonts w:hint="cs"/>
          <w:color w:val="000000" w:themeColor="text1"/>
          <w:sz w:val="24"/>
          <w:szCs w:val="24"/>
          <w:cs/>
          <w:lang w:bidi="ne-NP"/>
        </w:rPr>
        <w:t>को काममा</w:t>
      </w:r>
      <w:r w:rsidR="00C03DDA" w:rsidRPr="009C4E79">
        <w:rPr>
          <w:rFonts w:hint="cs"/>
          <w:color w:val="000000" w:themeColor="text1"/>
          <w:sz w:val="24"/>
          <w:szCs w:val="24"/>
          <w:cs/>
          <w:lang w:bidi="ne-NP"/>
        </w:rPr>
        <w:t xml:space="preserve"> सघाउने</w:t>
      </w:r>
      <w:r w:rsidR="00DE7BE3" w:rsidRPr="009C4E79">
        <w:rPr>
          <w:rFonts w:hint="cs"/>
          <w:color w:val="000000" w:themeColor="text1"/>
          <w:sz w:val="24"/>
          <w:szCs w:val="24"/>
          <w:cs/>
          <w:lang w:bidi="ne-NP"/>
        </w:rPr>
        <w:t xml:space="preserve"> ।</w:t>
      </w:r>
    </w:p>
    <w:p w:rsidR="00C03DDA" w:rsidRPr="009C4E79" w:rsidRDefault="00D24697" w:rsidP="004B3B09">
      <w:pPr>
        <w:pStyle w:val="ListParagraph"/>
        <w:numPr>
          <w:ilvl w:val="0"/>
          <w:numId w:val="15"/>
        </w:numPr>
        <w:tabs>
          <w:tab w:val="left" w:pos="1350"/>
        </w:tabs>
        <w:ind w:left="1260" w:hanging="270"/>
        <w:jc w:val="both"/>
        <w:rPr>
          <w:color w:val="000000" w:themeColor="text1"/>
          <w:sz w:val="24"/>
          <w:szCs w:val="24"/>
          <w:lang w:bidi="ne-NP"/>
        </w:rPr>
      </w:pPr>
      <w:r w:rsidRPr="009C4E79">
        <w:rPr>
          <w:rFonts w:hint="cs"/>
          <w:color w:val="000000" w:themeColor="text1"/>
          <w:sz w:val="24"/>
          <w:szCs w:val="24"/>
          <w:cs/>
          <w:lang w:bidi="ne-NP"/>
        </w:rPr>
        <w:t>कार्यसमितिले तोकेका अन्य कार्यहरु गर्ने ।</w:t>
      </w:r>
    </w:p>
    <w:p w:rsidR="00290B65" w:rsidRPr="009C4E79" w:rsidRDefault="00C03DDA" w:rsidP="00BD768E">
      <w:pPr>
        <w:tabs>
          <w:tab w:val="left" w:pos="720"/>
        </w:tabs>
        <w:spacing w:after="0" w:afterAutospacing="0"/>
        <w:ind w:left="547" w:firstLine="270"/>
        <w:jc w:val="center"/>
        <w:rPr>
          <w:b/>
          <w:bCs/>
          <w:color w:val="000000" w:themeColor="text1"/>
          <w:sz w:val="28"/>
          <w:szCs w:val="28"/>
          <w:u w:val="single"/>
          <w:lang w:bidi="ne-NP"/>
        </w:rPr>
      </w:pPr>
      <w:r w:rsidRPr="009C4E79">
        <w:rPr>
          <w:rFonts w:hint="cs"/>
          <w:b/>
          <w:bCs/>
          <w:color w:val="000000" w:themeColor="text1"/>
          <w:sz w:val="28"/>
          <w:szCs w:val="28"/>
          <w:u w:val="single"/>
          <w:cs/>
          <w:lang w:bidi="ne-NP"/>
        </w:rPr>
        <w:t>परिच्छेद</w:t>
      </w:r>
      <w:r w:rsidRPr="009C4E79">
        <w:rPr>
          <w:b/>
          <w:bCs/>
          <w:color w:val="000000" w:themeColor="text1"/>
          <w:sz w:val="28"/>
          <w:szCs w:val="28"/>
          <w:u w:val="single"/>
          <w:lang w:bidi="ne-NP"/>
        </w:rPr>
        <w:t>-</w:t>
      </w:r>
      <w:r w:rsidR="009E26B5" w:rsidRPr="009C4E79">
        <w:rPr>
          <w:rFonts w:hint="cs"/>
          <w:b/>
          <w:bCs/>
          <w:color w:val="000000" w:themeColor="text1"/>
          <w:sz w:val="28"/>
          <w:szCs w:val="28"/>
          <w:u w:val="single"/>
          <w:cs/>
          <w:lang w:bidi="ne-NP"/>
        </w:rPr>
        <w:t>५</w:t>
      </w:r>
    </w:p>
    <w:p w:rsidR="00290B65" w:rsidRPr="009C4E79" w:rsidRDefault="00290B65" w:rsidP="00BD768E">
      <w:pPr>
        <w:tabs>
          <w:tab w:val="left" w:pos="720"/>
        </w:tabs>
        <w:spacing w:after="0" w:afterAutospacing="0"/>
        <w:ind w:left="547" w:firstLine="270"/>
        <w:jc w:val="center"/>
        <w:rPr>
          <w:color w:val="000000" w:themeColor="text1"/>
          <w:sz w:val="28"/>
          <w:szCs w:val="28"/>
          <w:u w:val="single"/>
          <w:lang w:bidi="ne-NP"/>
        </w:rPr>
      </w:pPr>
      <w:r w:rsidRPr="009C4E79">
        <w:rPr>
          <w:rFonts w:hint="cs"/>
          <w:color w:val="000000" w:themeColor="text1"/>
          <w:sz w:val="28"/>
          <w:szCs w:val="28"/>
          <w:u w:val="single"/>
          <w:cs/>
          <w:lang w:bidi="ne-NP"/>
        </w:rPr>
        <w:t>आर्थिक व्यवस्थापन</w:t>
      </w:r>
    </w:p>
    <w:p w:rsidR="00290B65" w:rsidRPr="009C4E79" w:rsidRDefault="00290B65" w:rsidP="00193B33">
      <w:pPr>
        <w:tabs>
          <w:tab w:val="left" w:pos="720"/>
        </w:tabs>
        <w:spacing w:after="0" w:afterAutospacing="0"/>
        <w:ind w:left="630" w:firstLine="270"/>
        <w:jc w:val="center"/>
        <w:rPr>
          <w:b/>
          <w:bCs/>
          <w:color w:val="000000" w:themeColor="text1"/>
          <w:sz w:val="28"/>
          <w:szCs w:val="28"/>
          <w:cs/>
          <w:lang w:bidi="ne-NP"/>
        </w:rPr>
      </w:pPr>
    </w:p>
    <w:p w:rsidR="00F52A75" w:rsidRPr="009C4E79" w:rsidRDefault="00F52A75" w:rsidP="00193B33">
      <w:pPr>
        <w:pStyle w:val="ListParagraph"/>
        <w:numPr>
          <w:ilvl w:val="0"/>
          <w:numId w:val="5"/>
        </w:numPr>
        <w:tabs>
          <w:tab w:val="left" w:pos="720"/>
        </w:tabs>
        <w:ind w:hanging="760"/>
        <w:jc w:val="both"/>
        <w:rPr>
          <w:color w:val="000000" w:themeColor="text1"/>
          <w:sz w:val="24"/>
          <w:szCs w:val="24"/>
          <w:u w:val="single"/>
          <w:lang w:bidi="ne-NP"/>
        </w:rPr>
      </w:pPr>
      <w:r w:rsidRPr="00193B33">
        <w:rPr>
          <w:b/>
          <w:bCs/>
          <w:color w:val="000000" w:themeColor="text1"/>
          <w:sz w:val="28"/>
          <w:szCs w:val="28"/>
          <w:u w:val="single"/>
          <w:cs/>
          <w:lang w:bidi="ne-NP"/>
        </w:rPr>
        <w:t>संस्थाको आम्दानी</w:t>
      </w:r>
      <w:r w:rsidR="00DE7BE3" w:rsidRPr="00193B33">
        <w:rPr>
          <w:color w:val="000000" w:themeColor="text1"/>
          <w:sz w:val="28"/>
          <w:szCs w:val="28"/>
          <w:lang w:bidi="ne-NP"/>
        </w:rPr>
        <w:t>:</w:t>
      </w:r>
      <w:r w:rsidRPr="00193B33">
        <w:rPr>
          <w:color w:val="000000" w:themeColor="text1"/>
          <w:sz w:val="28"/>
          <w:szCs w:val="28"/>
          <w:cs/>
          <w:lang w:bidi="sa-IN"/>
        </w:rPr>
        <w:t>(</w:t>
      </w:r>
      <w:r w:rsidRPr="009C4E79">
        <w:rPr>
          <w:color w:val="000000" w:themeColor="text1"/>
          <w:sz w:val="24"/>
          <w:szCs w:val="24"/>
          <w:cs/>
          <w:lang w:bidi="ne-NP"/>
        </w:rPr>
        <w:t>१</w:t>
      </w:r>
      <w:r w:rsidRPr="009C4E79">
        <w:rPr>
          <w:color w:val="000000" w:themeColor="text1"/>
          <w:sz w:val="24"/>
          <w:szCs w:val="24"/>
          <w:cs/>
          <w:lang w:bidi="sa-IN"/>
        </w:rPr>
        <w:t>)</w:t>
      </w:r>
      <w:r w:rsidRPr="009C4E79">
        <w:rPr>
          <w:color w:val="000000" w:themeColor="text1"/>
          <w:sz w:val="24"/>
          <w:szCs w:val="24"/>
          <w:cs/>
          <w:lang w:bidi="ne-NP"/>
        </w:rPr>
        <w:t xml:space="preserve"> संस्था</w:t>
      </w:r>
      <w:r w:rsidR="00865F43" w:rsidRPr="009C4E79">
        <w:rPr>
          <w:color w:val="000000" w:themeColor="text1"/>
          <w:sz w:val="24"/>
          <w:szCs w:val="24"/>
          <w:cs/>
          <w:lang w:bidi="ne-NP"/>
        </w:rPr>
        <w:t xml:space="preserve">ले </w:t>
      </w:r>
      <w:r w:rsidRPr="009C4E79">
        <w:rPr>
          <w:color w:val="000000" w:themeColor="text1"/>
          <w:sz w:val="24"/>
          <w:szCs w:val="24"/>
          <w:cs/>
          <w:lang w:bidi="ne-NP"/>
        </w:rPr>
        <w:t xml:space="preserve">देहाय बमोजिमका क्षेत्रबाट </w:t>
      </w:r>
      <w:r w:rsidR="00865F43" w:rsidRPr="009C4E79">
        <w:rPr>
          <w:color w:val="000000" w:themeColor="text1"/>
          <w:sz w:val="24"/>
          <w:szCs w:val="24"/>
          <w:cs/>
          <w:lang w:bidi="ne-NP"/>
        </w:rPr>
        <w:t xml:space="preserve">आम्दानी </w:t>
      </w:r>
      <w:r w:rsidRPr="009C4E79">
        <w:rPr>
          <w:color w:val="000000" w:themeColor="text1"/>
          <w:sz w:val="24"/>
          <w:szCs w:val="24"/>
          <w:cs/>
          <w:lang w:bidi="ne-NP"/>
        </w:rPr>
        <w:t xml:space="preserve">प्राप्त </w:t>
      </w:r>
      <w:r w:rsidR="00865F43" w:rsidRPr="009C4E79">
        <w:rPr>
          <w:color w:val="000000" w:themeColor="text1"/>
          <w:sz w:val="24"/>
          <w:szCs w:val="24"/>
          <w:cs/>
          <w:lang w:bidi="ne-NP"/>
        </w:rPr>
        <w:t>गर्न सक्नेछः</w:t>
      </w:r>
    </w:p>
    <w:p w:rsidR="00414955" w:rsidRPr="009C4E79" w:rsidRDefault="00414955" w:rsidP="00414955">
      <w:pPr>
        <w:pStyle w:val="ListParagraph"/>
        <w:numPr>
          <w:ilvl w:val="0"/>
          <w:numId w:val="33"/>
        </w:numPr>
        <w:tabs>
          <w:tab w:val="left" w:pos="720"/>
        </w:tabs>
        <w:rPr>
          <w:lang w:bidi="ne-NP"/>
        </w:rPr>
      </w:pPr>
      <w:r w:rsidRPr="009C4E79">
        <w:rPr>
          <w:sz w:val="24"/>
          <w:szCs w:val="24"/>
          <w:cs/>
          <w:lang w:bidi="ne-NP"/>
        </w:rPr>
        <w:t xml:space="preserve">गाउँपालिकाबाट प्राप्त हुने अनुदान रकम । </w:t>
      </w:r>
    </w:p>
    <w:p w:rsidR="00414955" w:rsidRPr="009C4E79" w:rsidRDefault="00414955" w:rsidP="00414955">
      <w:pPr>
        <w:pStyle w:val="ListParagraph"/>
        <w:numPr>
          <w:ilvl w:val="0"/>
          <w:numId w:val="33"/>
        </w:numPr>
        <w:tabs>
          <w:tab w:val="left" w:pos="720"/>
        </w:tabs>
        <w:jc w:val="both"/>
        <w:rPr>
          <w:color w:val="000000" w:themeColor="text1"/>
          <w:sz w:val="24"/>
          <w:szCs w:val="24"/>
          <w:lang w:bidi="ne-NP"/>
        </w:rPr>
      </w:pPr>
      <w:r w:rsidRPr="009C4E79">
        <w:rPr>
          <w:rFonts w:hint="cs"/>
          <w:color w:val="000000" w:themeColor="text1"/>
          <w:sz w:val="24"/>
          <w:szCs w:val="24"/>
          <w:cs/>
          <w:lang w:bidi="ne-NP"/>
        </w:rPr>
        <w:t>सरकारी तथा गैर सरकारी निकायहरु, सामुदायिक संस्था तथा व्यक्तिहरुबाट प्राप्त हुने सहायता तथा अनुदानको रकम ।</w:t>
      </w:r>
    </w:p>
    <w:p w:rsidR="00414955" w:rsidRPr="009C4E79" w:rsidRDefault="00414955" w:rsidP="00414955">
      <w:pPr>
        <w:pStyle w:val="ListParagraph"/>
        <w:numPr>
          <w:ilvl w:val="0"/>
          <w:numId w:val="33"/>
        </w:numPr>
        <w:tabs>
          <w:tab w:val="left" w:pos="720"/>
        </w:tabs>
        <w:jc w:val="both"/>
        <w:rPr>
          <w:color w:val="000000" w:themeColor="text1"/>
          <w:sz w:val="24"/>
          <w:szCs w:val="24"/>
          <w:lang w:bidi="ne-NP"/>
        </w:rPr>
      </w:pPr>
      <w:r w:rsidRPr="009C4E79">
        <w:rPr>
          <w:rFonts w:hint="cs"/>
          <w:color w:val="000000" w:themeColor="text1"/>
          <w:sz w:val="24"/>
          <w:szCs w:val="24"/>
          <w:cs/>
          <w:lang w:bidi="ne-NP"/>
        </w:rPr>
        <w:t>टोल विकास संस्थाले आयमूलक कार्यहरु संचालन गरी प्राप्त हुने आम्दानी ।</w:t>
      </w:r>
    </w:p>
    <w:p w:rsidR="00414955" w:rsidRPr="009C4E79" w:rsidRDefault="00414955" w:rsidP="00414955">
      <w:pPr>
        <w:pStyle w:val="ListParagraph"/>
        <w:numPr>
          <w:ilvl w:val="0"/>
          <w:numId w:val="33"/>
        </w:numPr>
        <w:tabs>
          <w:tab w:val="left" w:pos="720"/>
        </w:tabs>
        <w:jc w:val="both"/>
        <w:rPr>
          <w:color w:val="000000" w:themeColor="text1"/>
          <w:sz w:val="24"/>
          <w:szCs w:val="24"/>
          <w:lang w:bidi="ne-NP"/>
        </w:rPr>
      </w:pPr>
      <w:r w:rsidRPr="009C4E79">
        <w:rPr>
          <w:rFonts w:hint="cs"/>
          <w:color w:val="000000" w:themeColor="text1"/>
          <w:sz w:val="24"/>
          <w:szCs w:val="24"/>
          <w:cs/>
          <w:lang w:bidi="ne-NP"/>
        </w:rPr>
        <w:lastRenderedPageBreak/>
        <w:t>गाउँपालिका</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अन्य सरकारी निकायतथा गैरसरकारी संघसंस्थासँग विकास निर्माण वा कार्यक्रम सञ्चालनको लागि सम्झौता बमोजिम प्राप्त रकम।</w:t>
      </w:r>
    </w:p>
    <w:p w:rsidR="00414955" w:rsidRPr="009C4E79" w:rsidRDefault="00414955" w:rsidP="00414955">
      <w:pPr>
        <w:pStyle w:val="ListParagraph"/>
        <w:numPr>
          <w:ilvl w:val="0"/>
          <w:numId w:val="33"/>
        </w:numPr>
        <w:tabs>
          <w:tab w:val="left" w:pos="720"/>
        </w:tabs>
        <w:jc w:val="both"/>
        <w:rPr>
          <w:color w:val="000000" w:themeColor="text1"/>
          <w:sz w:val="24"/>
          <w:szCs w:val="24"/>
          <w:lang w:bidi="ne-NP"/>
        </w:rPr>
      </w:pPr>
      <w:r w:rsidRPr="009C4E79">
        <w:rPr>
          <w:rFonts w:hint="cs"/>
          <w:color w:val="000000" w:themeColor="text1"/>
          <w:sz w:val="24"/>
          <w:szCs w:val="24"/>
          <w:cs/>
          <w:lang w:bidi="ne-NP"/>
        </w:rPr>
        <w:t>संस्थाका सदस्यहरुबाट प्राप्त शुल्क तथा सहयोगको रकम।</w:t>
      </w:r>
    </w:p>
    <w:p w:rsidR="00414955" w:rsidRPr="009C4E79" w:rsidRDefault="00414955" w:rsidP="00414955">
      <w:pPr>
        <w:pStyle w:val="ListParagraph"/>
        <w:numPr>
          <w:ilvl w:val="0"/>
          <w:numId w:val="33"/>
        </w:numPr>
        <w:tabs>
          <w:tab w:val="left" w:pos="720"/>
        </w:tabs>
        <w:jc w:val="both"/>
        <w:rPr>
          <w:color w:val="000000" w:themeColor="text1"/>
          <w:sz w:val="24"/>
          <w:szCs w:val="24"/>
          <w:lang w:bidi="ne-NP"/>
        </w:rPr>
      </w:pPr>
      <w:r w:rsidRPr="009C4E79">
        <w:rPr>
          <w:color w:val="000000" w:themeColor="text1"/>
          <w:sz w:val="24"/>
          <w:szCs w:val="24"/>
          <w:cs/>
          <w:lang w:bidi="ne-NP"/>
        </w:rPr>
        <w:t>अन्य श्रोतबाट प्राप्त गरेको रकम ।</w:t>
      </w:r>
    </w:p>
    <w:p w:rsidR="00614A5D" w:rsidRPr="009C4E79" w:rsidRDefault="00614A5D" w:rsidP="00614A5D">
      <w:pPr>
        <w:pStyle w:val="ListParagraph"/>
        <w:tabs>
          <w:tab w:val="left" w:pos="720"/>
        </w:tabs>
        <w:ind w:left="1080" w:firstLine="0"/>
        <w:jc w:val="both"/>
        <w:rPr>
          <w:color w:val="000000" w:themeColor="text1"/>
          <w:sz w:val="24"/>
          <w:szCs w:val="24"/>
          <w:lang w:bidi="ne-NP"/>
        </w:rPr>
      </w:pPr>
    </w:p>
    <w:p w:rsidR="00286F70" w:rsidRPr="009C4E79" w:rsidRDefault="00286F70" w:rsidP="00614A5D">
      <w:pPr>
        <w:pStyle w:val="ListParagraph"/>
        <w:tabs>
          <w:tab w:val="left" w:pos="450"/>
        </w:tabs>
        <w:ind w:left="1080" w:firstLine="0"/>
        <w:rPr>
          <w:color w:val="000000" w:themeColor="text1"/>
          <w:sz w:val="24"/>
          <w:szCs w:val="24"/>
          <w:lang w:bidi="ne-NP"/>
        </w:rPr>
      </w:pPr>
      <w:r w:rsidRPr="009C4E79">
        <w:rPr>
          <w:rFonts w:hint="cs"/>
          <w:color w:val="000000" w:themeColor="text1"/>
          <w:sz w:val="24"/>
          <w:szCs w:val="24"/>
          <w:cs/>
          <w:lang w:bidi="sa-IN"/>
        </w:rPr>
        <w:t>(</w:t>
      </w:r>
      <w:r w:rsidRPr="009C4E79">
        <w:rPr>
          <w:rFonts w:hint="cs"/>
          <w:color w:val="000000" w:themeColor="text1"/>
          <w:sz w:val="24"/>
          <w:szCs w:val="24"/>
          <w:cs/>
          <w:lang w:bidi="ne-NP"/>
        </w:rPr>
        <w:t>२</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संस्थाको नाममा प्राप्त हुने सबै रकम </w:t>
      </w:r>
      <w:r w:rsidR="00DA64A7" w:rsidRPr="009C4E79">
        <w:rPr>
          <w:color w:val="000000" w:themeColor="text1"/>
          <w:sz w:val="24"/>
          <w:szCs w:val="24"/>
          <w:cs/>
          <w:lang w:bidi="ne-NP"/>
        </w:rPr>
        <w:t xml:space="preserve">संस्थाको </w:t>
      </w:r>
      <w:r w:rsidRPr="009C4E79">
        <w:rPr>
          <w:rFonts w:hint="cs"/>
          <w:color w:val="000000" w:themeColor="text1"/>
          <w:sz w:val="24"/>
          <w:szCs w:val="24"/>
          <w:cs/>
          <w:lang w:bidi="ne-NP"/>
        </w:rPr>
        <w:t xml:space="preserve">नाममा रहेको </w:t>
      </w:r>
      <w:r w:rsidR="00DA64A7" w:rsidRPr="009C4E79">
        <w:rPr>
          <w:color w:val="000000" w:themeColor="text1"/>
          <w:sz w:val="24"/>
          <w:szCs w:val="24"/>
          <w:cs/>
          <w:lang w:bidi="ne-NP"/>
        </w:rPr>
        <w:t>वैंक खाता</w:t>
      </w:r>
      <w:r w:rsidRPr="009C4E79">
        <w:rPr>
          <w:rFonts w:hint="cs"/>
          <w:color w:val="000000" w:themeColor="text1"/>
          <w:sz w:val="24"/>
          <w:szCs w:val="24"/>
          <w:cs/>
          <w:lang w:bidi="ne-NP"/>
        </w:rPr>
        <w:t xml:space="preserve">मा </w:t>
      </w:r>
      <w:r w:rsidR="007A13D9">
        <w:rPr>
          <w:rFonts w:hint="cs"/>
          <w:color w:val="000000" w:themeColor="text1"/>
          <w:sz w:val="24"/>
          <w:szCs w:val="24"/>
          <w:cs/>
          <w:lang w:bidi="ne-NP"/>
        </w:rPr>
        <w:t xml:space="preserve">अनिवार्य </w:t>
      </w:r>
      <w:r w:rsidRPr="009C4E79">
        <w:rPr>
          <w:rFonts w:hint="cs"/>
          <w:color w:val="000000" w:themeColor="text1"/>
          <w:sz w:val="24"/>
          <w:szCs w:val="24"/>
          <w:cs/>
          <w:lang w:bidi="ne-NP"/>
        </w:rPr>
        <w:t>जम्मा गर्नु पर्नेछ।</w:t>
      </w:r>
      <w:r w:rsidR="00D813C6">
        <w:rPr>
          <w:rFonts w:hint="cs"/>
          <w:color w:val="000000" w:themeColor="text1"/>
          <w:sz w:val="24"/>
          <w:szCs w:val="24"/>
          <w:cs/>
          <w:lang w:bidi="ne-NP"/>
        </w:rPr>
        <w:t>रु ५००० भन्दा माथिको कारोवार अनिवार्य वैंक चेकमार्फत गर्नु पर्नेछ।</w:t>
      </w:r>
    </w:p>
    <w:p w:rsidR="008B7C96" w:rsidRPr="009C4E79" w:rsidRDefault="008B7C96" w:rsidP="00193B33">
      <w:pPr>
        <w:pStyle w:val="ListParagraph"/>
        <w:numPr>
          <w:ilvl w:val="0"/>
          <w:numId w:val="5"/>
        </w:numPr>
        <w:tabs>
          <w:tab w:val="left" w:pos="720"/>
        </w:tabs>
        <w:ind w:hanging="760"/>
        <w:jc w:val="both"/>
        <w:rPr>
          <w:color w:val="000000" w:themeColor="text1"/>
          <w:sz w:val="24"/>
          <w:szCs w:val="24"/>
          <w:cs/>
          <w:lang w:bidi="ne-NP"/>
        </w:rPr>
      </w:pPr>
      <w:r w:rsidRPr="00193B33">
        <w:rPr>
          <w:b/>
          <w:bCs/>
          <w:color w:val="000000" w:themeColor="text1"/>
          <w:sz w:val="28"/>
          <w:szCs w:val="28"/>
          <w:u w:val="single"/>
          <w:cs/>
          <w:lang w:bidi="ne-NP"/>
        </w:rPr>
        <w:t>संस्थाको</w:t>
      </w:r>
      <w:r w:rsidRPr="009C4E79">
        <w:rPr>
          <w:color w:val="000000" w:themeColor="text1"/>
          <w:sz w:val="24"/>
          <w:szCs w:val="24"/>
          <w:u w:val="single"/>
          <w:cs/>
          <w:lang w:bidi="ne-NP"/>
        </w:rPr>
        <w:t xml:space="preserve"> </w:t>
      </w:r>
      <w:r w:rsidRPr="00193B33">
        <w:rPr>
          <w:b/>
          <w:bCs/>
          <w:color w:val="000000" w:themeColor="text1"/>
          <w:sz w:val="28"/>
          <w:szCs w:val="28"/>
          <w:u w:val="single"/>
          <w:cs/>
          <w:lang w:bidi="ne-NP"/>
        </w:rPr>
        <w:t>खर्चः</w:t>
      </w:r>
      <w:r w:rsidRPr="009C4E79">
        <w:rPr>
          <w:rFonts w:hint="cs"/>
          <w:color w:val="000000" w:themeColor="text1"/>
          <w:sz w:val="24"/>
          <w:szCs w:val="24"/>
          <w:cs/>
          <w:lang w:bidi="ne-NP"/>
        </w:rPr>
        <w:t xml:space="preserve"> संस्थाको खर्च देहाय बमोजिम हुनेछः</w:t>
      </w:r>
    </w:p>
    <w:p w:rsidR="008B7C96" w:rsidRPr="009C4E79" w:rsidRDefault="008B7C96" w:rsidP="00193B33">
      <w:pPr>
        <w:pStyle w:val="ListParagraph"/>
        <w:numPr>
          <w:ilvl w:val="0"/>
          <w:numId w:val="18"/>
        </w:numPr>
        <w:tabs>
          <w:tab w:val="left" w:pos="720"/>
        </w:tabs>
        <w:ind w:left="1080" w:firstLine="0"/>
        <w:jc w:val="both"/>
        <w:rPr>
          <w:color w:val="000000" w:themeColor="text1"/>
          <w:sz w:val="24"/>
          <w:szCs w:val="24"/>
          <w:lang w:bidi="ne-NP"/>
        </w:rPr>
      </w:pPr>
      <w:r w:rsidRPr="009C4E79">
        <w:rPr>
          <w:rFonts w:hint="cs"/>
          <w:color w:val="000000" w:themeColor="text1"/>
          <w:sz w:val="24"/>
          <w:szCs w:val="24"/>
          <w:cs/>
          <w:lang w:bidi="ne-NP"/>
        </w:rPr>
        <w:t xml:space="preserve"> कुनै निकायबाट सम्झौता बमोजिम प्राप्त हुने रकम सम्झौतामा उल्लिखित शर्त बमोजिम तोकिएको कार्यमा खर्च गर्नु पर्नेछ।</w:t>
      </w:r>
    </w:p>
    <w:p w:rsidR="008B7C96" w:rsidRDefault="008B7C96" w:rsidP="00193B33">
      <w:pPr>
        <w:pStyle w:val="ListParagraph"/>
        <w:numPr>
          <w:ilvl w:val="0"/>
          <w:numId w:val="18"/>
        </w:numPr>
        <w:tabs>
          <w:tab w:val="left" w:pos="720"/>
        </w:tabs>
        <w:ind w:left="1080" w:firstLine="0"/>
        <w:jc w:val="both"/>
        <w:rPr>
          <w:color w:val="000000" w:themeColor="text1"/>
          <w:sz w:val="24"/>
          <w:szCs w:val="24"/>
          <w:lang w:bidi="ne-NP"/>
        </w:rPr>
      </w:pPr>
      <w:r w:rsidRPr="009C4E79">
        <w:rPr>
          <w:rFonts w:hint="cs"/>
          <w:color w:val="000000" w:themeColor="text1"/>
          <w:sz w:val="24"/>
          <w:szCs w:val="24"/>
          <w:cs/>
          <w:lang w:bidi="ne-NP"/>
        </w:rPr>
        <w:t xml:space="preserve"> संस्थाको नियमित सञ्चालन तथा कार्यालय व्यवस्थापन सम्बन्धी खर्च कार्यसमितिको निर्णय बमोजिम हुनेछ।</w:t>
      </w:r>
    </w:p>
    <w:p w:rsidR="007F2417" w:rsidRPr="009C4E79" w:rsidRDefault="007F2417" w:rsidP="00193B33">
      <w:pPr>
        <w:pStyle w:val="ListParagraph"/>
        <w:numPr>
          <w:ilvl w:val="0"/>
          <w:numId w:val="18"/>
        </w:numPr>
        <w:tabs>
          <w:tab w:val="left" w:pos="720"/>
        </w:tabs>
        <w:ind w:left="1080" w:firstLine="0"/>
        <w:jc w:val="both"/>
        <w:rPr>
          <w:color w:val="000000" w:themeColor="text1"/>
          <w:sz w:val="24"/>
          <w:szCs w:val="24"/>
          <w:lang w:bidi="ne-NP"/>
        </w:rPr>
      </w:pPr>
      <w:r>
        <w:rPr>
          <w:rFonts w:hint="cs"/>
          <w:color w:val="000000" w:themeColor="text1"/>
          <w:sz w:val="24"/>
          <w:szCs w:val="24"/>
          <w:cs/>
          <w:lang w:bidi="ne-NP"/>
        </w:rPr>
        <w:t xml:space="preserve"> संस्था</w:t>
      </w:r>
      <w:r w:rsidR="00137FC9">
        <w:rPr>
          <w:rFonts w:hint="cs"/>
          <w:color w:val="000000" w:themeColor="text1"/>
          <w:sz w:val="24"/>
          <w:szCs w:val="24"/>
          <w:cs/>
          <w:lang w:bidi="ne-NP"/>
        </w:rPr>
        <w:t xml:space="preserve">को खर्च सम्वन्धी मापदण्ड गाउँपालिकाले </w:t>
      </w:r>
      <w:r w:rsidR="00B831C4">
        <w:rPr>
          <w:rFonts w:hint="cs"/>
          <w:color w:val="000000" w:themeColor="text1"/>
          <w:sz w:val="24"/>
          <w:szCs w:val="24"/>
          <w:cs/>
          <w:lang w:bidi="ne-NP"/>
        </w:rPr>
        <w:t>निर्धारण गर्न</w:t>
      </w:r>
      <w:r w:rsidR="00137FC9">
        <w:rPr>
          <w:rFonts w:hint="cs"/>
          <w:color w:val="000000" w:themeColor="text1"/>
          <w:sz w:val="24"/>
          <w:szCs w:val="24"/>
          <w:cs/>
          <w:lang w:bidi="ne-NP"/>
        </w:rPr>
        <w:t xml:space="preserve"> सक्ने छ।गाउँपालिकाले त्यस्तो</w:t>
      </w:r>
      <w:r w:rsidR="00B831C4">
        <w:rPr>
          <w:rFonts w:hint="cs"/>
          <w:color w:val="000000" w:themeColor="text1"/>
          <w:sz w:val="24"/>
          <w:szCs w:val="24"/>
          <w:cs/>
          <w:lang w:bidi="ne-NP"/>
        </w:rPr>
        <w:t xml:space="preserve"> मापदण्ड निर्धारण नगरे सम्म </w:t>
      </w:r>
      <w:r w:rsidR="00863B94">
        <w:rPr>
          <w:rFonts w:hint="cs"/>
          <w:color w:val="000000" w:themeColor="text1"/>
          <w:sz w:val="24"/>
          <w:szCs w:val="24"/>
          <w:cs/>
          <w:lang w:bidi="ne-NP"/>
        </w:rPr>
        <w:t>संस्थाले खर्च विनियमावली तयार गरी लागु गर्न सक्नेछ।</w:t>
      </w:r>
    </w:p>
    <w:p w:rsidR="00690130" w:rsidRPr="009C4E79" w:rsidRDefault="00690130" w:rsidP="00BD768E">
      <w:pPr>
        <w:pStyle w:val="ListParagraph"/>
        <w:tabs>
          <w:tab w:val="left" w:pos="720"/>
        </w:tabs>
        <w:ind w:left="1120" w:firstLine="270"/>
        <w:jc w:val="both"/>
        <w:rPr>
          <w:color w:val="000000" w:themeColor="text1"/>
          <w:sz w:val="24"/>
          <w:szCs w:val="24"/>
          <w:lang w:bidi="sa-IN"/>
        </w:rPr>
      </w:pPr>
    </w:p>
    <w:p w:rsidR="008B7C96" w:rsidRPr="00193B33" w:rsidRDefault="00C41428" w:rsidP="00193B33">
      <w:pPr>
        <w:pStyle w:val="ListParagraph"/>
        <w:numPr>
          <w:ilvl w:val="0"/>
          <w:numId w:val="5"/>
        </w:numPr>
        <w:tabs>
          <w:tab w:val="left" w:pos="720"/>
        </w:tabs>
        <w:ind w:hanging="760"/>
        <w:jc w:val="both"/>
        <w:rPr>
          <w:b/>
          <w:bCs/>
          <w:sz w:val="28"/>
          <w:szCs w:val="28"/>
          <w:lang w:bidi="sa-IN"/>
        </w:rPr>
      </w:pPr>
      <w:r w:rsidRPr="00193B33">
        <w:rPr>
          <w:b/>
          <w:bCs/>
          <w:sz w:val="28"/>
          <w:szCs w:val="28"/>
          <w:cs/>
          <w:lang w:bidi="ne-NP"/>
        </w:rPr>
        <w:t>संस्थाको लेखा</w:t>
      </w:r>
      <w:r w:rsidR="00E751D4" w:rsidRPr="00193B33">
        <w:rPr>
          <w:b/>
          <w:bCs/>
          <w:sz w:val="28"/>
          <w:szCs w:val="28"/>
          <w:lang w:bidi="sa-IN"/>
        </w:rPr>
        <w:t xml:space="preserve">, </w:t>
      </w:r>
      <w:r w:rsidR="00E751D4" w:rsidRPr="00193B33">
        <w:rPr>
          <w:b/>
          <w:bCs/>
          <w:sz w:val="28"/>
          <w:szCs w:val="28"/>
          <w:cs/>
          <w:lang w:bidi="ne-NP"/>
        </w:rPr>
        <w:t xml:space="preserve">प्रतिवेदन </w:t>
      </w:r>
      <w:r w:rsidRPr="00193B33">
        <w:rPr>
          <w:b/>
          <w:bCs/>
          <w:sz w:val="28"/>
          <w:szCs w:val="28"/>
          <w:cs/>
          <w:lang w:bidi="ne-NP"/>
        </w:rPr>
        <w:t xml:space="preserve">तथा अन्यः </w:t>
      </w:r>
    </w:p>
    <w:p w:rsidR="009E26B5" w:rsidRPr="009C4E79" w:rsidRDefault="001B470E" w:rsidP="00614A5D">
      <w:pPr>
        <w:pStyle w:val="ListParagraph"/>
        <w:numPr>
          <w:ilvl w:val="0"/>
          <w:numId w:val="16"/>
        </w:numPr>
        <w:tabs>
          <w:tab w:val="left" w:pos="720"/>
        </w:tabs>
        <w:ind w:left="1080" w:firstLine="0"/>
        <w:jc w:val="both"/>
        <w:rPr>
          <w:color w:val="000000" w:themeColor="text1"/>
          <w:sz w:val="24"/>
          <w:szCs w:val="24"/>
          <w:u w:val="single"/>
          <w:lang w:bidi="ne-NP"/>
        </w:rPr>
      </w:pPr>
      <w:r w:rsidRPr="009C4E79">
        <w:rPr>
          <w:color w:val="000000" w:themeColor="text1"/>
          <w:sz w:val="24"/>
          <w:szCs w:val="24"/>
          <w:cs/>
          <w:lang w:bidi="ne-NP"/>
        </w:rPr>
        <w:t xml:space="preserve">संस्थाको खाता </w:t>
      </w:r>
      <w:r w:rsidR="009E26B5" w:rsidRPr="009C4E79">
        <w:rPr>
          <w:rFonts w:hint="cs"/>
          <w:color w:val="000000" w:themeColor="text1"/>
          <w:sz w:val="24"/>
          <w:szCs w:val="24"/>
          <w:cs/>
          <w:lang w:bidi="ne-NP"/>
        </w:rPr>
        <w:t xml:space="preserve">वडा कार्यालयको सिफारिसमा गाउँ कार्यपालिकाको </w:t>
      </w:r>
      <w:r w:rsidRPr="009C4E79">
        <w:rPr>
          <w:color w:val="000000" w:themeColor="text1"/>
          <w:sz w:val="24"/>
          <w:szCs w:val="24"/>
          <w:cs/>
          <w:lang w:bidi="ne-NP"/>
        </w:rPr>
        <w:t xml:space="preserve">कार्यालयले तोकेको बैंकमा </w:t>
      </w:r>
      <w:r w:rsidR="009E26B5" w:rsidRPr="009C4E79">
        <w:rPr>
          <w:rFonts w:hint="cs"/>
          <w:color w:val="000000" w:themeColor="text1"/>
          <w:sz w:val="24"/>
          <w:szCs w:val="24"/>
          <w:cs/>
          <w:lang w:bidi="ne-NP"/>
        </w:rPr>
        <w:t>सञ्चालन हुनेछ।</w:t>
      </w:r>
    </w:p>
    <w:p w:rsidR="001B470E" w:rsidRPr="009C4E79" w:rsidRDefault="009E26B5" w:rsidP="00614A5D">
      <w:pPr>
        <w:pStyle w:val="ListParagraph"/>
        <w:numPr>
          <w:ilvl w:val="0"/>
          <w:numId w:val="16"/>
        </w:numPr>
        <w:tabs>
          <w:tab w:val="left" w:pos="720"/>
        </w:tabs>
        <w:ind w:left="1080" w:firstLine="0"/>
        <w:jc w:val="both"/>
        <w:rPr>
          <w:color w:val="000000" w:themeColor="text1"/>
          <w:sz w:val="24"/>
          <w:szCs w:val="24"/>
          <w:u w:val="single"/>
          <w:lang w:bidi="ne-NP"/>
        </w:rPr>
      </w:pPr>
      <w:r w:rsidRPr="009C4E79">
        <w:rPr>
          <w:rFonts w:hint="cs"/>
          <w:color w:val="000000" w:themeColor="text1"/>
          <w:sz w:val="24"/>
          <w:szCs w:val="24"/>
          <w:cs/>
          <w:lang w:bidi="ne-NP"/>
        </w:rPr>
        <w:t xml:space="preserve"> उपदफा </w:t>
      </w:r>
      <w:r w:rsidRPr="009C4E79">
        <w:rPr>
          <w:rFonts w:hint="cs"/>
          <w:color w:val="000000" w:themeColor="text1"/>
          <w:sz w:val="24"/>
          <w:szCs w:val="24"/>
          <w:cs/>
          <w:lang w:bidi="sa-IN"/>
        </w:rPr>
        <w:t>(</w:t>
      </w:r>
      <w:r w:rsidRPr="009C4E79">
        <w:rPr>
          <w:rFonts w:hint="cs"/>
          <w:color w:val="000000" w:themeColor="text1"/>
          <w:sz w:val="24"/>
          <w:szCs w:val="24"/>
          <w:cs/>
          <w:lang w:bidi="ne-NP"/>
        </w:rPr>
        <w:t>१</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बमोजिमको बैंक खाता </w:t>
      </w:r>
      <w:r w:rsidR="001B470E" w:rsidRPr="009C4E79">
        <w:rPr>
          <w:color w:val="000000" w:themeColor="text1"/>
          <w:sz w:val="24"/>
          <w:szCs w:val="24"/>
          <w:cs/>
          <w:lang w:bidi="ne-NP"/>
        </w:rPr>
        <w:t xml:space="preserve">कम्तीमा एक जना महिला हुने गरी </w:t>
      </w:r>
      <w:r w:rsidRPr="009C4E79">
        <w:rPr>
          <w:rFonts w:hint="cs"/>
          <w:color w:val="000000" w:themeColor="text1"/>
          <w:sz w:val="24"/>
          <w:szCs w:val="24"/>
          <w:cs/>
          <w:lang w:bidi="ne-NP"/>
        </w:rPr>
        <w:t xml:space="preserve">संस्थाका </w:t>
      </w:r>
      <w:r w:rsidR="001B470E" w:rsidRPr="009C4E79">
        <w:rPr>
          <w:color w:val="000000" w:themeColor="text1"/>
          <w:sz w:val="24"/>
          <w:szCs w:val="24"/>
          <w:cs/>
          <w:lang w:bidi="ne-NP"/>
        </w:rPr>
        <w:t>अध्यक्ष</w:t>
      </w:r>
      <w:r w:rsidR="001B470E" w:rsidRPr="009C4E79">
        <w:rPr>
          <w:color w:val="000000" w:themeColor="text1"/>
          <w:sz w:val="24"/>
          <w:szCs w:val="24"/>
          <w:lang w:bidi="sa-IN"/>
        </w:rPr>
        <w:t>,</w:t>
      </w:r>
      <w:r w:rsidR="001B470E" w:rsidRPr="009C4E79">
        <w:rPr>
          <w:color w:val="000000" w:themeColor="text1"/>
          <w:sz w:val="24"/>
          <w:szCs w:val="24"/>
          <w:cs/>
          <w:lang w:bidi="ne-NP"/>
        </w:rPr>
        <w:t xml:space="preserve"> उपाध्यक्ष र सचिवमध्ये कुनै दुई जना र कोषाध्यक्षको संयुक्त दस्तखतबाट सञ्चालन हुनेछ। </w:t>
      </w:r>
    </w:p>
    <w:p w:rsidR="00C41428" w:rsidRPr="009C4E79" w:rsidRDefault="00C52305" w:rsidP="00614A5D">
      <w:pPr>
        <w:pStyle w:val="ListParagraph"/>
        <w:numPr>
          <w:ilvl w:val="0"/>
          <w:numId w:val="16"/>
        </w:numPr>
        <w:tabs>
          <w:tab w:val="left" w:pos="720"/>
        </w:tabs>
        <w:ind w:left="1080" w:firstLine="0"/>
        <w:jc w:val="both"/>
        <w:rPr>
          <w:color w:val="000000" w:themeColor="text1"/>
          <w:sz w:val="24"/>
          <w:szCs w:val="24"/>
          <w:lang w:bidi="ne-NP"/>
        </w:rPr>
      </w:pPr>
      <w:r w:rsidRPr="009C4E79">
        <w:rPr>
          <w:rFonts w:hint="cs"/>
          <w:color w:val="000000" w:themeColor="text1"/>
          <w:sz w:val="24"/>
          <w:szCs w:val="24"/>
          <w:cs/>
          <w:lang w:bidi="ne-NP"/>
        </w:rPr>
        <w:t xml:space="preserve">कोषाध्यक्षले </w:t>
      </w:r>
      <w:r w:rsidR="00C41428" w:rsidRPr="009C4E79">
        <w:rPr>
          <w:rFonts w:hint="cs"/>
          <w:color w:val="000000" w:themeColor="text1"/>
          <w:sz w:val="24"/>
          <w:szCs w:val="24"/>
          <w:cs/>
          <w:lang w:bidi="ne-NP"/>
        </w:rPr>
        <w:t xml:space="preserve">संस्थाको </w:t>
      </w:r>
      <w:r w:rsidRPr="009C4E79">
        <w:rPr>
          <w:rFonts w:hint="cs"/>
          <w:color w:val="000000" w:themeColor="text1"/>
          <w:sz w:val="24"/>
          <w:szCs w:val="24"/>
          <w:cs/>
          <w:lang w:bidi="ne-NP"/>
        </w:rPr>
        <w:t>सबै प्रकारको नगदी तथा जिन्सी आम्दानी, सम्पूर्ण विकास खर्चको विवरण, संस्थाको संचालन र व्यवस्थापनमा भएको प्रशासनिक ख</w:t>
      </w:r>
      <w:r w:rsidR="00663E78" w:rsidRPr="009C4E79">
        <w:rPr>
          <w:rFonts w:hint="cs"/>
          <w:color w:val="000000" w:themeColor="text1"/>
          <w:sz w:val="24"/>
          <w:szCs w:val="24"/>
          <w:cs/>
          <w:lang w:bidi="ne-NP"/>
        </w:rPr>
        <w:t xml:space="preserve">र्चहरुको </w:t>
      </w:r>
      <w:r w:rsidR="009E26B5" w:rsidRPr="009C4E79">
        <w:rPr>
          <w:rFonts w:hint="cs"/>
          <w:color w:val="000000" w:themeColor="text1"/>
          <w:sz w:val="24"/>
          <w:szCs w:val="24"/>
          <w:cs/>
          <w:lang w:bidi="ne-NP"/>
        </w:rPr>
        <w:t xml:space="preserve">विवरण </w:t>
      </w:r>
      <w:r w:rsidR="00663E78" w:rsidRPr="009C4E79">
        <w:rPr>
          <w:rFonts w:hint="cs"/>
          <w:color w:val="000000" w:themeColor="text1"/>
          <w:sz w:val="24"/>
          <w:szCs w:val="24"/>
          <w:cs/>
          <w:lang w:bidi="ne-NP"/>
        </w:rPr>
        <w:t xml:space="preserve">स्पष्ट </w:t>
      </w:r>
      <w:r w:rsidR="009E26B5" w:rsidRPr="009C4E79">
        <w:rPr>
          <w:rFonts w:hint="cs"/>
          <w:color w:val="000000" w:themeColor="text1"/>
          <w:sz w:val="24"/>
          <w:szCs w:val="24"/>
          <w:cs/>
          <w:lang w:bidi="ne-NP"/>
        </w:rPr>
        <w:t xml:space="preserve">रुपमा </w:t>
      </w:r>
      <w:r w:rsidR="00663E78" w:rsidRPr="009C4E79">
        <w:rPr>
          <w:rFonts w:hint="cs"/>
          <w:color w:val="000000" w:themeColor="text1"/>
          <w:sz w:val="24"/>
          <w:szCs w:val="24"/>
          <w:cs/>
          <w:lang w:bidi="ne-NP"/>
        </w:rPr>
        <w:t>राख्नुपर्नेछ</w:t>
      </w:r>
      <w:r w:rsidRPr="009C4E79">
        <w:rPr>
          <w:rFonts w:hint="cs"/>
          <w:color w:val="000000" w:themeColor="text1"/>
          <w:sz w:val="24"/>
          <w:szCs w:val="24"/>
          <w:cs/>
          <w:lang w:bidi="ne-NP"/>
        </w:rPr>
        <w:t xml:space="preserve"> ।</w:t>
      </w:r>
    </w:p>
    <w:p w:rsidR="00C41428" w:rsidRPr="009C4E79" w:rsidRDefault="00C52305" w:rsidP="00614A5D">
      <w:pPr>
        <w:pStyle w:val="ListParagraph"/>
        <w:numPr>
          <w:ilvl w:val="0"/>
          <w:numId w:val="16"/>
        </w:numPr>
        <w:tabs>
          <w:tab w:val="left" w:pos="720"/>
        </w:tabs>
        <w:ind w:left="1080" w:firstLine="0"/>
        <w:jc w:val="both"/>
        <w:rPr>
          <w:color w:val="000000" w:themeColor="text1"/>
          <w:sz w:val="24"/>
          <w:szCs w:val="24"/>
          <w:lang w:bidi="ne-NP"/>
        </w:rPr>
      </w:pPr>
      <w:r w:rsidRPr="009C4E79">
        <w:rPr>
          <w:color w:val="000000" w:themeColor="text1"/>
          <w:sz w:val="24"/>
          <w:szCs w:val="24"/>
          <w:cs/>
          <w:lang w:bidi="ne-NP"/>
        </w:rPr>
        <w:t>कोषाध्यक्षले आम्दानी खर्चको हिस</w:t>
      </w:r>
      <w:r w:rsidR="00833720" w:rsidRPr="009C4E79">
        <w:rPr>
          <w:color w:val="000000" w:themeColor="text1"/>
          <w:sz w:val="24"/>
          <w:szCs w:val="24"/>
          <w:cs/>
          <w:lang w:bidi="ne-NP"/>
        </w:rPr>
        <w:t>ा</w:t>
      </w:r>
      <w:r w:rsidRPr="009C4E79">
        <w:rPr>
          <w:color w:val="000000" w:themeColor="text1"/>
          <w:sz w:val="24"/>
          <w:szCs w:val="24"/>
          <w:cs/>
          <w:lang w:bidi="ne-NP"/>
        </w:rPr>
        <w:t>ब</w:t>
      </w:r>
      <w:r w:rsidR="00D164C4" w:rsidRPr="009C4E79">
        <w:rPr>
          <w:color w:val="000000" w:themeColor="text1"/>
          <w:sz w:val="24"/>
          <w:szCs w:val="24"/>
          <w:cs/>
          <w:lang w:bidi="ne-NP"/>
        </w:rPr>
        <w:t xml:space="preserve"> किताव</w:t>
      </w:r>
      <w:r w:rsidR="00BF5ED4" w:rsidRPr="009C4E79">
        <w:rPr>
          <w:rFonts w:hint="cs"/>
          <w:color w:val="000000" w:themeColor="text1"/>
          <w:sz w:val="24"/>
          <w:szCs w:val="24"/>
          <w:cs/>
          <w:lang w:bidi="ne-NP"/>
        </w:rPr>
        <w:t xml:space="preserve">चौमासिक रुपमा </w:t>
      </w:r>
      <w:r w:rsidR="00982CEF" w:rsidRPr="009C4E79">
        <w:rPr>
          <w:color w:val="000000" w:themeColor="text1"/>
          <w:sz w:val="24"/>
          <w:szCs w:val="24"/>
          <w:cs/>
          <w:lang w:bidi="ne-NP"/>
        </w:rPr>
        <w:t xml:space="preserve">कार्य समितिको </w:t>
      </w:r>
      <w:r w:rsidR="00E56125" w:rsidRPr="009C4E79">
        <w:rPr>
          <w:color w:val="000000" w:themeColor="text1"/>
          <w:sz w:val="24"/>
          <w:szCs w:val="24"/>
          <w:cs/>
          <w:lang w:bidi="ne-NP"/>
        </w:rPr>
        <w:t>बैठकमा पेश गर्नु पर्नेछ</w:t>
      </w:r>
      <w:r w:rsidRPr="009C4E79">
        <w:rPr>
          <w:color w:val="000000" w:themeColor="text1"/>
          <w:sz w:val="24"/>
          <w:szCs w:val="24"/>
          <w:cs/>
          <w:lang w:bidi="ne-NP"/>
        </w:rPr>
        <w:t>।</w:t>
      </w:r>
    </w:p>
    <w:p w:rsidR="00C51EA3" w:rsidRPr="009C4E79" w:rsidRDefault="00E751D4" w:rsidP="00614A5D">
      <w:pPr>
        <w:pStyle w:val="ListParagraph"/>
        <w:numPr>
          <w:ilvl w:val="0"/>
          <w:numId w:val="16"/>
        </w:numPr>
        <w:tabs>
          <w:tab w:val="left" w:pos="720"/>
        </w:tabs>
        <w:ind w:left="1080" w:firstLine="0"/>
        <w:jc w:val="both"/>
        <w:rPr>
          <w:sz w:val="24"/>
          <w:szCs w:val="24"/>
          <w:lang w:bidi="ne-NP"/>
        </w:rPr>
      </w:pPr>
      <w:r w:rsidRPr="009C4E79">
        <w:rPr>
          <w:sz w:val="24"/>
          <w:szCs w:val="24"/>
          <w:cs/>
          <w:lang w:bidi="ne-NP"/>
        </w:rPr>
        <w:t xml:space="preserve"> कार्यसमितिले प्रत्येक आर्थिक वर्षमा गरेको काम र आर्थिक कारोबारको यथार्थ विवरण तयार गरी </w:t>
      </w:r>
      <w:r w:rsidR="00C51EA3" w:rsidRPr="009C4E79">
        <w:rPr>
          <w:sz w:val="24"/>
          <w:szCs w:val="24"/>
          <w:cs/>
          <w:lang w:bidi="ne-NP"/>
        </w:rPr>
        <w:t xml:space="preserve">आर्थिक वर्ष समाप्त भएको </w:t>
      </w:r>
      <w:r w:rsidRPr="009C4E79">
        <w:rPr>
          <w:sz w:val="24"/>
          <w:szCs w:val="24"/>
          <w:cs/>
          <w:lang w:bidi="ne-NP"/>
        </w:rPr>
        <w:t xml:space="preserve">मितिले </w:t>
      </w:r>
      <w:r w:rsidR="00C51EA3" w:rsidRPr="009C4E79">
        <w:rPr>
          <w:sz w:val="24"/>
          <w:szCs w:val="24"/>
          <w:cs/>
          <w:lang w:bidi="ne-NP"/>
        </w:rPr>
        <w:t xml:space="preserve">तीन महिना भित्र </w:t>
      </w:r>
      <w:r w:rsidR="00816255" w:rsidRPr="009C4E79">
        <w:rPr>
          <w:sz w:val="24"/>
          <w:szCs w:val="24"/>
          <w:cs/>
          <w:lang w:bidi="ne-NP"/>
        </w:rPr>
        <w:t xml:space="preserve">टोल </w:t>
      </w:r>
      <w:r w:rsidRPr="009C4E79">
        <w:rPr>
          <w:sz w:val="24"/>
          <w:szCs w:val="24"/>
          <w:cs/>
          <w:lang w:bidi="ne-NP"/>
        </w:rPr>
        <w:t>भेलामा पेश गर्नु पर्नेछ</w:t>
      </w:r>
      <w:r w:rsidR="00C52305" w:rsidRPr="009C4E79">
        <w:rPr>
          <w:sz w:val="24"/>
          <w:szCs w:val="24"/>
          <w:cs/>
          <w:lang w:bidi="ne-NP"/>
        </w:rPr>
        <w:t>।</w:t>
      </w:r>
    </w:p>
    <w:p w:rsidR="009E26B5" w:rsidRPr="009C4E79" w:rsidRDefault="009E26B5" w:rsidP="00614A5D">
      <w:pPr>
        <w:pStyle w:val="ListParagraph"/>
        <w:numPr>
          <w:ilvl w:val="0"/>
          <w:numId w:val="16"/>
        </w:numPr>
        <w:tabs>
          <w:tab w:val="left" w:pos="720"/>
        </w:tabs>
        <w:ind w:left="1080" w:firstLine="0"/>
        <w:jc w:val="both"/>
        <w:rPr>
          <w:sz w:val="24"/>
          <w:szCs w:val="24"/>
          <w:lang w:bidi="ne-NP"/>
        </w:rPr>
      </w:pPr>
      <w:r w:rsidRPr="009C4E79">
        <w:rPr>
          <w:sz w:val="24"/>
          <w:szCs w:val="24"/>
          <w:cs/>
          <w:lang w:bidi="ne-NP"/>
        </w:rPr>
        <w:t>संस्थाले आफ्नो वार्षिक कारोबारको प्रतिवेदन साधारणसभा</w:t>
      </w:r>
      <w:r w:rsidRPr="009C4E79">
        <w:rPr>
          <w:sz w:val="24"/>
          <w:szCs w:val="24"/>
          <w:lang w:bidi="sa-IN"/>
        </w:rPr>
        <w:t xml:space="preserve">, </w:t>
      </w:r>
      <w:r w:rsidRPr="009C4E79">
        <w:rPr>
          <w:sz w:val="24"/>
          <w:szCs w:val="24"/>
          <w:cs/>
          <w:lang w:bidi="ne-NP"/>
        </w:rPr>
        <w:t>सम्बन्धित वडा कार्यलय र गाउँपालिकामा पेश गर्नुपर्नेछ ।</w:t>
      </w:r>
    </w:p>
    <w:p w:rsidR="00C51EA3" w:rsidRDefault="00982CEF" w:rsidP="00614A5D">
      <w:pPr>
        <w:pStyle w:val="ListParagraph"/>
        <w:numPr>
          <w:ilvl w:val="0"/>
          <w:numId w:val="16"/>
        </w:numPr>
        <w:tabs>
          <w:tab w:val="left" w:pos="720"/>
        </w:tabs>
        <w:ind w:left="1080" w:firstLine="0"/>
        <w:jc w:val="both"/>
        <w:rPr>
          <w:sz w:val="24"/>
          <w:szCs w:val="24"/>
          <w:lang w:bidi="ne-NP"/>
        </w:rPr>
      </w:pPr>
      <w:r w:rsidRPr="009C4E79">
        <w:rPr>
          <w:sz w:val="24"/>
          <w:szCs w:val="24"/>
          <w:cs/>
          <w:lang w:bidi="ne-NP"/>
        </w:rPr>
        <w:t>गाउँ</w:t>
      </w:r>
      <w:r w:rsidR="00995025" w:rsidRPr="009C4E79">
        <w:rPr>
          <w:sz w:val="24"/>
          <w:szCs w:val="24"/>
          <w:cs/>
          <w:lang w:bidi="ne-NP"/>
        </w:rPr>
        <w:t>पालिका</w:t>
      </w:r>
      <w:r w:rsidR="00AD4439" w:rsidRPr="009C4E79">
        <w:rPr>
          <w:sz w:val="24"/>
          <w:szCs w:val="24"/>
          <w:cs/>
          <w:lang w:bidi="ne-NP"/>
        </w:rPr>
        <w:t xml:space="preserve"> तथा वडा कार्यालय</w:t>
      </w:r>
      <w:r w:rsidR="00995025" w:rsidRPr="009C4E79">
        <w:rPr>
          <w:sz w:val="24"/>
          <w:szCs w:val="24"/>
          <w:cs/>
          <w:lang w:bidi="ne-NP"/>
        </w:rPr>
        <w:t xml:space="preserve">ले </w:t>
      </w:r>
      <w:r w:rsidR="001C6EA1" w:rsidRPr="009C4E79">
        <w:rPr>
          <w:sz w:val="24"/>
          <w:szCs w:val="24"/>
          <w:cs/>
          <w:lang w:bidi="ne-NP"/>
        </w:rPr>
        <w:t xml:space="preserve">आवश्यकता अनुसार </w:t>
      </w:r>
      <w:r w:rsidR="00C52305" w:rsidRPr="009C4E79">
        <w:rPr>
          <w:sz w:val="24"/>
          <w:szCs w:val="24"/>
          <w:cs/>
          <w:lang w:bidi="ne-NP"/>
        </w:rPr>
        <w:t xml:space="preserve">संस्थाको </w:t>
      </w:r>
      <w:r w:rsidRPr="009C4E79">
        <w:rPr>
          <w:sz w:val="24"/>
          <w:szCs w:val="24"/>
          <w:cs/>
          <w:lang w:bidi="ne-NP"/>
        </w:rPr>
        <w:t xml:space="preserve">अनुगमन </w:t>
      </w:r>
      <w:r w:rsidR="00BB17C0" w:rsidRPr="009C4E79">
        <w:rPr>
          <w:sz w:val="24"/>
          <w:szCs w:val="24"/>
          <w:cs/>
          <w:lang w:bidi="ne-NP"/>
        </w:rPr>
        <w:t xml:space="preserve">गरी आवश्यक निर्देशन दिन </w:t>
      </w:r>
      <w:r w:rsidR="00C52305" w:rsidRPr="009C4E79">
        <w:rPr>
          <w:sz w:val="24"/>
          <w:szCs w:val="24"/>
          <w:cs/>
          <w:lang w:bidi="ne-NP"/>
        </w:rPr>
        <w:t>सक्नेछ ।</w:t>
      </w:r>
    </w:p>
    <w:p w:rsidR="006E3B4D" w:rsidRDefault="00BC3A31" w:rsidP="00614A5D">
      <w:pPr>
        <w:pStyle w:val="ListParagraph"/>
        <w:numPr>
          <w:ilvl w:val="0"/>
          <w:numId w:val="16"/>
        </w:numPr>
        <w:tabs>
          <w:tab w:val="left" w:pos="720"/>
        </w:tabs>
        <w:ind w:left="1080" w:firstLine="0"/>
        <w:jc w:val="both"/>
        <w:rPr>
          <w:sz w:val="24"/>
          <w:szCs w:val="24"/>
          <w:lang w:bidi="ne-NP"/>
        </w:rPr>
      </w:pPr>
      <w:r>
        <w:rPr>
          <w:rFonts w:hint="cs"/>
          <w:sz w:val="24"/>
          <w:szCs w:val="24"/>
          <w:cs/>
          <w:lang w:bidi="ne-NP"/>
        </w:rPr>
        <w:t>संस्थाले आर्थिक वर्ष समाप्त भएको पहिलो त्रैमासिक भित्र</w:t>
      </w:r>
      <w:r w:rsidR="00F65BA9">
        <w:rPr>
          <w:rFonts w:hint="cs"/>
          <w:sz w:val="24"/>
          <w:szCs w:val="24"/>
          <w:cs/>
          <w:lang w:bidi="ne-NP"/>
        </w:rPr>
        <w:t xml:space="preserve">रजिष्टर लेखापरीक्षकवाट वार्षिक लेखा परीक्षण </w:t>
      </w:r>
      <w:r w:rsidR="00FD4E40">
        <w:rPr>
          <w:rFonts w:hint="cs"/>
          <w:sz w:val="24"/>
          <w:szCs w:val="24"/>
          <w:cs/>
          <w:lang w:bidi="ne-NP"/>
        </w:rPr>
        <w:t>गर्ने कार्य सम्पन्न गर्नु पर्नेछ।</w:t>
      </w:r>
      <w:r w:rsidR="00C1216E">
        <w:rPr>
          <w:rFonts w:hint="cs"/>
          <w:sz w:val="24"/>
          <w:szCs w:val="24"/>
          <w:cs/>
          <w:lang w:bidi="ne-NP"/>
        </w:rPr>
        <w:t xml:space="preserve">वार्षिक लेखा परीक्षण प्रतिवेदन अध्यक्षमार्फत </w:t>
      </w:r>
      <w:r w:rsidR="00750349">
        <w:rPr>
          <w:rFonts w:hint="cs"/>
          <w:sz w:val="24"/>
          <w:szCs w:val="24"/>
          <w:cs/>
          <w:lang w:bidi="ne-NP"/>
        </w:rPr>
        <w:t>आम भेलावाट अनुमोदन गरी सोको एक एक प्रति व</w:t>
      </w:r>
      <w:r w:rsidR="00611EE3">
        <w:rPr>
          <w:rFonts w:hint="cs"/>
          <w:sz w:val="24"/>
          <w:szCs w:val="24"/>
          <w:cs/>
          <w:lang w:bidi="ne-NP"/>
        </w:rPr>
        <w:t>डा कार्यालय र गाउँपालिका</w:t>
      </w:r>
      <w:r w:rsidR="00E90AB3">
        <w:rPr>
          <w:rFonts w:hint="cs"/>
          <w:sz w:val="24"/>
          <w:szCs w:val="24"/>
          <w:cs/>
          <w:lang w:bidi="ne-NP"/>
        </w:rPr>
        <w:t>मा पेश गर्नु पर्नेछ।</w:t>
      </w:r>
    </w:p>
    <w:p w:rsidR="00E90AB3" w:rsidRPr="009C4E79" w:rsidRDefault="00A47C4D" w:rsidP="00614A5D">
      <w:pPr>
        <w:pStyle w:val="ListParagraph"/>
        <w:numPr>
          <w:ilvl w:val="0"/>
          <w:numId w:val="16"/>
        </w:numPr>
        <w:tabs>
          <w:tab w:val="left" w:pos="720"/>
        </w:tabs>
        <w:ind w:left="1080" w:firstLine="0"/>
        <w:jc w:val="both"/>
        <w:rPr>
          <w:sz w:val="24"/>
          <w:szCs w:val="24"/>
          <w:lang w:bidi="ne-NP"/>
        </w:rPr>
      </w:pPr>
      <w:r>
        <w:rPr>
          <w:rFonts w:hint="cs"/>
          <w:sz w:val="24"/>
          <w:szCs w:val="24"/>
          <w:cs/>
          <w:lang w:bidi="ne-NP"/>
        </w:rPr>
        <w:lastRenderedPageBreak/>
        <w:t xml:space="preserve">संस्थाको </w:t>
      </w:r>
      <w:r w:rsidR="00AB7ADE">
        <w:rPr>
          <w:rFonts w:hint="cs"/>
          <w:sz w:val="24"/>
          <w:szCs w:val="24"/>
          <w:cs/>
          <w:lang w:bidi="ne-NP"/>
        </w:rPr>
        <w:t>आन्तरिक लेखा परीक्षण सम्वन्धी व्यवस्था गाउँपालिकाले तोके वमोजिम हुनेछ।</w:t>
      </w:r>
    </w:p>
    <w:p w:rsidR="00823339" w:rsidRPr="009C4E79" w:rsidRDefault="00193B33" w:rsidP="00193B33">
      <w:pPr>
        <w:pStyle w:val="ListParagraph"/>
        <w:numPr>
          <w:ilvl w:val="0"/>
          <w:numId w:val="5"/>
        </w:numPr>
        <w:tabs>
          <w:tab w:val="left" w:pos="720"/>
        </w:tabs>
        <w:ind w:hanging="760"/>
        <w:jc w:val="both"/>
        <w:rPr>
          <w:color w:val="000000" w:themeColor="text1"/>
          <w:sz w:val="24"/>
          <w:szCs w:val="24"/>
          <w:lang w:bidi="sa-IN"/>
        </w:rPr>
      </w:pPr>
      <w:r>
        <w:rPr>
          <w:b/>
          <w:bCs/>
          <w:color w:val="000000" w:themeColor="text1"/>
          <w:sz w:val="28"/>
          <w:szCs w:val="28"/>
          <w:lang w:bidi="ne-NP"/>
        </w:rPr>
        <w:t xml:space="preserve"> </w:t>
      </w:r>
      <w:r w:rsidR="00823339" w:rsidRPr="00193B33">
        <w:rPr>
          <w:rFonts w:hint="cs"/>
          <w:b/>
          <w:bCs/>
          <w:color w:val="000000" w:themeColor="text1"/>
          <w:sz w:val="28"/>
          <w:szCs w:val="28"/>
          <w:cs/>
          <w:lang w:bidi="ne-NP"/>
        </w:rPr>
        <w:t>जिन्सी तथा वस्तुगत सहयोग लिन सक्नेः</w:t>
      </w:r>
      <w:r w:rsidR="00823339" w:rsidRPr="00193B33">
        <w:rPr>
          <w:rFonts w:hint="cs"/>
          <w:color w:val="000000" w:themeColor="text1"/>
          <w:sz w:val="28"/>
          <w:szCs w:val="28"/>
          <w:cs/>
          <w:lang w:bidi="ne-NP"/>
        </w:rPr>
        <w:t xml:space="preserve"> </w:t>
      </w:r>
      <w:r w:rsidR="00823339" w:rsidRPr="009C4E79">
        <w:rPr>
          <w:color w:val="000000" w:themeColor="text1"/>
          <w:sz w:val="24"/>
          <w:szCs w:val="24"/>
          <w:lang w:bidi="ne-NP"/>
        </w:rPr>
        <w:t>(</w:t>
      </w:r>
      <w:r w:rsidR="00823339" w:rsidRPr="009C4E79">
        <w:rPr>
          <w:rFonts w:hint="cs"/>
          <w:color w:val="000000" w:themeColor="text1"/>
          <w:sz w:val="24"/>
          <w:szCs w:val="24"/>
          <w:cs/>
          <w:lang w:bidi="ne-NP"/>
        </w:rPr>
        <w:t>१</w:t>
      </w:r>
      <w:r w:rsidR="00823339" w:rsidRPr="009C4E79">
        <w:rPr>
          <w:color w:val="000000" w:themeColor="text1"/>
          <w:sz w:val="24"/>
          <w:szCs w:val="24"/>
          <w:lang w:bidi="ne-NP"/>
        </w:rPr>
        <w:t>)</w:t>
      </w:r>
      <w:r w:rsidR="00823339" w:rsidRPr="009C4E79">
        <w:rPr>
          <w:rFonts w:hint="cs"/>
          <w:color w:val="000000" w:themeColor="text1"/>
          <w:sz w:val="24"/>
          <w:szCs w:val="24"/>
          <w:cs/>
          <w:lang w:bidi="ne-NP"/>
        </w:rPr>
        <w:t xml:space="preserve"> यस कार्यविधिमा अन्यत्र जुनसुकै कुरा लेखिएको भए तापनि विपद् प्रभावित व्यक्तिको उद्दार</w:t>
      </w:r>
      <w:r w:rsidR="006F0F41" w:rsidRPr="009C4E79">
        <w:rPr>
          <w:rFonts w:hint="cs"/>
          <w:color w:val="000000" w:themeColor="text1"/>
          <w:sz w:val="24"/>
          <w:szCs w:val="24"/>
          <w:cs/>
          <w:lang w:bidi="sa-IN"/>
        </w:rPr>
        <w:t>,</w:t>
      </w:r>
      <w:r w:rsidR="00823339" w:rsidRPr="009C4E79">
        <w:rPr>
          <w:rFonts w:hint="cs"/>
          <w:color w:val="000000" w:themeColor="text1"/>
          <w:sz w:val="24"/>
          <w:szCs w:val="24"/>
          <w:cs/>
          <w:lang w:bidi="ne-NP"/>
        </w:rPr>
        <w:t xml:space="preserve"> राहत तथा पुनर्स्थापना कार्यमा सहयोग गर्न कुनै सरकारी निकाय</w:t>
      </w:r>
      <w:r w:rsidR="00823339" w:rsidRPr="009C4E79">
        <w:rPr>
          <w:rFonts w:hint="cs"/>
          <w:color w:val="000000" w:themeColor="text1"/>
          <w:sz w:val="24"/>
          <w:szCs w:val="24"/>
          <w:cs/>
          <w:lang w:bidi="sa-IN"/>
        </w:rPr>
        <w:t>,</w:t>
      </w:r>
      <w:r w:rsidR="00823339" w:rsidRPr="009C4E79">
        <w:rPr>
          <w:rFonts w:hint="cs"/>
          <w:color w:val="000000" w:themeColor="text1"/>
          <w:sz w:val="24"/>
          <w:szCs w:val="24"/>
          <w:cs/>
          <w:lang w:bidi="ne-NP"/>
        </w:rPr>
        <w:t xml:space="preserve"> गैर सरकारी संघसंस्था</w:t>
      </w:r>
      <w:r w:rsidR="00823339" w:rsidRPr="009C4E79">
        <w:rPr>
          <w:rFonts w:hint="cs"/>
          <w:color w:val="000000" w:themeColor="text1"/>
          <w:sz w:val="24"/>
          <w:szCs w:val="24"/>
          <w:cs/>
          <w:lang w:bidi="sa-IN"/>
        </w:rPr>
        <w:t>,</w:t>
      </w:r>
      <w:r w:rsidR="00823339" w:rsidRPr="009C4E79">
        <w:rPr>
          <w:rFonts w:hint="cs"/>
          <w:color w:val="000000" w:themeColor="text1"/>
          <w:sz w:val="24"/>
          <w:szCs w:val="24"/>
          <w:cs/>
          <w:lang w:bidi="ne-NP"/>
        </w:rPr>
        <w:t xml:space="preserve"> निजी क्षेत्र तथा व्यक्ति विशेषबाट जिन्सी सामान तथा वस्तुगत सहयोग लिन सक्नेछ।</w:t>
      </w:r>
    </w:p>
    <w:p w:rsidR="008F75F5" w:rsidRPr="009C4E79" w:rsidRDefault="00823339" w:rsidP="00614A5D">
      <w:pPr>
        <w:pStyle w:val="ListParagraph"/>
        <w:tabs>
          <w:tab w:val="left" w:pos="720"/>
        </w:tabs>
        <w:ind w:left="1120" w:hanging="40"/>
        <w:jc w:val="both"/>
        <w:rPr>
          <w:color w:val="000000" w:themeColor="text1"/>
          <w:sz w:val="24"/>
          <w:szCs w:val="24"/>
          <w:lang w:bidi="ne-NP"/>
        </w:rPr>
      </w:pPr>
      <w:r w:rsidRPr="009C4E79">
        <w:rPr>
          <w:rFonts w:hint="cs"/>
          <w:color w:val="000000" w:themeColor="text1"/>
          <w:sz w:val="24"/>
          <w:szCs w:val="24"/>
          <w:cs/>
          <w:lang w:bidi="sa-IN"/>
        </w:rPr>
        <w:t>(</w:t>
      </w:r>
      <w:r w:rsidRPr="009C4E79">
        <w:rPr>
          <w:rFonts w:hint="cs"/>
          <w:color w:val="000000" w:themeColor="text1"/>
          <w:sz w:val="24"/>
          <w:szCs w:val="24"/>
          <w:cs/>
          <w:lang w:bidi="ne-NP"/>
        </w:rPr>
        <w:t>२</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संस्थाले उपदफा </w:t>
      </w:r>
      <w:r w:rsidRPr="009C4E79">
        <w:rPr>
          <w:rFonts w:hint="cs"/>
          <w:color w:val="000000" w:themeColor="text1"/>
          <w:sz w:val="24"/>
          <w:szCs w:val="24"/>
          <w:cs/>
          <w:lang w:bidi="sa-IN"/>
        </w:rPr>
        <w:t>(</w:t>
      </w:r>
      <w:r w:rsidRPr="009C4E79">
        <w:rPr>
          <w:rFonts w:hint="cs"/>
          <w:color w:val="000000" w:themeColor="text1"/>
          <w:sz w:val="24"/>
          <w:szCs w:val="24"/>
          <w:cs/>
          <w:lang w:bidi="ne-NP"/>
        </w:rPr>
        <w:t>१</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बमोजिम प्राप्त सहयोग वडा समितिको समन्वयमा त्यस्तो विपदबाट प्रभावित व्यक्ति तथा परिवारलाई वितरण गर्न सक्नेछ।</w:t>
      </w:r>
    </w:p>
    <w:p w:rsidR="00823339" w:rsidRPr="009C4E79" w:rsidRDefault="008F75F5" w:rsidP="00614A5D">
      <w:pPr>
        <w:pStyle w:val="ListParagraph"/>
        <w:tabs>
          <w:tab w:val="left" w:pos="720"/>
        </w:tabs>
        <w:ind w:left="1120" w:hanging="40"/>
        <w:jc w:val="both"/>
        <w:rPr>
          <w:color w:val="000000" w:themeColor="text1"/>
          <w:sz w:val="24"/>
          <w:szCs w:val="24"/>
          <w:lang w:bidi="sa-IN"/>
        </w:rPr>
      </w:pPr>
      <w:r w:rsidRPr="009C4E79">
        <w:rPr>
          <w:rFonts w:hint="cs"/>
          <w:color w:val="000000" w:themeColor="text1"/>
          <w:sz w:val="24"/>
          <w:szCs w:val="24"/>
          <w:cs/>
          <w:lang w:bidi="sa-IN"/>
        </w:rPr>
        <w:t>(</w:t>
      </w:r>
      <w:r w:rsidRPr="009C4E79">
        <w:rPr>
          <w:rFonts w:hint="cs"/>
          <w:color w:val="000000" w:themeColor="text1"/>
          <w:sz w:val="24"/>
          <w:szCs w:val="24"/>
          <w:cs/>
          <w:lang w:bidi="ne-NP"/>
        </w:rPr>
        <w:t>३</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संस्थाले यस दफा बमोजिम प्राप्त सहयोगको विवरण </w:t>
      </w:r>
      <w:r w:rsidR="003802C7" w:rsidRPr="009C4E79">
        <w:rPr>
          <w:rFonts w:hint="cs"/>
          <w:color w:val="000000" w:themeColor="text1"/>
          <w:sz w:val="24"/>
          <w:szCs w:val="24"/>
          <w:cs/>
          <w:lang w:bidi="ne-NP"/>
        </w:rPr>
        <w:t>वार्षिक</w:t>
      </w:r>
      <w:r w:rsidRPr="009C4E79">
        <w:rPr>
          <w:rFonts w:hint="cs"/>
          <w:color w:val="000000" w:themeColor="text1"/>
          <w:sz w:val="24"/>
          <w:szCs w:val="24"/>
          <w:cs/>
          <w:lang w:bidi="ne-NP"/>
        </w:rPr>
        <w:t xml:space="preserve"> प्रतिवेदनमा समेत समावेश गर्नु पर्नेछ।</w:t>
      </w:r>
    </w:p>
    <w:p w:rsidR="00C03DDA" w:rsidRPr="009C4E79" w:rsidRDefault="00C03DDA" w:rsidP="00BD768E">
      <w:pPr>
        <w:pStyle w:val="ListParagraph"/>
        <w:tabs>
          <w:tab w:val="left" w:pos="720"/>
        </w:tabs>
        <w:ind w:left="1440" w:firstLine="270"/>
        <w:jc w:val="center"/>
        <w:rPr>
          <w:color w:val="000000" w:themeColor="text1"/>
          <w:sz w:val="24"/>
          <w:szCs w:val="24"/>
          <w:lang w:bidi="ne-NP"/>
        </w:rPr>
      </w:pPr>
    </w:p>
    <w:p w:rsidR="00C03DDA" w:rsidRPr="00193B33" w:rsidRDefault="00C03DDA" w:rsidP="00BD768E">
      <w:pPr>
        <w:pStyle w:val="ListParagraph"/>
        <w:tabs>
          <w:tab w:val="left" w:pos="720"/>
        </w:tabs>
        <w:spacing w:after="0" w:afterAutospacing="0"/>
        <w:ind w:left="1440" w:firstLine="270"/>
        <w:jc w:val="center"/>
        <w:rPr>
          <w:b/>
          <w:bCs/>
          <w:color w:val="000000" w:themeColor="text1"/>
          <w:sz w:val="28"/>
          <w:szCs w:val="28"/>
          <w:u w:val="single"/>
          <w:lang w:bidi="sa-IN"/>
        </w:rPr>
      </w:pPr>
      <w:r w:rsidRPr="00193B33">
        <w:rPr>
          <w:rFonts w:hint="cs"/>
          <w:b/>
          <w:bCs/>
          <w:color w:val="000000" w:themeColor="text1"/>
          <w:sz w:val="28"/>
          <w:szCs w:val="28"/>
          <w:u w:val="single"/>
          <w:cs/>
          <w:lang w:bidi="ne-NP"/>
        </w:rPr>
        <w:t>परिच्छेद</w:t>
      </w:r>
      <w:r w:rsidR="00152966" w:rsidRPr="00193B33">
        <w:rPr>
          <w:b/>
          <w:bCs/>
          <w:color w:val="000000" w:themeColor="text1"/>
          <w:sz w:val="28"/>
          <w:szCs w:val="28"/>
          <w:u w:val="single"/>
          <w:lang w:bidi="ne-NP"/>
        </w:rPr>
        <w:t>–</w:t>
      </w:r>
      <w:r w:rsidR="009956A7" w:rsidRPr="00193B33">
        <w:rPr>
          <w:rFonts w:hint="cs"/>
          <w:b/>
          <w:bCs/>
          <w:color w:val="000000" w:themeColor="text1"/>
          <w:sz w:val="28"/>
          <w:szCs w:val="28"/>
          <w:u w:val="single"/>
          <w:cs/>
          <w:lang w:bidi="sa-IN"/>
        </w:rPr>
        <w:t>6</w:t>
      </w:r>
    </w:p>
    <w:p w:rsidR="00F41E68" w:rsidRDefault="00F41E68" w:rsidP="00BD768E">
      <w:pPr>
        <w:pStyle w:val="ListParagraph"/>
        <w:tabs>
          <w:tab w:val="left" w:pos="720"/>
        </w:tabs>
        <w:spacing w:after="0" w:afterAutospacing="0"/>
        <w:ind w:left="1440" w:firstLine="270"/>
        <w:jc w:val="center"/>
        <w:rPr>
          <w:color w:val="000000" w:themeColor="text1"/>
          <w:sz w:val="28"/>
          <w:szCs w:val="28"/>
          <w:u w:val="single"/>
          <w:lang w:bidi="sa-IN"/>
        </w:rPr>
      </w:pPr>
      <w:r>
        <w:rPr>
          <w:rFonts w:hint="cs"/>
          <w:color w:val="000000" w:themeColor="text1"/>
          <w:sz w:val="28"/>
          <w:szCs w:val="28"/>
          <w:u w:val="single"/>
          <w:cs/>
          <w:lang w:bidi="sa-IN"/>
        </w:rPr>
        <w:t xml:space="preserve">योजना </w:t>
      </w:r>
      <w:r w:rsidR="008D6CFA">
        <w:rPr>
          <w:rFonts w:hint="cs"/>
          <w:color w:val="000000" w:themeColor="text1"/>
          <w:sz w:val="28"/>
          <w:szCs w:val="28"/>
          <w:u w:val="single"/>
          <w:cs/>
          <w:lang w:bidi="sa-IN"/>
        </w:rPr>
        <w:t xml:space="preserve">सञ्चालन </w:t>
      </w:r>
    </w:p>
    <w:p w:rsidR="008D6CFA" w:rsidRPr="00AC0C95" w:rsidRDefault="00945D79" w:rsidP="00193B33">
      <w:pPr>
        <w:pStyle w:val="ListParagraph"/>
        <w:numPr>
          <w:ilvl w:val="0"/>
          <w:numId w:val="5"/>
        </w:numPr>
        <w:tabs>
          <w:tab w:val="left" w:pos="720"/>
        </w:tabs>
        <w:ind w:hanging="760"/>
        <w:jc w:val="both"/>
        <w:rPr>
          <w:color w:val="000000" w:themeColor="text1"/>
          <w:sz w:val="24"/>
          <w:szCs w:val="24"/>
          <w:lang w:bidi="sa-IN"/>
        </w:rPr>
      </w:pPr>
      <w:r w:rsidRPr="00193B33">
        <w:rPr>
          <w:rFonts w:hint="cs"/>
          <w:b/>
          <w:bCs/>
          <w:color w:val="000000" w:themeColor="text1"/>
          <w:sz w:val="28"/>
          <w:szCs w:val="28"/>
          <w:cs/>
          <w:lang w:bidi="ne-NP"/>
        </w:rPr>
        <w:t>योजना संझौता र कार्यान्वयनः</w:t>
      </w:r>
      <w:r w:rsidR="000900DB" w:rsidRPr="00193B33">
        <w:rPr>
          <w:rFonts w:hint="cs"/>
          <w:color w:val="000000" w:themeColor="text1"/>
          <w:sz w:val="28"/>
          <w:szCs w:val="28"/>
          <w:cs/>
          <w:lang w:bidi="ne-NP"/>
        </w:rPr>
        <w:t xml:space="preserve"> </w:t>
      </w:r>
      <w:r w:rsidR="000900DB" w:rsidRPr="00AC0C95">
        <w:rPr>
          <w:rFonts w:hint="cs"/>
          <w:color w:val="000000" w:themeColor="text1"/>
          <w:sz w:val="24"/>
          <w:szCs w:val="24"/>
          <w:cs/>
          <w:lang w:bidi="ne-NP"/>
        </w:rPr>
        <w:t>(१)</w:t>
      </w:r>
      <w:r w:rsidR="00685FC6" w:rsidRPr="00AC0C95">
        <w:rPr>
          <w:rFonts w:hint="cs"/>
          <w:color w:val="000000" w:themeColor="text1"/>
          <w:sz w:val="24"/>
          <w:szCs w:val="24"/>
          <w:cs/>
          <w:lang w:bidi="ne-NP"/>
        </w:rPr>
        <w:t>गाउँपालिका</w:t>
      </w:r>
      <w:r w:rsidR="001E3F29" w:rsidRPr="00AC0C95">
        <w:rPr>
          <w:rFonts w:hint="cs"/>
          <w:color w:val="000000" w:themeColor="text1"/>
          <w:sz w:val="24"/>
          <w:szCs w:val="24"/>
          <w:cs/>
          <w:lang w:bidi="ne-NP"/>
        </w:rPr>
        <w:t xml:space="preserve">ले वार्षिक स्वीकृत योजना तथा कार्यक्रमहरु मध्ये </w:t>
      </w:r>
      <w:r w:rsidR="00973219" w:rsidRPr="00AC0C95">
        <w:rPr>
          <w:rFonts w:hint="cs"/>
          <w:color w:val="000000" w:themeColor="text1"/>
          <w:sz w:val="24"/>
          <w:szCs w:val="24"/>
          <w:cs/>
          <w:lang w:bidi="ne-NP"/>
        </w:rPr>
        <w:t xml:space="preserve">संस्थाको कार्यक्षेत्रसंग मिल्ने योजना तथा कार्यक्रमहरु </w:t>
      </w:r>
      <w:r w:rsidR="00A97899" w:rsidRPr="00AC0C95">
        <w:rPr>
          <w:rFonts w:hint="cs"/>
          <w:color w:val="000000" w:themeColor="text1"/>
          <w:sz w:val="24"/>
          <w:szCs w:val="24"/>
          <w:cs/>
          <w:lang w:bidi="ne-NP"/>
        </w:rPr>
        <w:t xml:space="preserve">संस्था मार्फत कार्यान्वयन गर्ने गरी </w:t>
      </w:r>
      <w:r w:rsidR="007C31BF" w:rsidRPr="00AC0C95">
        <w:rPr>
          <w:rFonts w:hint="cs"/>
          <w:color w:val="000000" w:themeColor="text1"/>
          <w:sz w:val="24"/>
          <w:szCs w:val="24"/>
          <w:cs/>
          <w:lang w:bidi="ne-NP"/>
        </w:rPr>
        <w:t>संझौता गर्न सक्ने छ।</w:t>
      </w:r>
    </w:p>
    <w:p w:rsidR="00A1453D" w:rsidRPr="00AC0C95" w:rsidRDefault="00F9697D" w:rsidP="00614A5D">
      <w:pPr>
        <w:tabs>
          <w:tab w:val="left" w:pos="1080"/>
        </w:tabs>
        <w:spacing w:after="0" w:afterAutospacing="0"/>
        <w:ind w:left="1080" w:firstLine="0"/>
        <w:jc w:val="both"/>
        <w:rPr>
          <w:color w:val="000000" w:themeColor="text1"/>
          <w:sz w:val="24"/>
          <w:szCs w:val="24"/>
          <w:lang w:bidi="ne-NP"/>
        </w:rPr>
      </w:pPr>
      <w:r w:rsidRPr="00AC0C95">
        <w:rPr>
          <w:rFonts w:hint="cs"/>
          <w:color w:val="000000" w:themeColor="text1"/>
          <w:sz w:val="24"/>
          <w:szCs w:val="24"/>
          <w:cs/>
          <w:lang w:bidi="ne-NP"/>
        </w:rPr>
        <w:t>(२)</w:t>
      </w:r>
      <w:r w:rsidR="009316C5" w:rsidRPr="00AC0C95">
        <w:rPr>
          <w:rFonts w:hint="cs"/>
          <w:color w:val="000000" w:themeColor="text1"/>
          <w:sz w:val="24"/>
          <w:szCs w:val="24"/>
          <w:cs/>
          <w:lang w:bidi="ne-NP"/>
        </w:rPr>
        <w:t xml:space="preserve">उपदफा </w:t>
      </w:r>
      <w:r w:rsidR="00A1453D" w:rsidRPr="00AC0C95">
        <w:rPr>
          <w:rFonts w:hint="cs"/>
          <w:color w:val="000000" w:themeColor="text1"/>
          <w:sz w:val="24"/>
          <w:szCs w:val="24"/>
          <w:cs/>
          <w:lang w:bidi="ne-NP"/>
        </w:rPr>
        <w:t>(१) वमोजिम योजना तथा कार्यक्रम कार्यान्वयनको संझौता गर्दा कुल लागत अनुमानको कम्तिमा १० प्रतिशत लागत साँझेदारीको सुनिश्चितता गरी संझौता गर्नु पर्ने छ।</w:t>
      </w:r>
    </w:p>
    <w:p w:rsidR="0032559B" w:rsidRPr="00AC0C95" w:rsidRDefault="0032559B" w:rsidP="00614A5D">
      <w:pPr>
        <w:tabs>
          <w:tab w:val="left" w:pos="1080"/>
        </w:tabs>
        <w:spacing w:after="0" w:afterAutospacing="0"/>
        <w:ind w:left="1080" w:firstLine="0"/>
        <w:jc w:val="both"/>
        <w:rPr>
          <w:color w:val="000000" w:themeColor="text1"/>
          <w:sz w:val="24"/>
          <w:szCs w:val="24"/>
          <w:lang w:bidi="ne-NP"/>
        </w:rPr>
      </w:pPr>
      <w:r w:rsidRPr="00AC0C95">
        <w:rPr>
          <w:rFonts w:hint="cs"/>
          <w:color w:val="000000" w:themeColor="text1"/>
          <w:sz w:val="24"/>
          <w:szCs w:val="24"/>
          <w:cs/>
          <w:lang w:bidi="ne-NP"/>
        </w:rPr>
        <w:t>(३)</w:t>
      </w:r>
      <w:r w:rsidR="00781E0B" w:rsidRPr="00AC0C95">
        <w:rPr>
          <w:rFonts w:hint="cs"/>
          <w:color w:val="000000" w:themeColor="text1"/>
          <w:sz w:val="24"/>
          <w:szCs w:val="24"/>
          <w:cs/>
          <w:lang w:bidi="ne-NP"/>
        </w:rPr>
        <w:t xml:space="preserve">माथि उपदफा </w:t>
      </w:r>
      <w:r w:rsidR="00A07F71" w:rsidRPr="00AC0C95">
        <w:rPr>
          <w:rFonts w:hint="cs"/>
          <w:color w:val="000000" w:themeColor="text1"/>
          <w:sz w:val="24"/>
          <w:szCs w:val="24"/>
          <w:cs/>
          <w:lang w:bidi="ne-NP"/>
        </w:rPr>
        <w:t>(</w:t>
      </w:r>
      <w:r w:rsidR="00781E0B" w:rsidRPr="00AC0C95">
        <w:rPr>
          <w:rFonts w:hint="cs"/>
          <w:color w:val="000000" w:themeColor="text1"/>
          <w:sz w:val="24"/>
          <w:szCs w:val="24"/>
          <w:cs/>
          <w:lang w:bidi="ne-NP"/>
        </w:rPr>
        <w:t>१)</w:t>
      </w:r>
      <w:r w:rsidR="00A07F71" w:rsidRPr="00AC0C95">
        <w:rPr>
          <w:rFonts w:hint="cs"/>
          <w:color w:val="000000" w:themeColor="text1"/>
          <w:sz w:val="24"/>
          <w:szCs w:val="24"/>
          <w:cs/>
          <w:lang w:bidi="ne-NP"/>
        </w:rPr>
        <w:t xml:space="preserve">मा जुनसुकै कुरा उल्लेख भएको भएतापनी </w:t>
      </w:r>
      <w:r w:rsidR="00A022B9" w:rsidRPr="00AC0C95">
        <w:rPr>
          <w:rFonts w:hint="cs"/>
          <w:color w:val="000000" w:themeColor="text1"/>
          <w:sz w:val="24"/>
          <w:szCs w:val="24"/>
          <w:cs/>
          <w:lang w:bidi="ne-NP"/>
        </w:rPr>
        <w:t>गाउँपालिकाले स्थानीय श्रम</w:t>
      </w:r>
      <w:r w:rsidR="00A022B9" w:rsidRPr="00AC0C95">
        <w:rPr>
          <w:color w:val="000000" w:themeColor="text1"/>
          <w:sz w:val="24"/>
          <w:szCs w:val="24"/>
          <w:lang w:bidi="ne-NP"/>
        </w:rPr>
        <w:t>,</w:t>
      </w:r>
      <w:r w:rsidR="00A022B9" w:rsidRPr="00AC0C95">
        <w:rPr>
          <w:rFonts w:hint="cs"/>
          <w:color w:val="000000" w:themeColor="text1"/>
          <w:sz w:val="24"/>
          <w:szCs w:val="24"/>
          <w:cs/>
          <w:lang w:bidi="ne-NP"/>
        </w:rPr>
        <w:t xml:space="preserve"> सीप र </w:t>
      </w:r>
      <w:r w:rsidR="00781E0B" w:rsidRPr="00AC0C95">
        <w:rPr>
          <w:rFonts w:hint="cs"/>
          <w:color w:val="000000" w:themeColor="text1"/>
          <w:sz w:val="24"/>
          <w:szCs w:val="24"/>
          <w:cs/>
          <w:lang w:bidi="ne-NP"/>
        </w:rPr>
        <w:t>सामग्रीको प्रयोगहुने प्रकृतिका पू</w:t>
      </w:r>
      <w:r w:rsidR="00A07F71" w:rsidRPr="00AC0C95">
        <w:rPr>
          <w:rFonts w:hint="cs"/>
          <w:color w:val="000000" w:themeColor="text1"/>
          <w:sz w:val="24"/>
          <w:szCs w:val="24"/>
          <w:cs/>
          <w:lang w:bidi="ne-NP"/>
        </w:rPr>
        <w:t>ँ</w:t>
      </w:r>
      <w:r w:rsidR="00781E0B" w:rsidRPr="00AC0C95">
        <w:rPr>
          <w:rFonts w:hint="cs"/>
          <w:color w:val="000000" w:themeColor="text1"/>
          <w:sz w:val="24"/>
          <w:szCs w:val="24"/>
          <w:cs/>
          <w:lang w:bidi="ne-NP"/>
        </w:rPr>
        <w:t>जिगत योजना तथा स्थानीय नेतृत्व विकास र सामाजिक सशक्तिकरण संग सम्वन्धित कार्यक्रमहरुमात्र</w:t>
      </w:r>
      <w:r w:rsidR="00A07F71" w:rsidRPr="00AC0C95">
        <w:rPr>
          <w:rFonts w:hint="cs"/>
          <w:color w:val="000000" w:themeColor="text1"/>
          <w:sz w:val="24"/>
          <w:szCs w:val="24"/>
          <w:cs/>
          <w:lang w:bidi="ne-NP"/>
        </w:rPr>
        <w:t xml:space="preserve"> संस्था मार्फत कार्यान्वयन गर्न सक्नेछ।</w:t>
      </w:r>
    </w:p>
    <w:p w:rsidR="00A07F71" w:rsidRPr="00AC0C95" w:rsidRDefault="00A07F71" w:rsidP="00614A5D">
      <w:pPr>
        <w:tabs>
          <w:tab w:val="left" w:pos="1080"/>
        </w:tabs>
        <w:spacing w:after="0" w:afterAutospacing="0"/>
        <w:ind w:left="1080" w:firstLine="0"/>
        <w:jc w:val="both"/>
        <w:rPr>
          <w:color w:val="000000" w:themeColor="text1"/>
          <w:sz w:val="24"/>
          <w:szCs w:val="24"/>
          <w:lang w:bidi="ne-NP"/>
        </w:rPr>
      </w:pPr>
      <w:r w:rsidRPr="00AC0C95">
        <w:rPr>
          <w:rFonts w:hint="cs"/>
          <w:color w:val="000000" w:themeColor="text1"/>
          <w:sz w:val="24"/>
          <w:szCs w:val="24"/>
          <w:cs/>
          <w:lang w:bidi="ne-NP"/>
        </w:rPr>
        <w:t xml:space="preserve">(४) </w:t>
      </w:r>
      <w:r w:rsidR="005A21DF" w:rsidRPr="00AC0C95">
        <w:rPr>
          <w:rFonts w:hint="cs"/>
          <w:color w:val="000000" w:themeColor="text1"/>
          <w:sz w:val="24"/>
          <w:szCs w:val="24"/>
          <w:cs/>
          <w:lang w:bidi="ne-NP"/>
        </w:rPr>
        <w:t xml:space="preserve">उपदफा (१) वमोजिम योजना तथा कार्यक्रम कार्यान्वयनको लागि संझौता गर्दा </w:t>
      </w:r>
      <w:r w:rsidR="001340F7" w:rsidRPr="00AC0C95">
        <w:rPr>
          <w:rFonts w:hint="cs"/>
          <w:color w:val="000000" w:themeColor="text1"/>
          <w:sz w:val="24"/>
          <w:szCs w:val="24"/>
          <w:cs/>
          <w:lang w:bidi="ne-NP"/>
        </w:rPr>
        <w:t xml:space="preserve">संस्थाको </w:t>
      </w:r>
      <w:r w:rsidR="00472B8A" w:rsidRPr="00AC0C95">
        <w:rPr>
          <w:rFonts w:hint="cs"/>
          <w:color w:val="000000" w:themeColor="text1"/>
          <w:sz w:val="24"/>
          <w:szCs w:val="24"/>
          <w:cs/>
          <w:lang w:bidi="ne-NP"/>
        </w:rPr>
        <w:t>चारकिल्ला भित्र सञ्चालन हुने योजना तथा कार्यक्रमहरु मध्ये</w:t>
      </w:r>
      <w:r w:rsidR="00D95763" w:rsidRPr="00AC0C95">
        <w:rPr>
          <w:rFonts w:hint="cs"/>
          <w:color w:val="000000" w:themeColor="text1"/>
          <w:sz w:val="24"/>
          <w:szCs w:val="24"/>
          <w:cs/>
          <w:lang w:bidi="ne-NP"/>
        </w:rPr>
        <w:t>उपदफा (३)</w:t>
      </w:r>
      <w:r w:rsidR="001726EC" w:rsidRPr="00AC0C95">
        <w:rPr>
          <w:rFonts w:hint="cs"/>
          <w:color w:val="000000" w:themeColor="text1"/>
          <w:sz w:val="24"/>
          <w:szCs w:val="24"/>
          <w:cs/>
          <w:lang w:bidi="ne-NP"/>
        </w:rPr>
        <w:t xml:space="preserve">को अधिनमा रही </w:t>
      </w:r>
      <w:r w:rsidR="00E63B3F" w:rsidRPr="00AC0C95">
        <w:rPr>
          <w:rFonts w:hint="cs"/>
          <w:color w:val="000000" w:themeColor="text1"/>
          <w:sz w:val="24"/>
          <w:szCs w:val="24"/>
          <w:cs/>
          <w:lang w:bidi="ne-NP"/>
        </w:rPr>
        <w:t>सवै पू</w:t>
      </w:r>
      <w:r w:rsidR="00AC0C95">
        <w:rPr>
          <w:rFonts w:hint="cs"/>
          <w:color w:val="000000" w:themeColor="text1"/>
          <w:sz w:val="24"/>
          <w:szCs w:val="24"/>
          <w:cs/>
          <w:lang w:bidi="ne-NP"/>
        </w:rPr>
        <w:t>ँ</w:t>
      </w:r>
      <w:r w:rsidR="00E63B3F" w:rsidRPr="00AC0C95">
        <w:rPr>
          <w:rFonts w:hint="cs"/>
          <w:color w:val="000000" w:themeColor="text1"/>
          <w:sz w:val="24"/>
          <w:szCs w:val="24"/>
          <w:cs/>
          <w:lang w:bidi="ne-NP"/>
        </w:rPr>
        <w:t>जिगत योजनाहरुको एकमुष्ट लागत अनुमान कायम गरी समेत संझौता गर्न सकिनेछ।</w:t>
      </w:r>
    </w:p>
    <w:p w:rsidR="00E63B3F" w:rsidRDefault="00E63B3F" w:rsidP="00614A5D">
      <w:pPr>
        <w:tabs>
          <w:tab w:val="left" w:pos="1080"/>
        </w:tabs>
        <w:spacing w:after="0" w:afterAutospacing="0"/>
        <w:ind w:left="1080" w:firstLine="0"/>
        <w:jc w:val="both"/>
        <w:rPr>
          <w:color w:val="000000" w:themeColor="text1"/>
          <w:sz w:val="24"/>
          <w:szCs w:val="24"/>
          <w:lang w:bidi="ne-NP"/>
        </w:rPr>
      </w:pPr>
      <w:r w:rsidRPr="00AC0C95">
        <w:rPr>
          <w:rFonts w:hint="cs"/>
          <w:color w:val="000000" w:themeColor="text1"/>
          <w:sz w:val="24"/>
          <w:szCs w:val="24"/>
          <w:cs/>
          <w:lang w:bidi="ne-NP"/>
        </w:rPr>
        <w:t>५) स</w:t>
      </w:r>
      <w:r w:rsidR="00EB5F2D" w:rsidRPr="00AC0C95">
        <w:rPr>
          <w:rFonts w:hint="cs"/>
          <w:color w:val="000000" w:themeColor="text1"/>
          <w:sz w:val="24"/>
          <w:szCs w:val="24"/>
          <w:cs/>
          <w:lang w:bidi="ne-NP"/>
        </w:rPr>
        <w:t>ंस्थाले गाउँपालिका वा वडा कार्यालयसंग संझौता गरेका योजनाहरुको कार्यान्वयन गर्दा छुट्टा छुट्टै योजनाको लागि फरक फरक निर्माण समिति र अनुगमन समिति समेत गठन गरी कार्यान्वयन गर्न</w:t>
      </w:r>
      <w:r w:rsidR="00AC0C95" w:rsidRPr="00AC0C95">
        <w:rPr>
          <w:rFonts w:hint="cs"/>
          <w:color w:val="000000" w:themeColor="text1"/>
          <w:sz w:val="24"/>
          <w:szCs w:val="24"/>
          <w:cs/>
          <w:lang w:bidi="ne-NP"/>
        </w:rPr>
        <w:t xml:space="preserve"> सक्ने छ।</w:t>
      </w:r>
    </w:p>
    <w:p w:rsidR="00940888" w:rsidRPr="00AC0C95" w:rsidRDefault="00940888" w:rsidP="00614A5D">
      <w:pPr>
        <w:tabs>
          <w:tab w:val="left" w:pos="1080"/>
        </w:tabs>
        <w:spacing w:after="0" w:afterAutospacing="0"/>
        <w:ind w:left="1080" w:firstLine="0"/>
        <w:jc w:val="both"/>
        <w:rPr>
          <w:color w:val="000000" w:themeColor="text1"/>
          <w:sz w:val="24"/>
          <w:szCs w:val="24"/>
          <w:cs/>
          <w:lang w:bidi="ne-NP"/>
        </w:rPr>
      </w:pPr>
      <w:r>
        <w:rPr>
          <w:rFonts w:hint="cs"/>
          <w:color w:val="000000" w:themeColor="text1"/>
          <w:sz w:val="24"/>
          <w:szCs w:val="24"/>
          <w:cs/>
          <w:lang w:bidi="ne-NP"/>
        </w:rPr>
        <w:t xml:space="preserve">(६) संझौता अनुसार योजना तथा कार्यक्रमहरुको कार्यान्वयन गर्दा </w:t>
      </w:r>
      <w:r w:rsidR="00D662D5">
        <w:rPr>
          <w:rFonts w:hint="cs"/>
          <w:color w:val="000000" w:themeColor="text1"/>
          <w:sz w:val="24"/>
          <w:szCs w:val="24"/>
          <w:cs/>
          <w:lang w:bidi="ne-NP"/>
        </w:rPr>
        <w:t>नेपाल सरकार</w:t>
      </w:r>
      <w:r w:rsidR="00D662D5">
        <w:rPr>
          <w:color w:val="000000" w:themeColor="text1"/>
          <w:sz w:val="24"/>
          <w:szCs w:val="24"/>
          <w:lang w:bidi="ne-NP"/>
        </w:rPr>
        <w:t>,</w:t>
      </w:r>
      <w:r w:rsidR="00D662D5">
        <w:rPr>
          <w:rFonts w:hint="cs"/>
          <w:color w:val="000000" w:themeColor="text1"/>
          <w:sz w:val="24"/>
          <w:szCs w:val="24"/>
          <w:cs/>
          <w:lang w:bidi="ne-NP"/>
        </w:rPr>
        <w:t xml:space="preserve"> प्रदेश सरकार र गाउँपालिकाको प्रचलित आर्थिक कार्यविधि र खरिद सम्वन्धी कानूनको अधिनमा रही गर्नु पर्नेछ।</w:t>
      </w:r>
    </w:p>
    <w:p w:rsidR="003D7FF8" w:rsidRDefault="00113D98" w:rsidP="00614A5D">
      <w:pPr>
        <w:pStyle w:val="ListParagraph"/>
        <w:numPr>
          <w:ilvl w:val="0"/>
          <w:numId w:val="5"/>
        </w:numPr>
        <w:tabs>
          <w:tab w:val="left" w:pos="720"/>
        </w:tabs>
        <w:ind w:hanging="760"/>
        <w:jc w:val="both"/>
        <w:rPr>
          <w:color w:val="000000" w:themeColor="text1"/>
          <w:sz w:val="24"/>
          <w:szCs w:val="24"/>
          <w:lang w:bidi="sa-IN"/>
        </w:rPr>
      </w:pPr>
      <w:r w:rsidRPr="00614A5D">
        <w:rPr>
          <w:rFonts w:hint="cs"/>
          <w:b/>
          <w:bCs/>
          <w:color w:val="000000" w:themeColor="text1"/>
          <w:sz w:val="28"/>
          <w:szCs w:val="28"/>
          <w:cs/>
          <w:lang w:bidi="ne-NP"/>
        </w:rPr>
        <w:t>योजना अनुगमन</w:t>
      </w:r>
      <w:r w:rsidR="00D042B7" w:rsidRPr="00614A5D">
        <w:rPr>
          <w:b/>
          <w:bCs/>
          <w:color w:val="000000" w:themeColor="text1"/>
          <w:sz w:val="28"/>
          <w:szCs w:val="28"/>
          <w:lang w:bidi="ne-NP"/>
        </w:rPr>
        <w:t xml:space="preserve">, </w:t>
      </w:r>
      <w:r w:rsidR="00D042B7" w:rsidRPr="00614A5D">
        <w:rPr>
          <w:rFonts w:hint="cs"/>
          <w:b/>
          <w:bCs/>
          <w:color w:val="000000" w:themeColor="text1"/>
          <w:sz w:val="28"/>
          <w:szCs w:val="28"/>
          <w:cs/>
          <w:lang w:bidi="ne-NP"/>
        </w:rPr>
        <w:t>रकम भुक्तानी</w:t>
      </w:r>
      <w:r w:rsidRPr="00614A5D">
        <w:rPr>
          <w:rFonts w:hint="cs"/>
          <w:b/>
          <w:bCs/>
          <w:color w:val="000000" w:themeColor="text1"/>
          <w:sz w:val="28"/>
          <w:szCs w:val="28"/>
          <w:cs/>
          <w:lang w:bidi="ne-NP"/>
        </w:rPr>
        <w:t xml:space="preserve"> र फरफारकः</w:t>
      </w:r>
      <w:r w:rsidRPr="00614A5D">
        <w:rPr>
          <w:rFonts w:hint="cs"/>
          <w:color w:val="000000" w:themeColor="text1"/>
          <w:sz w:val="28"/>
          <w:szCs w:val="28"/>
          <w:cs/>
          <w:lang w:bidi="ne-NP"/>
        </w:rPr>
        <w:t xml:space="preserve"> </w:t>
      </w:r>
      <w:r w:rsidRPr="00405D18">
        <w:rPr>
          <w:rFonts w:hint="cs"/>
          <w:color w:val="000000" w:themeColor="text1"/>
          <w:sz w:val="24"/>
          <w:szCs w:val="24"/>
          <w:cs/>
          <w:lang w:bidi="ne-NP"/>
        </w:rPr>
        <w:t>(</w:t>
      </w:r>
      <w:r w:rsidR="00C873EA" w:rsidRPr="00405D18">
        <w:rPr>
          <w:rFonts w:hint="cs"/>
          <w:color w:val="000000" w:themeColor="text1"/>
          <w:sz w:val="24"/>
          <w:szCs w:val="24"/>
          <w:cs/>
          <w:lang w:bidi="ne-NP"/>
        </w:rPr>
        <w:t xml:space="preserve">१) दफा १३ वमोजिमको संझौता अनुसार कार्यसम्पन्न भए पश्चात गाउँपालिकाको </w:t>
      </w:r>
      <w:r w:rsidR="002A5701" w:rsidRPr="00405D18">
        <w:rPr>
          <w:rFonts w:hint="cs"/>
          <w:color w:val="000000" w:themeColor="text1"/>
          <w:sz w:val="24"/>
          <w:szCs w:val="24"/>
          <w:cs/>
          <w:lang w:bidi="ne-NP"/>
        </w:rPr>
        <w:t xml:space="preserve">स्थानीय योजना तथा कार्यक्रम अनुगमन समितिले अनुगमन गरी संझौता अनुसार कार्य सम्पन्न भएको भन्ने अनुगमन प्रतिवेदन र प्रविधिक प्रतिवेदनको आधारमा </w:t>
      </w:r>
      <w:r w:rsidR="00BA6C9F" w:rsidRPr="00405D18">
        <w:rPr>
          <w:rFonts w:hint="cs"/>
          <w:color w:val="000000" w:themeColor="text1"/>
          <w:sz w:val="24"/>
          <w:szCs w:val="24"/>
          <w:cs/>
          <w:lang w:bidi="ne-NP"/>
        </w:rPr>
        <w:t xml:space="preserve">गाउँपालिकाले अन्तिम भुक्तानी </w:t>
      </w:r>
      <w:r w:rsidR="00AF0C48" w:rsidRPr="00405D18">
        <w:rPr>
          <w:rFonts w:hint="cs"/>
          <w:color w:val="000000" w:themeColor="text1"/>
          <w:sz w:val="24"/>
          <w:szCs w:val="24"/>
          <w:cs/>
          <w:lang w:bidi="ne-NP"/>
        </w:rPr>
        <w:t>दिनु पर्नेछ।</w:t>
      </w:r>
    </w:p>
    <w:p w:rsidR="005320A9" w:rsidRDefault="00405D18" w:rsidP="00637A5F">
      <w:pPr>
        <w:pStyle w:val="ListParagraph"/>
        <w:tabs>
          <w:tab w:val="left" w:pos="720"/>
        </w:tabs>
        <w:spacing w:after="0" w:afterAutospacing="0"/>
        <w:ind w:left="1120" w:firstLine="50"/>
        <w:jc w:val="both"/>
        <w:rPr>
          <w:color w:val="000000" w:themeColor="text1"/>
          <w:sz w:val="24"/>
          <w:szCs w:val="24"/>
          <w:lang w:bidi="ne-NP"/>
        </w:rPr>
      </w:pPr>
      <w:r>
        <w:rPr>
          <w:rFonts w:hint="cs"/>
          <w:color w:val="000000" w:themeColor="text1"/>
          <w:sz w:val="24"/>
          <w:szCs w:val="24"/>
          <w:cs/>
          <w:lang w:bidi="ne-NP"/>
        </w:rPr>
        <w:lastRenderedPageBreak/>
        <w:t>(२)</w:t>
      </w:r>
      <w:r w:rsidR="00D042B7">
        <w:rPr>
          <w:rFonts w:hint="cs"/>
          <w:color w:val="000000" w:themeColor="text1"/>
          <w:sz w:val="24"/>
          <w:szCs w:val="24"/>
          <w:cs/>
          <w:lang w:bidi="ne-NP"/>
        </w:rPr>
        <w:t xml:space="preserve">पूजिगत योजनाको हकमा कम्तिमा </w:t>
      </w:r>
      <w:r w:rsidR="001261EE">
        <w:rPr>
          <w:rFonts w:hint="cs"/>
          <w:color w:val="000000" w:themeColor="text1"/>
          <w:sz w:val="24"/>
          <w:szCs w:val="24"/>
          <w:cs/>
          <w:lang w:bidi="ne-NP"/>
        </w:rPr>
        <w:t>५०</w:t>
      </w:r>
      <w:r w:rsidR="00D042B7">
        <w:rPr>
          <w:rFonts w:hint="cs"/>
          <w:color w:val="000000" w:themeColor="text1"/>
          <w:sz w:val="24"/>
          <w:szCs w:val="24"/>
          <w:cs/>
          <w:lang w:bidi="ne-NP"/>
        </w:rPr>
        <w:t xml:space="preserve"> प्रतिशत काम सम्पन्न भएमा </w:t>
      </w:r>
      <w:r w:rsidR="001261EE">
        <w:rPr>
          <w:rFonts w:hint="cs"/>
          <w:color w:val="000000" w:themeColor="text1"/>
          <w:sz w:val="24"/>
          <w:szCs w:val="24"/>
          <w:cs/>
          <w:lang w:bidi="ne-NP"/>
        </w:rPr>
        <w:t xml:space="preserve">आवश्यकता र औचित्यका आधारमा भएको कामको मूल्यांकित </w:t>
      </w:r>
      <w:r w:rsidR="005320A9">
        <w:rPr>
          <w:rFonts w:hint="cs"/>
          <w:color w:val="000000" w:themeColor="text1"/>
          <w:sz w:val="24"/>
          <w:szCs w:val="24"/>
          <w:cs/>
          <w:lang w:bidi="ne-NP"/>
        </w:rPr>
        <w:t>रकमको ८० प्रतिशत नवढ्ने गरी रनिङ विल रकम उपलव्ध गराउन सकिनेछ।</w:t>
      </w:r>
    </w:p>
    <w:p w:rsidR="005320A9" w:rsidRDefault="005320A9" w:rsidP="00637A5F">
      <w:pPr>
        <w:pStyle w:val="ListParagraph"/>
        <w:tabs>
          <w:tab w:val="left" w:pos="720"/>
        </w:tabs>
        <w:spacing w:after="0" w:afterAutospacing="0"/>
        <w:ind w:left="1120" w:firstLine="50"/>
        <w:jc w:val="both"/>
        <w:rPr>
          <w:color w:val="000000" w:themeColor="text1"/>
          <w:sz w:val="24"/>
          <w:szCs w:val="24"/>
          <w:lang w:bidi="ne-NP"/>
        </w:rPr>
      </w:pPr>
      <w:r>
        <w:rPr>
          <w:rFonts w:hint="cs"/>
          <w:color w:val="000000" w:themeColor="text1"/>
          <w:sz w:val="24"/>
          <w:szCs w:val="24"/>
          <w:cs/>
          <w:lang w:bidi="ne-NP"/>
        </w:rPr>
        <w:t xml:space="preserve">(३) </w:t>
      </w:r>
      <w:r w:rsidR="00200D26">
        <w:rPr>
          <w:rFonts w:hint="cs"/>
          <w:color w:val="000000" w:themeColor="text1"/>
          <w:sz w:val="24"/>
          <w:szCs w:val="24"/>
          <w:cs/>
          <w:lang w:bidi="ne-NP"/>
        </w:rPr>
        <w:t>पूँजिगत योजनाको अन्तिम भुक्तानी भएपश्चात पालिकाले</w:t>
      </w:r>
      <w:r w:rsidR="00382E9F">
        <w:rPr>
          <w:rFonts w:hint="cs"/>
          <w:color w:val="000000" w:themeColor="text1"/>
          <w:sz w:val="24"/>
          <w:szCs w:val="24"/>
          <w:cs/>
          <w:lang w:bidi="ne-NP"/>
        </w:rPr>
        <w:t xml:space="preserve"> योजनाको फरफारक गरी</w:t>
      </w:r>
      <w:r w:rsidR="00200D26">
        <w:rPr>
          <w:rFonts w:hint="cs"/>
          <w:color w:val="000000" w:themeColor="text1"/>
          <w:sz w:val="24"/>
          <w:szCs w:val="24"/>
          <w:cs/>
          <w:lang w:bidi="ne-NP"/>
        </w:rPr>
        <w:t xml:space="preserve"> सम्वन्धित संस्थालाई योजना हस्तान्तरण गर्नु पर्ने छ।हस्तान्तरित योजनाको मर्मत संभार</w:t>
      </w:r>
      <w:r w:rsidR="00CD07D4">
        <w:rPr>
          <w:rFonts w:hint="cs"/>
          <w:color w:val="000000" w:themeColor="text1"/>
          <w:sz w:val="24"/>
          <w:szCs w:val="24"/>
          <w:cs/>
          <w:lang w:bidi="ne-NP"/>
        </w:rPr>
        <w:t>का साथै दिगो र लाभदायी प्रयोग गर्ने दायित्व सम्वन्धित संस्थाको रहनेछ।</w:t>
      </w:r>
    </w:p>
    <w:p w:rsidR="00CD07D4" w:rsidRPr="005320A9" w:rsidRDefault="00CD07D4" w:rsidP="00637A5F">
      <w:pPr>
        <w:pStyle w:val="ListParagraph"/>
        <w:tabs>
          <w:tab w:val="left" w:pos="720"/>
        </w:tabs>
        <w:spacing w:after="0" w:afterAutospacing="0"/>
        <w:ind w:left="1120" w:firstLine="50"/>
        <w:jc w:val="both"/>
        <w:rPr>
          <w:color w:val="000000" w:themeColor="text1"/>
          <w:sz w:val="24"/>
          <w:szCs w:val="24"/>
          <w:lang w:bidi="ne-NP"/>
        </w:rPr>
      </w:pPr>
      <w:r>
        <w:rPr>
          <w:rFonts w:hint="cs"/>
          <w:color w:val="000000" w:themeColor="text1"/>
          <w:sz w:val="24"/>
          <w:szCs w:val="24"/>
          <w:cs/>
          <w:lang w:bidi="ne-NP"/>
        </w:rPr>
        <w:t>(४)</w:t>
      </w:r>
      <w:r w:rsidR="00320874">
        <w:rPr>
          <w:rFonts w:hint="cs"/>
          <w:color w:val="000000" w:themeColor="text1"/>
          <w:sz w:val="24"/>
          <w:szCs w:val="24"/>
          <w:cs/>
          <w:lang w:bidi="ne-NP"/>
        </w:rPr>
        <w:t>योजनाको मर्मत संभारको लागि अन्तिम भुक्तानी गर्दा कुल रकमको ३ प्रतिशत रकम गाउँपालिकाले मर्मत संभार कोषवापत कट्टी गरी राख्न सक्नेछ।</w:t>
      </w:r>
    </w:p>
    <w:p w:rsidR="00AF0C48" w:rsidRDefault="00AF0C48" w:rsidP="00BD768E">
      <w:pPr>
        <w:pStyle w:val="ListParagraph"/>
        <w:tabs>
          <w:tab w:val="left" w:pos="720"/>
        </w:tabs>
        <w:spacing w:after="0" w:afterAutospacing="0"/>
        <w:ind w:left="1120" w:firstLine="270"/>
        <w:rPr>
          <w:color w:val="000000" w:themeColor="text1"/>
          <w:sz w:val="24"/>
          <w:szCs w:val="24"/>
          <w:u w:val="single"/>
          <w:lang w:bidi="sa-IN"/>
        </w:rPr>
      </w:pPr>
    </w:p>
    <w:p w:rsidR="00815FC0" w:rsidRPr="00382E9F" w:rsidRDefault="00815FC0" w:rsidP="00BD768E">
      <w:pPr>
        <w:tabs>
          <w:tab w:val="left" w:pos="720"/>
        </w:tabs>
        <w:spacing w:after="0" w:afterAutospacing="0"/>
        <w:ind w:firstLine="270"/>
        <w:rPr>
          <w:color w:val="000000" w:themeColor="text1"/>
          <w:sz w:val="24"/>
          <w:szCs w:val="24"/>
          <w:u w:val="single"/>
          <w:lang w:bidi="sa-IN"/>
        </w:rPr>
      </w:pPr>
    </w:p>
    <w:p w:rsidR="00815FC0" w:rsidRPr="008E1CEE" w:rsidRDefault="00815FC0" w:rsidP="00BD768E">
      <w:pPr>
        <w:pStyle w:val="ListParagraph"/>
        <w:tabs>
          <w:tab w:val="left" w:pos="720"/>
        </w:tabs>
        <w:spacing w:after="0" w:afterAutospacing="0"/>
        <w:ind w:left="1120" w:firstLine="270"/>
        <w:rPr>
          <w:color w:val="000000" w:themeColor="text1"/>
          <w:sz w:val="24"/>
          <w:szCs w:val="24"/>
          <w:u w:val="single"/>
          <w:lang w:bidi="sa-IN"/>
        </w:rPr>
      </w:pPr>
    </w:p>
    <w:p w:rsidR="00C35BBA" w:rsidRPr="009C4E79" w:rsidRDefault="00152966" w:rsidP="00BD768E">
      <w:pPr>
        <w:tabs>
          <w:tab w:val="left" w:pos="720"/>
        </w:tabs>
        <w:spacing w:after="0" w:afterAutospacing="0"/>
        <w:ind w:left="540" w:firstLine="270"/>
        <w:jc w:val="center"/>
        <w:rPr>
          <w:color w:val="000000" w:themeColor="text1"/>
          <w:sz w:val="24"/>
          <w:szCs w:val="24"/>
          <w:u w:val="single"/>
          <w:lang w:bidi="ne-NP"/>
        </w:rPr>
      </w:pPr>
      <w:r w:rsidRPr="009C4E79">
        <w:rPr>
          <w:rFonts w:hint="cs"/>
          <w:color w:val="000000" w:themeColor="text1"/>
          <w:sz w:val="24"/>
          <w:szCs w:val="24"/>
          <w:u w:val="single"/>
          <w:cs/>
          <w:lang w:bidi="ne-NP"/>
        </w:rPr>
        <w:t>विविध</w:t>
      </w:r>
    </w:p>
    <w:p w:rsidR="00FB54B1" w:rsidRPr="009C4E79" w:rsidRDefault="00FB54B1" w:rsidP="00614A5D">
      <w:pPr>
        <w:pStyle w:val="ListParagraph"/>
        <w:numPr>
          <w:ilvl w:val="0"/>
          <w:numId w:val="5"/>
        </w:numPr>
        <w:tabs>
          <w:tab w:val="left" w:pos="720"/>
        </w:tabs>
        <w:ind w:hanging="760"/>
        <w:jc w:val="both"/>
        <w:rPr>
          <w:color w:val="000000" w:themeColor="text1"/>
          <w:sz w:val="24"/>
          <w:szCs w:val="24"/>
          <w:lang w:bidi="ne-NP"/>
        </w:rPr>
      </w:pPr>
      <w:r w:rsidRPr="00614A5D">
        <w:rPr>
          <w:rFonts w:hint="cs"/>
          <w:b/>
          <w:bCs/>
          <w:color w:val="000000" w:themeColor="text1"/>
          <w:sz w:val="28"/>
          <w:szCs w:val="28"/>
          <w:cs/>
          <w:lang w:bidi="ne-NP"/>
        </w:rPr>
        <w:t>समन्वय समितिः</w:t>
      </w:r>
      <w:r w:rsidR="00136E8C" w:rsidRPr="009C4E79">
        <w:rPr>
          <w:rFonts w:hint="cs"/>
          <w:color w:val="000000" w:themeColor="text1"/>
          <w:sz w:val="24"/>
          <w:szCs w:val="24"/>
          <w:cs/>
          <w:lang w:bidi="sa-IN"/>
        </w:rPr>
        <w:t>(</w:t>
      </w:r>
      <w:r w:rsidR="00136E8C" w:rsidRPr="009C4E79">
        <w:rPr>
          <w:rFonts w:hint="cs"/>
          <w:color w:val="000000" w:themeColor="text1"/>
          <w:sz w:val="24"/>
          <w:szCs w:val="24"/>
          <w:cs/>
          <w:lang w:bidi="ne-NP"/>
        </w:rPr>
        <w:t>१</w:t>
      </w:r>
      <w:r w:rsidR="00136E8C" w:rsidRPr="009C4E79">
        <w:rPr>
          <w:rFonts w:hint="cs"/>
          <w:color w:val="000000" w:themeColor="text1"/>
          <w:sz w:val="24"/>
          <w:szCs w:val="24"/>
          <w:cs/>
          <w:lang w:bidi="sa-IN"/>
        </w:rPr>
        <w:t>)</w:t>
      </w:r>
      <w:r w:rsidRPr="009C4E79">
        <w:rPr>
          <w:rFonts w:hint="cs"/>
          <w:color w:val="000000" w:themeColor="text1"/>
          <w:sz w:val="24"/>
          <w:szCs w:val="24"/>
          <w:cs/>
          <w:lang w:bidi="ne-NP"/>
        </w:rPr>
        <w:t>संस्था</w:t>
      </w:r>
      <w:r w:rsidR="009956A7" w:rsidRPr="009C4E79">
        <w:rPr>
          <w:rFonts w:hint="cs"/>
          <w:color w:val="000000" w:themeColor="text1"/>
          <w:sz w:val="24"/>
          <w:szCs w:val="24"/>
          <w:cs/>
          <w:lang w:bidi="ne-NP"/>
        </w:rPr>
        <w:t>को</w:t>
      </w:r>
      <w:r w:rsidRPr="009C4E79">
        <w:rPr>
          <w:rFonts w:hint="cs"/>
          <w:color w:val="000000" w:themeColor="text1"/>
          <w:sz w:val="24"/>
          <w:szCs w:val="24"/>
          <w:cs/>
          <w:lang w:bidi="ne-NP"/>
        </w:rPr>
        <w:t xml:space="preserve"> कामको अनुगमन तथा समीक्षा गरी पृष्ठपोषण प्रदान गर्न हरेक वडामा देहायबमोजिमको समन्वय समिति रहनेछ </w:t>
      </w:r>
      <w:r w:rsidRPr="009C4E79">
        <w:rPr>
          <w:color w:val="000000" w:themeColor="text1"/>
          <w:sz w:val="24"/>
          <w:szCs w:val="24"/>
          <w:lang w:bidi="ne-NP"/>
        </w:rPr>
        <w:t>:-</w:t>
      </w:r>
    </w:p>
    <w:p w:rsidR="00FB54B1" w:rsidRPr="009C4E79" w:rsidRDefault="00FB54B1" w:rsidP="00BD768E">
      <w:pPr>
        <w:pStyle w:val="ListParagraph"/>
        <w:numPr>
          <w:ilvl w:val="2"/>
          <w:numId w:val="29"/>
        </w:numPr>
        <w:tabs>
          <w:tab w:val="left" w:pos="720"/>
        </w:tabs>
        <w:ind w:firstLine="270"/>
        <w:jc w:val="both"/>
        <w:rPr>
          <w:color w:val="000000" w:themeColor="text1"/>
          <w:sz w:val="24"/>
          <w:szCs w:val="24"/>
          <w:lang w:bidi="ne-NP"/>
        </w:rPr>
      </w:pPr>
      <w:r w:rsidRPr="009C4E79">
        <w:rPr>
          <w:color w:val="000000" w:themeColor="text1"/>
          <w:sz w:val="24"/>
          <w:szCs w:val="24"/>
          <w:cs/>
          <w:lang w:bidi="ne-NP"/>
        </w:rPr>
        <w:t xml:space="preserve">वडाध्यक्ष </w:t>
      </w:r>
      <w:r w:rsidRPr="009C4E79">
        <w:rPr>
          <w:color w:val="000000" w:themeColor="text1"/>
          <w:sz w:val="24"/>
          <w:szCs w:val="24"/>
          <w:cs/>
          <w:lang w:bidi="ne-NP"/>
        </w:rPr>
        <w:tab/>
      </w:r>
      <w:r w:rsidRPr="009C4E79">
        <w:rPr>
          <w:color w:val="000000" w:themeColor="text1"/>
          <w:sz w:val="24"/>
          <w:szCs w:val="24"/>
          <w:cs/>
          <w:lang w:bidi="ne-NP"/>
        </w:rPr>
        <w:tab/>
      </w:r>
      <w:r w:rsidRPr="009C4E79">
        <w:rPr>
          <w:color w:val="000000" w:themeColor="text1"/>
          <w:sz w:val="24"/>
          <w:szCs w:val="24"/>
          <w:cs/>
          <w:lang w:bidi="ne-NP"/>
        </w:rPr>
        <w:tab/>
      </w:r>
      <w:r w:rsidRPr="009C4E79">
        <w:rPr>
          <w:color w:val="000000" w:themeColor="text1"/>
          <w:sz w:val="24"/>
          <w:szCs w:val="24"/>
          <w:cs/>
          <w:lang w:bidi="ne-NP"/>
        </w:rPr>
        <w:tab/>
      </w:r>
      <w:r w:rsidRPr="009C4E79">
        <w:rPr>
          <w:color w:val="000000" w:themeColor="text1"/>
          <w:sz w:val="24"/>
          <w:szCs w:val="24"/>
          <w:lang w:bidi="ne-NP"/>
        </w:rPr>
        <w:t xml:space="preserve">- </w:t>
      </w:r>
      <w:r w:rsidRPr="009C4E79">
        <w:rPr>
          <w:color w:val="000000" w:themeColor="text1"/>
          <w:sz w:val="24"/>
          <w:szCs w:val="24"/>
          <w:cs/>
          <w:lang w:bidi="ne-NP"/>
        </w:rPr>
        <w:t>संयोजक</w:t>
      </w:r>
    </w:p>
    <w:p w:rsidR="00FB54B1" w:rsidRPr="009C4E79" w:rsidRDefault="00FB54B1" w:rsidP="00BD768E">
      <w:pPr>
        <w:pStyle w:val="ListParagraph"/>
        <w:numPr>
          <w:ilvl w:val="2"/>
          <w:numId w:val="29"/>
        </w:numPr>
        <w:tabs>
          <w:tab w:val="left" w:pos="720"/>
        </w:tabs>
        <w:ind w:firstLine="270"/>
        <w:jc w:val="both"/>
        <w:rPr>
          <w:color w:val="000000" w:themeColor="text1"/>
          <w:sz w:val="24"/>
          <w:szCs w:val="24"/>
          <w:lang w:bidi="ne-NP"/>
        </w:rPr>
      </w:pPr>
      <w:r w:rsidRPr="009C4E79">
        <w:rPr>
          <w:rFonts w:hint="cs"/>
          <w:color w:val="000000" w:themeColor="text1"/>
          <w:sz w:val="24"/>
          <w:szCs w:val="24"/>
          <w:cs/>
          <w:lang w:bidi="ne-NP"/>
        </w:rPr>
        <w:t xml:space="preserve">वडा समितिका सदस्यहरु  </w:t>
      </w:r>
      <w:r w:rsidRPr="009C4E79">
        <w:rPr>
          <w:rFonts w:hint="cs"/>
          <w:color w:val="000000" w:themeColor="text1"/>
          <w:sz w:val="24"/>
          <w:szCs w:val="24"/>
          <w:cs/>
          <w:lang w:bidi="ne-NP"/>
        </w:rPr>
        <w:tab/>
      </w:r>
      <w:r w:rsidRPr="009C4E79">
        <w:rPr>
          <w:rFonts w:hint="cs"/>
          <w:color w:val="000000" w:themeColor="text1"/>
          <w:sz w:val="24"/>
          <w:szCs w:val="24"/>
          <w:cs/>
          <w:lang w:bidi="ne-NP"/>
        </w:rPr>
        <w:tab/>
      </w:r>
      <w:r w:rsidRPr="009C4E79">
        <w:rPr>
          <w:color w:val="000000" w:themeColor="text1"/>
          <w:sz w:val="24"/>
          <w:szCs w:val="24"/>
          <w:lang w:bidi="ne-NP"/>
        </w:rPr>
        <w:t xml:space="preserve">- </w:t>
      </w:r>
      <w:r w:rsidRPr="009C4E79">
        <w:rPr>
          <w:rFonts w:hint="cs"/>
          <w:color w:val="000000" w:themeColor="text1"/>
          <w:sz w:val="24"/>
          <w:szCs w:val="24"/>
          <w:cs/>
          <w:lang w:bidi="ne-NP"/>
        </w:rPr>
        <w:t xml:space="preserve">सदस्य </w:t>
      </w:r>
    </w:p>
    <w:p w:rsidR="00FB54B1" w:rsidRPr="009C4E79" w:rsidRDefault="00FB54B1" w:rsidP="00BD768E">
      <w:pPr>
        <w:pStyle w:val="ListParagraph"/>
        <w:numPr>
          <w:ilvl w:val="2"/>
          <w:numId w:val="29"/>
        </w:numPr>
        <w:tabs>
          <w:tab w:val="left" w:pos="720"/>
        </w:tabs>
        <w:ind w:firstLine="270"/>
        <w:jc w:val="both"/>
        <w:rPr>
          <w:color w:val="000000" w:themeColor="text1"/>
          <w:sz w:val="24"/>
          <w:szCs w:val="24"/>
          <w:lang w:bidi="ne-NP"/>
        </w:rPr>
      </w:pPr>
      <w:r w:rsidRPr="009C4E79">
        <w:rPr>
          <w:rFonts w:hint="cs"/>
          <w:color w:val="000000" w:themeColor="text1"/>
          <w:sz w:val="24"/>
          <w:szCs w:val="24"/>
          <w:cs/>
          <w:lang w:bidi="ne-NP"/>
        </w:rPr>
        <w:t xml:space="preserve">टोलविकास संस्थाका अध्यक्षहरु मध्येबाट संयोजकले तोकेका ३ जना </w:t>
      </w:r>
      <w:r w:rsidRPr="009C4E79">
        <w:rPr>
          <w:color w:val="000000" w:themeColor="text1"/>
          <w:sz w:val="24"/>
          <w:szCs w:val="24"/>
          <w:lang w:bidi="ne-NP"/>
        </w:rPr>
        <w:t>-</w:t>
      </w:r>
      <w:r w:rsidRPr="009C4E79">
        <w:rPr>
          <w:rFonts w:hint="cs"/>
          <w:color w:val="000000" w:themeColor="text1"/>
          <w:sz w:val="24"/>
          <w:szCs w:val="24"/>
          <w:cs/>
          <w:lang w:bidi="ne-NP"/>
        </w:rPr>
        <w:t xml:space="preserve">सदस्य </w:t>
      </w:r>
    </w:p>
    <w:p w:rsidR="00FB54B1" w:rsidRPr="009C4E79" w:rsidRDefault="00FB54B1" w:rsidP="00BD768E">
      <w:pPr>
        <w:pStyle w:val="ListParagraph"/>
        <w:numPr>
          <w:ilvl w:val="2"/>
          <w:numId w:val="29"/>
        </w:numPr>
        <w:tabs>
          <w:tab w:val="left" w:pos="720"/>
        </w:tabs>
        <w:ind w:firstLine="270"/>
        <w:jc w:val="both"/>
        <w:rPr>
          <w:color w:val="000000" w:themeColor="text1"/>
          <w:sz w:val="24"/>
          <w:szCs w:val="24"/>
          <w:lang w:bidi="ne-NP"/>
        </w:rPr>
      </w:pPr>
      <w:r w:rsidRPr="009C4E79">
        <w:rPr>
          <w:rFonts w:hint="cs"/>
          <w:color w:val="000000" w:themeColor="text1"/>
          <w:sz w:val="24"/>
          <w:szCs w:val="24"/>
          <w:cs/>
          <w:lang w:bidi="ne-NP"/>
        </w:rPr>
        <w:t xml:space="preserve">वडा सचिव </w:t>
      </w:r>
      <w:r w:rsidRPr="009C4E79">
        <w:rPr>
          <w:rFonts w:hint="cs"/>
          <w:color w:val="000000" w:themeColor="text1"/>
          <w:sz w:val="24"/>
          <w:szCs w:val="24"/>
          <w:cs/>
          <w:lang w:bidi="ne-NP"/>
        </w:rPr>
        <w:tab/>
      </w:r>
      <w:r w:rsidRPr="009C4E79">
        <w:rPr>
          <w:rFonts w:hint="cs"/>
          <w:color w:val="000000" w:themeColor="text1"/>
          <w:sz w:val="24"/>
          <w:szCs w:val="24"/>
          <w:cs/>
          <w:lang w:bidi="ne-NP"/>
        </w:rPr>
        <w:tab/>
      </w:r>
      <w:r w:rsidRPr="009C4E79">
        <w:rPr>
          <w:rFonts w:hint="cs"/>
          <w:color w:val="000000" w:themeColor="text1"/>
          <w:sz w:val="24"/>
          <w:szCs w:val="24"/>
          <w:cs/>
          <w:lang w:bidi="ne-NP"/>
        </w:rPr>
        <w:tab/>
      </w:r>
      <w:r w:rsidRPr="009C4E79">
        <w:rPr>
          <w:color w:val="000000" w:themeColor="text1"/>
          <w:sz w:val="24"/>
          <w:szCs w:val="24"/>
          <w:lang w:bidi="ne-NP"/>
        </w:rPr>
        <w:tab/>
        <w:t xml:space="preserve">- </w:t>
      </w:r>
      <w:r w:rsidRPr="009C4E79">
        <w:rPr>
          <w:rFonts w:hint="cs"/>
          <w:color w:val="000000" w:themeColor="text1"/>
          <w:sz w:val="24"/>
          <w:szCs w:val="24"/>
          <w:cs/>
          <w:lang w:bidi="ne-NP"/>
        </w:rPr>
        <w:t>सदस्य सचिव</w:t>
      </w:r>
    </w:p>
    <w:p w:rsidR="009956A7" w:rsidRPr="009C4E79" w:rsidRDefault="004D6C29" w:rsidP="00637A5F">
      <w:pPr>
        <w:ind w:left="1080" w:firstLine="0"/>
        <w:jc w:val="both"/>
        <w:rPr>
          <w:color w:val="000000" w:themeColor="text1"/>
          <w:sz w:val="24"/>
          <w:szCs w:val="24"/>
          <w:lang w:bidi="ne-NP"/>
        </w:rPr>
      </w:pPr>
      <w:r w:rsidRPr="009C4E79">
        <w:rPr>
          <w:rFonts w:hint="cs"/>
          <w:color w:val="000000" w:themeColor="text1"/>
          <w:sz w:val="24"/>
          <w:szCs w:val="24"/>
          <w:cs/>
          <w:lang w:bidi="sa-IN"/>
        </w:rPr>
        <w:t>(</w:t>
      </w:r>
      <w:r w:rsidRPr="009C4E79">
        <w:rPr>
          <w:rFonts w:hint="cs"/>
          <w:color w:val="000000" w:themeColor="text1"/>
          <w:sz w:val="24"/>
          <w:szCs w:val="24"/>
          <w:cs/>
          <w:lang w:bidi="ne-NP"/>
        </w:rPr>
        <w:t>२</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उपदफा </w:t>
      </w:r>
      <w:r w:rsidRPr="009C4E79">
        <w:rPr>
          <w:rFonts w:hint="cs"/>
          <w:color w:val="000000" w:themeColor="text1"/>
          <w:sz w:val="24"/>
          <w:szCs w:val="24"/>
          <w:cs/>
          <w:lang w:bidi="sa-IN"/>
        </w:rPr>
        <w:t>(</w:t>
      </w:r>
      <w:r w:rsidRPr="009C4E79">
        <w:rPr>
          <w:rFonts w:hint="cs"/>
          <w:color w:val="000000" w:themeColor="text1"/>
          <w:sz w:val="24"/>
          <w:szCs w:val="24"/>
          <w:cs/>
          <w:lang w:bidi="ne-NP"/>
        </w:rPr>
        <w:t>१</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को </w:t>
      </w:r>
      <w:r w:rsidR="009956A7" w:rsidRPr="009C4E79">
        <w:rPr>
          <w:rFonts w:hint="cs"/>
          <w:color w:val="000000" w:themeColor="text1"/>
          <w:sz w:val="24"/>
          <w:szCs w:val="24"/>
          <w:cs/>
          <w:lang w:bidi="ne-NP"/>
        </w:rPr>
        <w:t xml:space="preserve">खण्ड </w:t>
      </w:r>
      <w:r w:rsidR="009956A7" w:rsidRPr="009C4E79">
        <w:rPr>
          <w:rFonts w:hint="cs"/>
          <w:color w:val="000000" w:themeColor="text1"/>
          <w:sz w:val="24"/>
          <w:szCs w:val="24"/>
          <w:cs/>
          <w:lang w:bidi="sa-IN"/>
        </w:rPr>
        <w:t>(</w:t>
      </w:r>
      <w:r w:rsidR="009956A7" w:rsidRPr="009C4E79">
        <w:rPr>
          <w:rFonts w:hint="cs"/>
          <w:color w:val="000000" w:themeColor="text1"/>
          <w:sz w:val="24"/>
          <w:szCs w:val="24"/>
          <w:cs/>
          <w:lang w:bidi="ne-NP"/>
        </w:rPr>
        <w:t>ग</w:t>
      </w:r>
      <w:r w:rsidR="009956A7" w:rsidRPr="009C4E79">
        <w:rPr>
          <w:rFonts w:hint="cs"/>
          <w:color w:val="000000" w:themeColor="text1"/>
          <w:sz w:val="24"/>
          <w:szCs w:val="24"/>
          <w:cs/>
          <w:lang w:bidi="sa-IN"/>
        </w:rPr>
        <w:t>)</w:t>
      </w:r>
      <w:r w:rsidR="009956A7" w:rsidRPr="009C4E79">
        <w:rPr>
          <w:rFonts w:hint="cs"/>
          <w:color w:val="000000" w:themeColor="text1"/>
          <w:sz w:val="24"/>
          <w:szCs w:val="24"/>
          <w:cs/>
          <w:lang w:bidi="ne-NP"/>
        </w:rPr>
        <w:t xml:space="preserve"> बमोजिमका सदस्यहरुको पदाव</w:t>
      </w:r>
      <w:r w:rsidR="0084754B" w:rsidRPr="009C4E79">
        <w:rPr>
          <w:rFonts w:hint="cs"/>
          <w:color w:val="000000" w:themeColor="text1"/>
          <w:sz w:val="24"/>
          <w:szCs w:val="24"/>
          <w:cs/>
          <w:lang w:bidi="ne-NP"/>
        </w:rPr>
        <w:t>धि दुई वर्षको हुनेछ । उक्त पदावधि समाप्त भएपछि संयोजकले कार्यकाल नदोहोरिने गरी वडा भित्रका अन्य संस्थाका अध्यक्षहरु मध्येबाट तीन जना मनोनयन गर्नु पर्नेछ।</w:t>
      </w:r>
    </w:p>
    <w:p w:rsidR="00136E8C" w:rsidRPr="009C4E79" w:rsidRDefault="00136E8C" w:rsidP="00637A5F">
      <w:pPr>
        <w:ind w:left="1080" w:firstLine="0"/>
        <w:jc w:val="both"/>
        <w:rPr>
          <w:color w:val="000000" w:themeColor="text1"/>
          <w:sz w:val="24"/>
          <w:szCs w:val="24"/>
          <w:lang w:bidi="ne-NP"/>
        </w:rPr>
      </w:pPr>
      <w:r w:rsidRPr="009C4E79">
        <w:rPr>
          <w:rFonts w:hint="cs"/>
          <w:color w:val="000000" w:themeColor="text1"/>
          <w:sz w:val="24"/>
          <w:szCs w:val="24"/>
          <w:cs/>
          <w:lang w:bidi="sa-IN"/>
        </w:rPr>
        <w:t>(</w:t>
      </w:r>
      <w:r w:rsidR="004D6C29" w:rsidRPr="009C4E79">
        <w:rPr>
          <w:rFonts w:hint="cs"/>
          <w:color w:val="000000" w:themeColor="text1"/>
          <w:sz w:val="24"/>
          <w:szCs w:val="24"/>
          <w:cs/>
          <w:lang w:bidi="ne-NP"/>
        </w:rPr>
        <w:t>३</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उपदफा (१)</w:t>
      </w:r>
      <w:r w:rsidR="009956A7" w:rsidRPr="009C4E79">
        <w:rPr>
          <w:rFonts w:hint="cs"/>
          <w:color w:val="000000" w:themeColor="text1"/>
          <w:sz w:val="24"/>
          <w:szCs w:val="24"/>
          <w:cs/>
          <w:lang w:bidi="ne-NP"/>
        </w:rPr>
        <w:t xml:space="preserve"> बमोजिमको समितिको</w:t>
      </w:r>
      <w:r w:rsidRPr="009C4E79">
        <w:rPr>
          <w:rFonts w:hint="cs"/>
          <w:color w:val="000000" w:themeColor="text1"/>
          <w:sz w:val="24"/>
          <w:szCs w:val="24"/>
          <w:cs/>
          <w:lang w:bidi="ne-NP"/>
        </w:rPr>
        <w:t xml:space="preserve"> बैठक कम्तीमा चौमासिक रुपमा बस्नेछ।</w:t>
      </w:r>
    </w:p>
    <w:p w:rsidR="00136E8C" w:rsidRPr="009C4E79" w:rsidRDefault="00136E8C" w:rsidP="00637A5F">
      <w:pPr>
        <w:ind w:left="1080" w:firstLine="0"/>
        <w:jc w:val="both"/>
        <w:rPr>
          <w:color w:val="000000" w:themeColor="text1"/>
          <w:sz w:val="24"/>
          <w:szCs w:val="24"/>
          <w:lang w:bidi="ne-NP"/>
        </w:rPr>
      </w:pPr>
      <w:r w:rsidRPr="009C4E79">
        <w:rPr>
          <w:rFonts w:hint="cs"/>
          <w:color w:val="000000" w:themeColor="text1"/>
          <w:sz w:val="24"/>
          <w:szCs w:val="24"/>
          <w:cs/>
          <w:lang w:bidi="ne-NP"/>
        </w:rPr>
        <w:t>(</w:t>
      </w:r>
      <w:r w:rsidR="004D6C29" w:rsidRPr="009C4E79">
        <w:rPr>
          <w:rFonts w:hint="cs"/>
          <w:color w:val="000000" w:themeColor="text1"/>
          <w:sz w:val="24"/>
          <w:szCs w:val="24"/>
          <w:cs/>
          <w:lang w:bidi="ne-NP"/>
        </w:rPr>
        <w:t>४</w:t>
      </w:r>
      <w:r w:rsidRPr="009C4E79">
        <w:rPr>
          <w:rFonts w:hint="cs"/>
          <w:color w:val="000000" w:themeColor="text1"/>
          <w:sz w:val="24"/>
          <w:szCs w:val="24"/>
          <w:cs/>
          <w:lang w:bidi="ne-NP"/>
        </w:rPr>
        <w:t xml:space="preserve">) उपदफा (१) बमोजिमको समितिले </w:t>
      </w:r>
      <w:r w:rsidR="00300585" w:rsidRPr="009C4E79">
        <w:rPr>
          <w:rFonts w:hint="cs"/>
          <w:color w:val="000000" w:themeColor="text1"/>
          <w:sz w:val="24"/>
          <w:szCs w:val="24"/>
          <w:cs/>
          <w:lang w:bidi="ne-NP"/>
        </w:rPr>
        <w:t xml:space="preserve">वडा भित्रका सबै </w:t>
      </w:r>
      <w:r w:rsidRPr="009C4E79">
        <w:rPr>
          <w:rFonts w:hint="cs"/>
          <w:color w:val="000000" w:themeColor="text1"/>
          <w:sz w:val="24"/>
          <w:szCs w:val="24"/>
          <w:cs/>
          <w:lang w:bidi="ne-NP"/>
        </w:rPr>
        <w:t xml:space="preserve">संस्थाको काम कारवाहीलाई प्रभावकारी बनाउन कार्य समितिलाई आवश्यक निर्देशन दिन सक्नेछ।  </w:t>
      </w:r>
    </w:p>
    <w:p w:rsidR="00136E8C" w:rsidRPr="009C4E79" w:rsidRDefault="00136E8C" w:rsidP="00637A5F">
      <w:pPr>
        <w:ind w:left="1080" w:firstLine="0"/>
        <w:jc w:val="both"/>
        <w:rPr>
          <w:color w:val="000000" w:themeColor="text1"/>
          <w:sz w:val="24"/>
          <w:szCs w:val="24"/>
          <w:lang w:bidi="ne-NP"/>
        </w:rPr>
      </w:pPr>
      <w:r w:rsidRPr="009C4E79">
        <w:rPr>
          <w:rFonts w:hint="cs"/>
          <w:color w:val="000000" w:themeColor="text1"/>
          <w:sz w:val="24"/>
          <w:szCs w:val="24"/>
          <w:cs/>
          <w:lang w:bidi="ne-NP"/>
        </w:rPr>
        <w:t>(</w:t>
      </w:r>
      <w:r w:rsidR="0052329A">
        <w:rPr>
          <w:rFonts w:hint="cs"/>
          <w:color w:val="000000" w:themeColor="text1"/>
          <w:sz w:val="24"/>
          <w:szCs w:val="24"/>
          <w:cs/>
          <w:lang w:bidi="ne-NP"/>
        </w:rPr>
        <w:t>५</w:t>
      </w:r>
      <w:r w:rsidRPr="009C4E79">
        <w:rPr>
          <w:rFonts w:hint="cs"/>
          <w:color w:val="000000" w:themeColor="text1"/>
          <w:sz w:val="24"/>
          <w:szCs w:val="24"/>
          <w:cs/>
          <w:lang w:bidi="ne-NP"/>
        </w:rPr>
        <w:t xml:space="preserve">) उपदफा (१) बमोजिमको समितिले </w:t>
      </w:r>
      <w:r w:rsidR="008C3BD6" w:rsidRPr="009C4E79">
        <w:rPr>
          <w:rFonts w:hint="cs"/>
          <w:color w:val="000000" w:themeColor="text1"/>
          <w:sz w:val="24"/>
          <w:szCs w:val="24"/>
          <w:cs/>
          <w:lang w:bidi="ne-NP"/>
        </w:rPr>
        <w:t>संस्थाको काम कारवाही</w:t>
      </w:r>
      <w:r w:rsidR="008047C9" w:rsidRPr="009C4E79">
        <w:rPr>
          <w:rFonts w:hint="cs"/>
          <w:color w:val="000000" w:themeColor="text1"/>
          <w:sz w:val="24"/>
          <w:szCs w:val="24"/>
          <w:cs/>
          <w:lang w:bidi="ne-NP"/>
        </w:rPr>
        <w:t>को सम्बन्धमा</w:t>
      </w:r>
      <w:r w:rsidRPr="009C4E79">
        <w:rPr>
          <w:rFonts w:hint="cs"/>
          <w:color w:val="000000" w:themeColor="text1"/>
          <w:sz w:val="24"/>
          <w:szCs w:val="24"/>
          <w:cs/>
          <w:lang w:bidi="ne-NP"/>
        </w:rPr>
        <w:t>वार्षिक प्रतिवेदन कार्यपालिकामा पेश गर्नु पर्नेछ।</w:t>
      </w:r>
    </w:p>
    <w:p w:rsidR="0024555A" w:rsidRPr="009C4E79" w:rsidRDefault="00366191" w:rsidP="00614A5D">
      <w:pPr>
        <w:pStyle w:val="ListParagraph"/>
        <w:numPr>
          <w:ilvl w:val="0"/>
          <w:numId w:val="5"/>
        </w:numPr>
        <w:tabs>
          <w:tab w:val="left" w:pos="720"/>
        </w:tabs>
        <w:ind w:hanging="760"/>
        <w:jc w:val="both"/>
        <w:rPr>
          <w:sz w:val="24"/>
          <w:szCs w:val="24"/>
          <w:lang w:bidi="ne-NP"/>
        </w:rPr>
      </w:pPr>
      <w:r w:rsidRPr="00614A5D">
        <w:rPr>
          <w:b/>
          <w:bCs/>
          <w:sz w:val="28"/>
          <w:szCs w:val="28"/>
          <w:u w:val="single"/>
          <w:cs/>
          <w:lang w:bidi="ne-NP"/>
        </w:rPr>
        <w:t>बाधा अडकाउ फुकाउन सक्नेः</w:t>
      </w:r>
      <w:r w:rsidR="00AA392D" w:rsidRPr="009C4E79">
        <w:rPr>
          <w:sz w:val="24"/>
          <w:szCs w:val="24"/>
          <w:cs/>
          <w:lang w:bidi="ne-NP"/>
        </w:rPr>
        <w:t xml:space="preserve">यो </w:t>
      </w:r>
      <w:r w:rsidR="0024555A" w:rsidRPr="009C4E79">
        <w:rPr>
          <w:sz w:val="24"/>
          <w:szCs w:val="24"/>
          <w:cs/>
          <w:lang w:bidi="ne-NP"/>
        </w:rPr>
        <w:t>कार्यविधि कार्यान्वयनको क</w:t>
      </w:r>
      <w:r w:rsidR="00833720" w:rsidRPr="009C4E79">
        <w:rPr>
          <w:sz w:val="24"/>
          <w:szCs w:val="24"/>
          <w:cs/>
          <w:lang w:bidi="ne-NP"/>
        </w:rPr>
        <w:t>्रममा कुनै बाधा अड्चन आएमा कार्यपालिका</w:t>
      </w:r>
      <w:r w:rsidRPr="009C4E79">
        <w:rPr>
          <w:sz w:val="24"/>
          <w:szCs w:val="24"/>
          <w:cs/>
          <w:lang w:bidi="ne-NP"/>
        </w:rPr>
        <w:t xml:space="preserve">ले त्यस्तो बाधा अडकाउ </w:t>
      </w:r>
      <w:r w:rsidR="00814471" w:rsidRPr="009C4E79">
        <w:rPr>
          <w:sz w:val="24"/>
          <w:szCs w:val="24"/>
          <w:cs/>
          <w:lang w:bidi="ne-NP"/>
        </w:rPr>
        <w:t>फुकाउन सक</w:t>
      </w:r>
      <w:r w:rsidRPr="009C4E79">
        <w:rPr>
          <w:sz w:val="24"/>
          <w:szCs w:val="24"/>
          <w:cs/>
          <w:lang w:bidi="ne-NP"/>
        </w:rPr>
        <w:t>्नेछ</w:t>
      </w:r>
      <w:r w:rsidR="0024555A" w:rsidRPr="009C4E79">
        <w:rPr>
          <w:sz w:val="24"/>
          <w:szCs w:val="24"/>
          <w:cs/>
          <w:lang w:bidi="ne-NP"/>
        </w:rPr>
        <w:t xml:space="preserve"> ।</w:t>
      </w:r>
    </w:p>
    <w:p w:rsidR="005A7AFD" w:rsidRPr="009C4E79" w:rsidRDefault="005A7AFD" w:rsidP="00614A5D">
      <w:pPr>
        <w:pStyle w:val="ListParagraph"/>
        <w:numPr>
          <w:ilvl w:val="0"/>
          <w:numId w:val="5"/>
        </w:numPr>
        <w:tabs>
          <w:tab w:val="left" w:pos="720"/>
        </w:tabs>
        <w:ind w:hanging="760"/>
        <w:jc w:val="both"/>
        <w:rPr>
          <w:color w:val="000000" w:themeColor="text1"/>
          <w:sz w:val="24"/>
          <w:szCs w:val="24"/>
          <w:lang w:bidi="ne-NP"/>
        </w:rPr>
      </w:pPr>
      <w:r w:rsidRPr="00614A5D">
        <w:rPr>
          <w:b/>
          <w:bCs/>
          <w:color w:val="000000" w:themeColor="text1"/>
          <w:sz w:val="28"/>
          <w:szCs w:val="28"/>
          <w:u w:val="single"/>
          <w:cs/>
          <w:lang w:bidi="ne-NP"/>
        </w:rPr>
        <w:t>कार्य समिति भङ्ग गर्न सक्नेः</w:t>
      </w:r>
      <w:r w:rsidRPr="00614A5D">
        <w:rPr>
          <w:rFonts w:hint="cs"/>
          <w:color w:val="000000" w:themeColor="text1"/>
          <w:sz w:val="28"/>
          <w:szCs w:val="28"/>
          <w:cs/>
          <w:lang w:bidi="ne-NP"/>
        </w:rPr>
        <w:t xml:space="preserve"> </w:t>
      </w:r>
      <w:r w:rsidRPr="009C4E79">
        <w:rPr>
          <w:rFonts w:hint="cs"/>
          <w:color w:val="000000" w:themeColor="text1"/>
          <w:sz w:val="24"/>
          <w:szCs w:val="24"/>
          <w:cs/>
          <w:lang w:bidi="ne-NP"/>
        </w:rPr>
        <w:t>सार्वजनिक सम्पत्तिको हिनामिना गर्ने</w:t>
      </w:r>
      <w:r w:rsidR="00300585" w:rsidRPr="009C4E79">
        <w:rPr>
          <w:rFonts w:hint="cs"/>
          <w:color w:val="000000" w:themeColor="text1"/>
          <w:sz w:val="24"/>
          <w:szCs w:val="24"/>
          <w:cs/>
          <w:lang w:bidi="sa-IN"/>
        </w:rPr>
        <w:t>,</w:t>
      </w:r>
      <w:r w:rsidRPr="009C4E79">
        <w:rPr>
          <w:rFonts w:hint="cs"/>
          <w:color w:val="000000" w:themeColor="text1"/>
          <w:sz w:val="24"/>
          <w:szCs w:val="24"/>
          <w:cs/>
          <w:lang w:bidi="ne-NP"/>
        </w:rPr>
        <w:t xml:space="preserve"> प्रचलित कानून बिपरित कार्य गर्ने तथा भ्रष्टाचार वा आर्थिक हिनामिना गरेको पाइएमा त्यस्तो कार्यसमितिलाई सम्बन्धित वडा समितिको </w:t>
      </w:r>
      <w:r w:rsidRPr="009C4E79">
        <w:rPr>
          <w:rFonts w:hint="cs"/>
          <w:color w:val="000000" w:themeColor="text1"/>
          <w:sz w:val="24"/>
          <w:szCs w:val="24"/>
          <w:cs/>
          <w:lang w:bidi="ne-NP"/>
        </w:rPr>
        <w:lastRenderedPageBreak/>
        <w:t>सिफारिसमा कार्यपालिकाले भङ्ग गर्न सक्नेछ । यसरी कार्यसमिति भङ्ग भएको अवस्थामा एक महिना भित्र यसै कार्यवविधि बमोजिम नयाँ कार्य समिति गठन गर्नु पर्नेछ।</w:t>
      </w:r>
    </w:p>
    <w:p w:rsidR="00366191" w:rsidRPr="009C4E79" w:rsidRDefault="00366191" w:rsidP="00614A5D">
      <w:pPr>
        <w:pStyle w:val="ListParagraph"/>
        <w:numPr>
          <w:ilvl w:val="0"/>
          <w:numId w:val="5"/>
        </w:numPr>
        <w:tabs>
          <w:tab w:val="left" w:pos="720"/>
        </w:tabs>
        <w:ind w:hanging="760"/>
        <w:jc w:val="both"/>
        <w:rPr>
          <w:color w:val="000000" w:themeColor="text1"/>
          <w:sz w:val="24"/>
          <w:szCs w:val="24"/>
          <w:lang w:bidi="ne-NP"/>
        </w:rPr>
      </w:pPr>
      <w:r w:rsidRPr="00614A5D">
        <w:rPr>
          <w:b/>
          <w:bCs/>
          <w:color w:val="000000" w:themeColor="text1"/>
          <w:sz w:val="28"/>
          <w:szCs w:val="28"/>
          <w:cs/>
          <w:lang w:bidi="ne-NP"/>
        </w:rPr>
        <w:t>कार्यविधि</w:t>
      </w:r>
      <w:r w:rsidRPr="00614A5D">
        <w:rPr>
          <w:b/>
          <w:bCs/>
          <w:color w:val="000000" w:themeColor="text1"/>
          <w:sz w:val="28"/>
          <w:szCs w:val="28"/>
          <w:u w:val="single"/>
          <w:cs/>
          <w:lang w:bidi="ne-NP"/>
        </w:rPr>
        <w:t xml:space="preserve"> संशोधन तथा खारेज गर्न सक्नेः</w:t>
      </w:r>
      <w:r w:rsidRPr="009C4E79">
        <w:rPr>
          <w:rFonts w:hint="cs"/>
          <w:color w:val="000000" w:themeColor="text1"/>
          <w:sz w:val="24"/>
          <w:szCs w:val="24"/>
          <w:cs/>
          <w:lang w:bidi="sa-IN"/>
        </w:rPr>
        <w:t>(</w:t>
      </w:r>
      <w:r w:rsidRPr="009C4E79">
        <w:rPr>
          <w:rFonts w:hint="cs"/>
          <w:color w:val="000000" w:themeColor="text1"/>
          <w:sz w:val="24"/>
          <w:szCs w:val="24"/>
          <w:cs/>
          <w:lang w:bidi="ne-NP"/>
        </w:rPr>
        <w:t>१</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कार्यपालिकाले आवश्यकता अनुसार यो कार्यविधि संशोधन तथा खारेज गर्न सक्नेछ। </w:t>
      </w:r>
    </w:p>
    <w:p w:rsidR="00366191" w:rsidRDefault="00366191" w:rsidP="00BD768E">
      <w:pPr>
        <w:pStyle w:val="ListParagraph"/>
        <w:tabs>
          <w:tab w:val="left" w:pos="720"/>
        </w:tabs>
        <w:ind w:left="1120" w:firstLine="270"/>
        <w:jc w:val="both"/>
        <w:rPr>
          <w:sz w:val="24"/>
          <w:szCs w:val="24"/>
          <w:lang w:bidi="ne-NP"/>
        </w:rPr>
      </w:pPr>
      <w:r w:rsidRPr="009C4E79">
        <w:rPr>
          <w:rFonts w:hint="cs"/>
          <w:color w:val="000000" w:themeColor="text1"/>
          <w:sz w:val="24"/>
          <w:szCs w:val="24"/>
          <w:cs/>
          <w:lang w:bidi="sa-IN"/>
        </w:rPr>
        <w:t>(</w:t>
      </w:r>
      <w:r w:rsidRPr="009C4E79">
        <w:rPr>
          <w:rFonts w:hint="cs"/>
          <w:color w:val="000000" w:themeColor="text1"/>
          <w:sz w:val="24"/>
          <w:szCs w:val="24"/>
          <w:cs/>
          <w:lang w:bidi="ne-NP"/>
        </w:rPr>
        <w:t>२</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उपदफा </w:t>
      </w:r>
      <w:r w:rsidRPr="009C4E79">
        <w:rPr>
          <w:rFonts w:hint="cs"/>
          <w:color w:val="000000" w:themeColor="text1"/>
          <w:sz w:val="24"/>
          <w:szCs w:val="24"/>
          <w:cs/>
          <w:lang w:bidi="sa-IN"/>
        </w:rPr>
        <w:t>(</w:t>
      </w:r>
      <w:r w:rsidRPr="009C4E79">
        <w:rPr>
          <w:rFonts w:hint="cs"/>
          <w:color w:val="000000" w:themeColor="text1"/>
          <w:sz w:val="24"/>
          <w:szCs w:val="24"/>
          <w:cs/>
          <w:lang w:bidi="ne-NP"/>
        </w:rPr>
        <w:t>१</w:t>
      </w:r>
      <w:r w:rsidRPr="009C4E79">
        <w:rPr>
          <w:rFonts w:hint="cs"/>
          <w:color w:val="000000" w:themeColor="text1"/>
          <w:sz w:val="24"/>
          <w:szCs w:val="24"/>
          <w:cs/>
          <w:lang w:bidi="sa-IN"/>
        </w:rPr>
        <w:t>)</w:t>
      </w:r>
      <w:r w:rsidRPr="009C4E79">
        <w:rPr>
          <w:rFonts w:hint="cs"/>
          <w:color w:val="000000" w:themeColor="text1"/>
          <w:sz w:val="24"/>
          <w:szCs w:val="24"/>
          <w:cs/>
          <w:lang w:bidi="ne-NP"/>
        </w:rPr>
        <w:t xml:space="preserve"> बमोजिम यो कार्यविधि खारेज भएको अवस्थामा यस कार्यविधि बमोजिम स्थापना तथा सञ्चालन भएका </w:t>
      </w:r>
      <w:r w:rsidRPr="009C4E79">
        <w:rPr>
          <w:sz w:val="24"/>
          <w:szCs w:val="24"/>
          <w:cs/>
          <w:lang w:bidi="ne-NP"/>
        </w:rPr>
        <w:t>संस्थाहरुको सम्पत्ति तथा दायित्व कार्यपालिकाको नाममा हुनेछ।</w:t>
      </w:r>
    </w:p>
    <w:p w:rsidR="00BE7751" w:rsidRDefault="000D469D" w:rsidP="00614A5D">
      <w:pPr>
        <w:pStyle w:val="ListParagraph"/>
        <w:numPr>
          <w:ilvl w:val="0"/>
          <w:numId w:val="5"/>
        </w:numPr>
        <w:tabs>
          <w:tab w:val="left" w:pos="720"/>
        </w:tabs>
        <w:ind w:hanging="760"/>
        <w:jc w:val="both"/>
        <w:rPr>
          <w:sz w:val="24"/>
          <w:szCs w:val="24"/>
          <w:lang w:bidi="ne-NP"/>
        </w:rPr>
      </w:pPr>
      <w:r w:rsidRPr="0052329A">
        <w:rPr>
          <w:rFonts w:hint="cs"/>
          <w:b/>
          <w:bCs/>
          <w:sz w:val="28"/>
          <w:szCs w:val="28"/>
          <w:cs/>
          <w:lang w:bidi="ne-NP"/>
        </w:rPr>
        <w:t>खारेजी र बचाउः</w:t>
      </w:r>
      <w:r>
        <w:rPr>
          <w:rFonts w:hint="cs"/>
          <w:sz w:val="24"/>
          <w:szCs w:val="24"/>
          <w:cs/>
          <w:lang w:bidi="ne-NP"/>
        </w:rPr>
        <w:t>(१) बंगलाचुली गाउँपालिकाको टो</w:t>
      </w:r>
      <w:r w:rsidR="00CB42E6">
        <w:rPr>
          <w:rFonts w:hint="cs"/>
          <w:sz w:val="24"/>
          <w:szCs w:val="24"/>
          <w:cs/>
          <w:lang w:bidi="ne-NP"/>
        </w:rPr>
        <w:t>ल विकास संस्था गठन तथा सञ्चालन सम्वन्धी कार्यविधि</w:t>
      </w:r>
      <w:r w:rsidR="00CB42E6">
        <w:rPr>
          <w:sz w:val="24"/>
          <w:szCs w:val="24"/>
          <w:lang w:bidi="ne-NP"/>
        </w:rPr>
        <w:t>,</w:t>
      </w:r>
      <w:r w:rsidR="00CB42E6">
        <w:rPr>
          <w:rFonts w:hint="cs"/>
          <w:sz w:val="24"/>
          <w:szCs w:val="24"/>
          <w:cs/>
          <w:lang w:bidi="ne-NP"/>
        </w:rPr>
        <w:t xml:space="preserve"> २०७६ खारेज गरिएको छ।</w:t>
      </w:r>
    </w:p>
    <w:p w:rsidR="00CB42E6" w:rsidRPr="00BE7751" w:rsidRDefault="00CB42E6" w:rsidP="00BD768E">
      <w:pPr>
        <w:tabs>
          <w:tab w:val="left" w:pos="720"/>
        </w:tabs>
        <w:ind w:firstLine="270"/>
        <w:jc w:val="both"/>
        <w:rPr>
          <w:color w:val="000000" w:themeColor="text1"/>
          <w:sz w:val="24"/>
          <w:szCs w:val="24"/>
          <w:cs/>
          <w:lang w:bidi="ne-NP"/>
        </w:rPr>
      </w:pPr>
      <w:r>
        <w:rPr>
          <w:rFonts w:hint="cs"/>
          <w:sz w:val="24"/>
          <w:szCs w:val="24"/>
          <w:cs/>
          <w:lang w:bidi="ne-NP"/>
        </w:rPr>
        <w:t xml:space="preserve">(२) </w:t>
      </w:r>
      <w:r w:rsidR="00196C09">
        <w:rPr>
          <w:rFonts w:hint="cs"/>
          <w:sz w:val="24"/>
          <w:szCs w:val="24"/>
          <w:cs/>
          <w:lang w:bidi="ne-NP"/>
        </w:rPr>
        <w:t>खारेज गरिएको कार्यविधि अनुरुप भएका सम्पूर्ण काम कारवाही प्रस्तुत कार्यविधि अनुसार भएको मानिने छ।</w:t>
      </w:r>
    </w:p>
    <w:p w:rsidR="00D7679B" w:rsidRPr="009C4E79" w:rsidRDefault="00D7679B" w:rsidP="00BD768E">
      <w:pPr>
        <w:pStyle w:val="ListParagraph"/>
        <w:tabs>
          <w:tab w:val="left" w:pos="720"/>
        </w:tabs>
        <w:ind w:left="2520" w:firstLine="270"/>
        <w:jc w:val="both"/>
        <w:rPr>
          <w:color w:val="000000" w:themeColor="text1"/>
          <w:sz w:val="24"/>
          <w:szCs w:val="24"/>
          <w:lang w:bidi="ne-NP"/>
        </w:rPr>
      </w:pPr>
    </w:p>
    <w:p w:rsidR="00D40509" w:rsidRDefault="00D40509" w:rsidP="00EE7721">
      <w:pPr>
        <w:tabs>
          <w:tab w:val="left" w:pos="720"/>
        </w:tabs>
        <w:ind w:firstLine="0"/>
        <w:jc w:val="center"/>
        <w:rPr>
          <w:color w:val="000000" w:themeColor="text1"/>
          <w:sz w:val="24"/>
          <w:szCs w:val="24"/>
          <w:lang w:bidi="ne-NP"/>
        </w:rPr>
      </w:pPr>
    </w:p>
    <w:p w:rsidR="00D40509" w:rsidRDefault="00D40509" w:rsidP="00EE7721">
      <w:pPr>
        <w:tabs>
          <w:tab w:val="left" w:pos="720"/>
        </w:tabs>
        <w:ind w:firstLine="0"/>
        <w:jc w:val="center"/>
        <w:rPr>
          <w:color w:val="000000" w:themeColor="text1"/>
          <w:sz w:val="24"/>
          <w:szCs w:val="24"/>
          <w:lang w:bidi="ne-NP"/>
        </w:rPr>
      </w:pPr>
    </w:p>
    <w:p w:rsidR="00D40509" w:rsidRDefault="00D40509" w:rsidP="00EE7721">
      <w:pPr>
        <w:tabs>
          <w:tab w:val="left" w:pos="720"/>
        </w:tabs>
        <w:ind w:firstLine="0"/>
        <w:jc w:val="center"/>
        <w:rPr>
          <w:color w:val="000000" w:themeColor="text1"/>
          <w:sz w:val="24"/>
          <w:szCs w:val="24"/>
          <w:lang w:bidi="ne-NP"/>
        </w:rPr>
      </w:pPr>
    </w:p>
    <w:p w:rsidR="00D40509" w:rsidRDefault="00D40509"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614A5D" w:rsidRDefault="00614A5D" w:rsidP="00EE7721">
      <w:pPr>
        <w:tabs>
          <w:tab w:val="left" w:pos="720"/>
        </w:tabs>
        <w:ind w:firstLine="0"/>
        <w:jc w:val="center"/>
        <w:rPr>
          <w:color w:val="000000" w:themeColor="text1"/>
          <w:sz w:val="24"/>
          <w:szCs w:val="24"/>
          <w:lang w:bidi="ne-NP"/>
        </w:rPr>
      </w:pPr>
    </w:p>
    <w:p w:rsidR="0024555A" w:rsidRPr="009C4E79" w:rsidRDefault="0024555A" w:rsidP="00EE7721">
      <w:pPr>
        <w:tabs>
          <w:tab w:val="left" w:pos="720"/>
        </w:tabs>
        <w:ind w:firstLine="0"/>
        <w:jc w:val="center"/>
        <w:rPr>
          <w:color w:val="000000" w:themeColor="text1"/>
          <w:sz w:val="24"/>
          <w:szCs w:val="24"/>
          <w:lang w:bidi="ne-NP"/>
        </w:rPr>
      </w:pPr>
      <w:r w:rsidRPr="009C4E79">
        <w:rPr>
          <w:rFonts w:hint="cs"/>
          <w:color w:val="000000" w:themeColor="text1"/>
          <w:sz w:val="24"/>
          <w:szCs w:val="24"/>
          <w:cs/>
          <w:lang w:bidi="ne-NP"/>
        </w:rPr>
        <w:lastRenderedPageBreak/>
        <w:t>अनुसूची-१</w:t>
      </w:r>
    </w:p>
    <w:p w:rsidR="00252DB3" w:rsidRPr="00EE7721" w:rsidRDefault="00252DB3" w:rsidP="00EE7721">
      <w:pPr>
        <w:pStyle w:val="ListParagraph"/>
        <w:tabs>
          <w:tab w:val="left" w:pos="720"/>
        </w:tabs>
        <w:spacing w:after="0" w:afterAutospacing="0"/>
        <w:ind w:left="540" w:firstLine="270"/>
        <w:jc w:val="center"/>
        <w:rPr>
          <w:sz w:val="24"/>
          <w:szCs w:val="24"/>
          <w:lang w:bidi="ne-NP"/>
        </w:rPr>
      </w:pPr>
      <w:r w:rsidRPr="00EE7721">
        <w:rPr>
          <w:rFonts w:hint="cs"/>
          <w:sz w:val="24"/>
          <w:szCs w:val="24"/>
          <w:cs/>
          <w:lang w:bidi="ne-NP"/>
        </w:rPr>
        <w:t>टोल विकास संस्थालाई गाउ</w:t>
      </w:r>
      <w:r w:rsidR="00BB327E" w:rsidRPr="00EE7721">
        <w:rPr>
          <w:rFonts w:hint="cs"/>
          <w:sz w:val="24"/>
          <w:szCs w:val="24"/>
          <w:cs/>
          <w:lang w:bidi="ne-NP"/>
        </w:rPr>
        <w:t>ँ</w:t>
      </w:r>
      <w:r w:rsidRPr="00EE7721">
        <w:rPr>
          <w:rFonts w:hint="cs"/>
          <w:sz w:val="24"/>
          <w:szCs w:val="24"/>
          <w:cs/>
          <w:lang w:bidi="ne-NP"/>
        </w:rPr>
        <w:t>पालिकामा</w:t>
      </w:r>
      <w:r w:rsidR="00F2187C" w:rsidRPr="00EE7721">
        <w:rPr>
          <w:rFonts w:hint="cs"/>
          <w:sz w:val="24"/>
          <w:szCs w:val="24"/>
          <w:cs/>
          <w:lang w:bidi="ne-NP"/>
        </w:rPr>
        <w:t>सूचीकृत</w:t>
      </w:r>
      <w:r w:rsidRPr="00EE7721">
        <w:rPr>
          <w:rFonts w:hint="cs"/>
          <w:sz w:val="24"/>
          <w:szCs w:val="24"/>
          <w:cs/>
          <w:lang w:bidi="ne-NP"/>
        </w:rPr>
        <w:t xml:space="preserve"> गर्ने निवेदनको नमुना</w:t>
      </w:r>
    </w:p>
    <w:p w:rsidR="00252DB3" w:rsidRPr="00EE7721" w:rsidRDefault="00252DB3" w:rsidP="00EE7721">
      <w:pPr>
        <w:pStyle w:val="ListParagraph"/>
        <w:tabs>
          <w:tab w:val="left" w:pos="720"/>
        </w:tabs>
        <w:spacing w:after="0" w:afterAutospacing="0"/>
        <w:ind w:left="540" w:firstLine="270"/>
        <w:jc w:val="center"/>
        <w:rPr>
          <w:sz w:val="24"/>
          <w:szCs w:val="24"/>
          <w:lang w:bidi="ne-NP"/>
        </w:rPr>
      </w:pPr>
    </w:p>
    <w:p w:rsidR="00252DB3" w:rsidRPr="00EE7721" w:rsidRDefault="00252DB3" w:rsidP="00EE7721">
      <w:pPr>
        <w:pStyle w:val="ListParagraph"/>
        <w:tabs>
          <w:tab w:val="left" w:pos="720"/>
        </w:tabs>
        <w:spacing w:after="0" w:afterAutospacing="0"/>
        <w:ind w:left="540" w:firstLine="270"/>
        <w:jc w:val="right"/>
        <w:rPr>
          <w:sz w:val="24"/>
          <w:szCs w:val="24"/>
          <w:lang w:bidi="ne-NP"/>
        </w:rPr>
      </w:pPr>
      <w:r w:rsidRPr="00EE7721">
        <w:rPr>
          <w:rFonts w:hint="cs"/>
          <w:sz w:val="24"/>
          <w:szCs w:val="24"/>
          <w:cs/>
          <w:lang w:bidi="ne-NP"/>
        </w:rPr>
        <w:t xml:space="preserve">मितिः </w:t>
      </w:r>
      <w:r w:rsidRPr="00EE7721">
        <w:rPr>
          <w:sz w:val="24"/>
          <w:szCs w:val="24"/>
          <w:lang w:bidi="ne-NP"/>
        </w:rPr>
        <w:t>…………………..</w:t>
      </w:r>
    </w:p>
    <w:p w:rsidR="00252DB3" w:rsidRPr="00EE7721" w:rsidRDefault="00252DB3" w:rsidP="00EE7721">
      <w:pPr>
        <w:pStyle w:val="ListParagraph"/>
        <w:tabs>
          <w:tab w:val="left" w:pos="720"/>
        </w:tabs>
        <w:spacing w:after="0" w:afterAutospacing="0"/>
        <w:ind w:left="540" w:firstLine="270"/>
        <w:jc w:val="both"/>
        <w:rPr>
          <w:sz w:val="24"/>
          <w:szCs w:val="24"/>
          <w:lang w:bidi="ne-NP"/>
        </w:rPr>
      </w:pPr>
    </w:p>
    <w:p w:rsidR="00252DB3" w:rsidRPr="00EE7721" w:rsidRDefault="007D7192" w:rsidP="00EE7721">
      <w:pPr>
        <w:pStyle w:val="ListParagraph"/>
        <w:tabs>
          <w:tab w:val="left" w:pos="720"/>
        </w:tabs>
        <w:spacing w:after="0" w:afterAutospacing="0"/>
        <w:ind w:left="540" w:firstLine="270"/>
        <w:jc w:val="both"/>
        <w:rPr>
          <w:sz w:val="24"/>
          <w:szCs w:val="24"/>
          <w:lang w:bidi="ne-NP"/>
        </w:rPr>
      </w:pPr>
      <w:r w:rsidRPr="00EE7721">
        <w:rPr>
          <w:rFonts w:hint="cs"/>
          <w:sz w:val="24"/>
          <w:szCs w:val="24"/>
          <w:cs/>
          <w:lang w:bidi="ne-NP"/>
        </w:rPr>
        <w:t>श्री सचिवज्यू</w:t>
      </w:r>
    </w:p>
    <w:p w:rsidR="007D7192" w:rsidRPr="00EE7721" w:rsidRDefault="007D7192" w:rsidP="00EE7721">
      <w:pPr>
        <w:pStyle w:val="ListParagraph"/>
        <w:tabs>
          <w:tab w:val="left" w:pos="720"/>
        </w:tabs>
        <w:spacing w:after="0" w:afterAutospacing="0"/>
        <w:ind w:left="540" w:firstLine="270"/>
        <w:jc w:val="both"/>
        <w:rPr>
          <w:sz w:val="24"/>
          <w:szCs w:val="24"/>
          <w:lang w:bidi="ne-NP"/>
        </w:rPr>
      </w:pPr>
      <w:r w:rsidRPr="00EE7721">
        <w:rPr>
          <w:rFonts w:hint="cs"/>
          <w:sz w:val="24"/>
          <w:szCs w:val="24"/>
          <w:cs/>
          <w:lang w:bidi="ne-NP"/>
        </w:rPr>
        <w:t>वडा समितिको कार्यालय</w:t>
      </w:r>
    </w:p>
    <w:p w:rsidR="007D7192" w:rsidRPr="00EE7721" w:rsidRDefault="007D7192" w:rsidP="00EE7721">
      <w:pPr>
        <w:pStyle w:val="ListParagraph"/>
        <w:tabs>
          <w:tab w:val="left" w:pos="720"/>
        </w:tabs>
        <w:spacing w:after="0" w:afterAutospacing="0"/>
        <w:ind w:left="540" w:firstLine="270"/>
        <w:jc w:val="both"/>
        <w:rPr>
          <w:sz w:val="24"/>
          <w:szCs w:val="24"/>
          <w:lang w:bidi="sa-IN"/>
        </w:rPr>
      </w:pPr>
      <w:r w:rsidRPr="00EE7721">
        <w:rPr>
          <w:rFonts w:hint="cs"/>
          <w:sz w:val="24"/>
          <w:szCs w:val="24"/>
          <w:cs/>
          <w:lang w:bidi="ne-NP"/>
        </w:rPr>
        <w:t>वडा नं</w:t>
      </w:r>
      <w:r w:rsidRPr="00EE7721">
        <w:rPr>
          <w:rFonts w:hint="cs"/>
          <w:sz w:val="24"/>
          <w:szCs w:val="24"/>
          <w:cs/>
          <w:lang w:bidi="sa-IN"/>
        </w:rPr>
        <w:t xml:space="preserve">....... </w:t>
      </w:r>
    </w:p>
    <w:p w:rsidR="00252DB3" w:rsidRPr="00EE7721" w:rsidRDefault="007D7192" w:rsidP="00EE7721">
      <w:pPr>
        <w:pStyle w:val="ListParagraph"/>
        <w:tabs>
          <w:tab w:val="left" w:pos="720"/>
        </w:tabs>
        <w:spacing w:after="0" w:afterAutospacing="0"/>
        <w:ind w:left="540" w:firstLine="270"/>
        <w:jc w:val="both"/>
        <w:rPr>
          <w:sz w:val="24"/>
          <w:szCs w:val="24"/>
          <w:lang w:bidi="ne-NP"/>
        </w:rPr>
      </w:pPr>
      <w:r w:rsidRPr="00EE7721">
        <w:rPr>
          <w:rFonts w:hint="cs"/>
          <w:sz w:val="24"/>
          <w:szCs w:val="24"/>
          <w:cs/>
          <w:lang w:bidi="sa-IN"/>
        </w:rPr>
        <w:t>.............</w:t>
      </w:r>
    </w:p>
    <w:p w:rsidR="00252DB3" w:rsidRPr="00EE7721" w:rsidRDefault="00252DB3" w:rsidP="00EE7721">
      <w:pPr>
        <w:pStyle w:val="ListParagraph"/>
        <w:tabs>
          <w:tab w:val="left" w:pos="720"/>
        </w:tabs>
        <w:spacing w:after="0" w:afterAutospacing="0"/>
        <w:ind w:left="540" w:firstLine="270"/>
        <w:jc w:val="both"/>
        <w:rPr>
          <w:sz w:val="24"/>
          <w:szCs w:val="24"/>
          <w:lang w:bidi="ne-NP"/>
        </w:rPr>
      </w:pPr>
    </w:p>
    <w:p w:rsidR="00252DB3" w:rsidRPr="00EE7721" w:rsidRDefault="00252DB3" w:rsidP="00EE7721">
      <w:pPr>
        <w:pStyle w:val="ListParagraph"/>
        <w:tabs>
          <w:tab w:val="left" w:pos="720"/>
        </w:tabs>
        <w:spacing w:after="0" w:afterAutospacing="0"/>
        <w:ind w:left="540" w:firstLine="270"/>
        <w:jc w:val="center"/>
        <w:rPr>
          <w:sz w:val="24"/>
          <w:szCs w:val="24"/>
          <w:lang w:bidi="ne-NP"/>
        </w:rPr>
      </w:pPr>
      <w:r w:rsidRPr="00EE7721">
        <w:rPr>
          <w:rFonts w:hint="cs"/>
          <w:sz w:val="24"/>
          <w:szCs w:val="24"/>
          <w:cs/>
          <w:lang w:bidi="ne-NP"/>
        </w:rPr>
        <w:t xml:space="preserve">विषयः टोल विकास संस्था </w:t>
      </w:r>
      <w:r w:rsidR="007D7192" w:rsidRPr="00EE7721">
        <w:rPr>
          <w:rFonts w:hint="cs"/>
          <w:sz w:val="24"/>
          <w:szCs w:val="24"/>
          <w:cs/>
          <w:lang w:bidi="ne-NP"/>
        </w:rPr>
        <w:t xml:space="preserve">सूचीकृत </w:t>
      </w:r>
      <w:r w:rsidRPr="00EE7721">
        <w:rPr>
          <w:rFonts w:hint="cs"/>
          <w:sz w:val="24"/>
          <w:szCs w:val="24"/>
          <w:cs/>
          <w:lang w:bidi="ne-NP"/>
        </w:rPr>
        <w:t>गर्ने सम्बन्धमा ।</w:t>
      </w:r>
    </w:p>
    <w:p w:rsidR="00252DB3" w:rsidRPr="00EE7721" w:rsidRDefault="00252DB3" w:rsidP="00EE7721">
      <w:pPr>
        <w:pStyle w:val="ListParagraph"/>
        <w:tabs>
          <w:tab w:val="left" w:pos="720"/>
        </w:tabs>
        <w:spacing w:after="0" w:afterAutospacing="0"/>
        <w:ind w:left="540" w:firstLine="270"/>
        <w:jc w:val="both"/>
        <w:rPr>
          <w:sz w:val="24"/>
          <w:szCs w:val="24"/>
          <w:lang w:bidi="ne-NP"/>
        </w:rPr>
      </w:pPr>
    </w:p>
    <w:p w:rsidR="00252DB3" w:rsidRPr="00EE7721" w:rsidRDefault="00252DB3" w:rsidP="00EE7721">
      <w:pPr>
        <w:pStyle w:val="ListParagraph"/>
        <w:tabs>
          <w:tab w:val="left" w:pos="720"/>
        </w:tabs>
        <w:spacing w:after="0" w:afterAutospacing="0"/>
        <w:ind w:left="-90" w:firstLine="270"/>
        <w:jc w:val="both"/>
        <w:rPr>
          <w:sz w:val="24"/>
          <w:szCs w:val="24"/>
          <w:cs/>
          <w:lang w:bidi="ne-NP"/>
        </w:rPr>
      </w:pPr>
      <w:r w:rsidRPr="00EE7721">
        <w:rPr>
          <w:rFonts w:hint="cs"/>
          <w:sz w:val="24"/>
          <w:szCs w:val="24"/>
          <w:cs/>
          <w:lang w:bidi="ne-NP"/>
        </w:rPr>
        <w:t>उपर</w:t>
      </w:r>
      <w:r w:rsidR="007D7192" w:rsidRPr="00EE7721">
        <w:rPr>
          <w:rFonts w:hint="cs"/>
          <w:sz w:val="24"/>
          <w:szCs w:val="24"/>
          <w:cs/>
          <w:lang w:bidi="ne-NP"/>
        </w:rPr>
        <w:t>्युक्त</w:t>
      </w:r>
      <w:r w:rsidRPr="00EE7721">
        <w:rPr>
          <w:rFonts w:hint="cs"/>
          <w:sz w:val="24"/>
          <w:szCs w:val="24"/>
          <w:cs/>
          <w:lang w:bidi="ne-NP"/>
        </w:rPr>
        <w:t xml:space="preserve"> सम्ब</w:t>
      </w:r>
      <w:r w:rsidR="00AF6C5B" w:rsidRPr="00EE7721">
        <w:rPr>
          <w:rFonts w:hint="cs"/>
          <w:sz w:val="24"/>
          <w:szCs w:val="24"/>
          <w:cs/>
          <w:lang w:bidi="ne-NP"/>
        </w:rPr>
        <w:t>न्धमा यस नगरपालिका/गाउ</w:t>
      </w:r>
      <w:r w:rsidR="007D7192" w:rsidRPr="00EE7721">
        <w:rPr>
          <w:rFonts w:hint="cs"/>
          <w:sz w:val="24"/>
          <w:szCs w:val="24"/>
          <w:cs/>
          <w:lang w:bidi="ne-NP"/>
        </w:rPr>
        <w:t>ँ</w:t>
      </w:r>
      <w:r w:rsidR="00AF6C5B" w:rsidRPr="00EE7721">
        <w:rPr>
          <w:rFonts w:hint="cs"/>
          <w:sz w:val="24"/>
          <w:szCs w:val="24"/>
          <w:cs/>
          <w:lang w:bidi="ne-NP"/>
        </w:rPr>
        <w:t>पालिका को</w:t>
      </w:r>
      <w:r w:rsidRPr="00EE7721">
        <w:rPr>
          <w:rFonts w:hint="cs"/>
          <w:sz w:val="24"/>
          <w:szCs w:val="24"/>
          <w:cs/>
          <w:lang w:bidi="ne-NP"/>
        </w:rPr>
        <w:t xml:space="preserve"> वडा नं </w:t>
      </w:r>
      <w:r w:rsidR="00AF6C5B" w:rsidRPr="00EE7721">
        <w:rPr>
          <w:sz w:val="24"/>
          <w:szCs w:val="24"/>
          <w:lang w:bidi="ne-NP"/>
        </w:rPr>
        <w:t>……</w:t>
      </w:r>
      <w:r w:rsidR="00AF6C5B" w:rsidRPr="00EE7721">
        <w:rPr>
          <w:rFonts w:hint="cs"/>
          <w:sz w:val="24"/>
          <w:szCs w:val="24"/>
          <w:cs/>
          <w:lang w:bidi="ne-NP"/>
        </w:rPr>
        <w:t xml:space="preserve"> स्थित</w:t>
      </w:r>
      <w:r w:rsidRPr="00EE7721">
        <w:rPr>
          <w:sz w:val="24"/>
          <w:szCs w:val="24"/>
          <w:lang w:bidi="ne-NP"/>
        </w:rPr>
        <w:t xml:space="preserve"> ……………..</w:t>
      </w:r>
      <w:r w:rsidR="00AF6C5B" w:rsidRPr="00EE7721">
        <w:rPr>
          <w:rFonts w:hint="cs"/>
          <w:sz w:val="24"/>
          <w:szCs w:val="24"/>
          <w:cs/>
          <w:lang w:bidi="ne-NP"/>
        </w:rPr>
        <w:t>टो</w:t>
      </w:r>
      <w:r w:rsidRPr="00EE7721">
        <w:rPr>
          <w:rFonts w:hint="cs"/>
          <w:sz w:val="24"/>
          <w:szCs w:val="24"/>
          <w:cs/>
          <w:lang w:bidi="ne-NP"/>
        </w:rPr>
        <w:t xml:space="preserve">लमा गठन गरिएको </w:t>
      </w:r>
      <w:r w:rsidRPr="00EE7721">
        <w:rPr>
          <w:sz w:val="24"/>
          <w:szCs w:val="24"/>
          <w:lang w:bidi="ne-NP"/>
        </w:rPr>
        <w:t>………………………….</w:t>
      </w:r>
      <w:r w:rsidRPr="00EE7721">
        <w:rPr>
          <w:rFonts w:hint="cs"/>
          <w:sz w:val="24"/>
          <w:szCs w:val="24"/>
          <w:cs/>
          <w:lang w:bidi="ne-NP"/>
        </w:rPr>
        <w:t xml:space="preserve"> टोल विकास संस्थालाई </w:t>
      </w:r>
      <w:r w:rsidRPr="00EE7721">
        <w:rPr>
          <w:sz w:val="24"/>
          <w:szCs w:val="24"/>
          <w:lang w:bidi="ne-NP"/>
        </w:rPr>
        <w:t>…………………………………</w:t>
      </w:r>
      <w:r w:rsidR="002710DD" w:rsidRPr="00EE7721">
        <w:rPr>
          <w:rFonts w:hint="cs"/>
          <w:sz w:val="24"/>
          <w:szCs w:val="24"/>
          <w:cs/>
          <w:lang w:bidi="ne-NP"/>
        </w:rPr>
        <w:t>सूची</w:t>
      </w:r>
      <w:r w:rsidRPr="00EE7721">
        <w:rPr>
          <w:rFonts w:hint="cs"/>
          <w:sz w:val="24"/>
          <w:szCs w:val="24"/>
          <w:cs/>
          <w:lang w:bidi="ne-NP"/>
        </w:rPr>
        <w:t>कृत गरिदिनुहुन</w:t>
      </w:r>
      <w:r w:rsidR="007D7192" w:rsidRPr="00EE7721">
        <w:rPr>
          <w:rFonts w:hint="cs"/>
          <w:sz w:val="24"/>
          <w:szCs w:val="24"/>
          <w:cs/>
          <w:lang w:bidi="ne-NP"/>
        </w:rPr>
        <w:t xml:space="preserve"> निम्नानुसारका विवरण सहित</w:t>
      </w:r>
      <w:r w:rsidRPr="00EE7721">
        <w:rPr>
          <w:rFonts w:hint="cs"/>
          <w:sz w:val="24"/>
          <w:szCs w:val="24"/>
          <w:cs/>
          <w:lang w:bidi="ne-NP"/>
        </w:rPr>
        <w:t xml:space="preserve"> अनुरोध गर्दछु । यस </w:t>
      </w:r>
      <w:r w:rsidRPr="00EE7721">
        <w:rPr>
          <w:sz w:val="24"/>
          <w:szCs w:val="24"/>
          <w:lang w:bidi="ne-NP"/>
        </w:rPr>
        <w:t>……………………………..</w:t>
      </w:r>
      <w:r w:rsidRPr="00EE7721">
        <w:rPr>
          <w:rFonts w:hint="cs"/>
          <w:sz w:val="24"/>
          <w:szCs w:val="24"/>
          <w:cs/>
          <w:lang w:bidi="ne-NP"/>
        </w:rPr>
        <w:t xml:space="preserve"> टोल विकास संस्थाको क्षेत्र निम्न उल्लेखित चार कि</w:t>
      </w:r>
      <w:r w:rsidR="007D7192" w:rsidRPr="00EE7721">
        <w:rPr>
          <w:rFonts w:hint="cs"/>
          <w:sz w:val="24"/>
          <w:szCs w:val="24"/>
          <w:cs/>
          <w:lang w:bidi="ne-NP"/>
        </w:rPr>
        <w:t>ल्ला</w:t>
      </w:r>
      <w:r w:rsidRPr="00EE7721">
        <w:rPr>
          <w:rFonts w:hint="cs"/>
          <w:sz w:val="24"/>
          <w:szCs w:val="24"/>
          <w:cs/>
          <w:lang w:bidi="ne-NP"/>
        </w:rPr>
        <w:t>भित्र सीमित रहनेछ ।</w:t>
      </w:r>
    </w:p>
    <w:p w:rsidR="00252DB3" w:rsidRPr="00EE7721" w:rsidRDefault="00445C56" w:rsidP="00EE7721">
      <w:pPr>
        <w:pStyle w:val="ListParagraph"/>
        <w:tabs>
          <w:tab w:val="left" w:pos="720"/>
        </w:tabs>
        <w:spacing w:after="0" w:afterAutospacing="0"/>
        <w:ind w:firstLine="270"/>
        <w:jc w:val="both"/>
        <w:rPr>
          <w:sz w:val="24"/>
          <w:szCs w:val="24"/>
          <w:u w:val="single"/>
          <w:lang w:bidi="ne-NP"/>
        </w:rPr>
      </w:pPr>
      <w:r w:rsidRPr="00EE7721">
        <w:rPr>
          <w:sz w:val="24"/>
          <w:szCs w:val="24"/>
          <w:u w:val="single"/>
          <w:cs/>
          <w:lang w:bidi="ne-NP"/>
        </w:rPr>
        <w:t xml:space="preserve">संलग्नः </w:t>
      </w:r>
    </w:p>
    <w:p w:rsidR="00C701E2" w:rsidRPr="00EE7721" w:rsidRDefault="003D612A" w:rsidP="00EE7721">
      <w:pPr>
        <w:pStyle w:val="ListParagraph"/>
        <w:numPr>
          <w:ilvl w:val="0"/>
          <w:numId w:val="31"/>
        </w:numPr>
        <w:tabs>
          <w:tab w:val="left" w:pos="720"/>
        </w:tabs>
        <w:spacing w:after="0" w:afterAutospacing="0"/>
        <w:jc w:val="both"/>
        <w:rPr>
          <w:sz w:val="24"/>
          <w:szCs w:val="24"/>
          <w:cs/>
          <w:lang w:bidi="ne-NP"/>
        </w:rPr>
      </w:pPr>
      <w:r w:rsidRPr="00EE7721">
        <w:rPr>
          <w:rFonts w:hint="cs"/>
          <w:sz w:val="24"/>
          <w:szCs w:val="24"/>
          <w:cs/>
          <w:lang w:bidi="ne-NP"/>
        </w:rPr>
        <w:t>आम भेलावाट स्वीकृत</w:t>
      </w:r>
      <w:r w:rsidR="00C701E2" w:rsidRPr="00EE7721">
        <w:rPr>
          <w:rFonts w:hint="cs"/>
          <w:sz w:val="24"/>
          <w:szCs w:val="24"/>
          <w:cs/>
          <w:lang w:bidi="ne-NP"/>
        </w:rPr>
        <w:t>टोल विकास संस्थाको विधान(अनुसूची ३)</w:t>
      </w:r>
    </w:p>
    <w:p w:rsidR="00FD4584" w:rsidRPr="00EE7721" w:rsidRDefault="00FD4584" w:rsidP="00EE7721">
      <w:pPr>
        <w:pStyle w:val="ListParagraph"/>
        <w:numPr>
          <w:ilvl w:val="0"/>
          <w:numId w:val="31"/>
        </w:numPr>
        <w:tabs>
          <w:tab w:val="left" w:pos="720"/>
        </w:tabs>
        <w:spacing w:after="0" w:afterAutospacing="0"/>
        <w:jc w:val="both"/>
        <w:rPr>
          <w:sz w:val="24"/>
          <w:szCs w:val="24"/>
          <w:lang w:bidi="ne-NP"/>
        </w:rPr>
      </w:pPr>
      <w:r w:rsidRPr="00EE7721">
        <w:rPr>
          <w:rFonts w:hint="cs"/>
          <w:sz w:val="24"/>
          <w:szCs w:val="24"/>
          <w:cs/>
          <w:lang w:bidi="ne-NP"/>
        </w:rPr>
        <w:t>टोल भेलाको उपस्थिति र निर्णय।</w:t>
      </w:r>
    </w:p>
    <w:p w:rsidR="00F82F40" w:rsidRPr="00EE7721" w:rsidRDefault="00F82F40" w:rsidP="00EE7721">
      <w:pPr>
        <w:pStyle w:val="ListParagraph"/>
        <w:numPr>
          <w:ilvl w:val="0"/>
          <w:numId w:val="31"/>
        </w:numPr>
        <w:tabs>
          <w:tab w:val="left" w:pos="720"/>
        </w:tabs>
        <w:spacing w:after="0" w:afterAutospacing="0"/>
        <w:jc w:val="both"/>
        <w:rPr>
          <w:sz w:val="24"/>
          <w:szCs w:val="24"/>
          <w:lang w:bidi="ne-NP"/>
        </w:rPr>
      </w:pPr>
      <w:r w:rsidRPr="00EE7721">
        <w:rPr>
          <w:rFonts w:hint="cs"/>
          <w:sz w:val="24"/>
          <w:szCs w:val="24"/>
          <w:cs/>
          <w:lang w:bidi="ne-NP"/>
        </w:rPr>
        <w:t>कार्य समितिका सदस्यहरुको नाम थर</w:t>
      </w:r>
      <w:r w:rsidR="003D612A" w:rsidRPr="00EE7721">
        <w:rPr>
          <w:rFonts w:hint="cs"/>
          <w:sz w:val="24"/>
          <w:szCs w:val="24"/>
          <w:cs/>
          <w:lang w:bidi="ne-NP"/>
        </w:rPr>
        <w:t>र परिचय खुल्ने कागजको प्रतिलिपि</w:t>
      </w:r>
      <w:r w:rsidRPr="00EE7721">
        <w:rPr>
          <w:rFonts w:hint="cs"/>
          <w:sz w:val="24"/>
          <w:szCs w:val="24"/>
          <w:cs/>
          <w:lang w:bidi="ne-NP"/>
        </w:rPr>
        <w:t>।</w:t>
      </w:r>
    </w:p>
    <w:p w:rsidR="003D612A" w:rsidRPr="00EE7721" w:rsidRDefault="003D612A" w:rsidP="00EE7721">
      <w:pPr>
        <w:pStyle w:val="ListParagraph"/>
        <w:numPr>
          <w:ilvl w:val="0"/>
          <w:numId w:val="31"/>
        </w:numPr>
        <w:tabs>
          <w:tab w:val="left" w:pos="720"/>
        </w:tabs>
        <w:spacing w:after="0" w:afterAutospacing="0"/>
        <w:jc w:val="both"/>
        <w:rPr>
          <w:sz w:val="24"/>
          <w:szCs w:val="24"/>
          <w:lang w:bidi="ne-NP"/>
        </w:rPr>
      </w:pPr>
      <w:r w:rsidRPr="00EE7721">
        <w:rPr>
          <w:rFonts w:hint="cs"/>
          <w:sz w:val="24"/>
          <w:szCs w:val="24"/>
          <w:cs/>
          <w:lang w:bidi="ne-NP"/>
        </w:rPr>
        <w:t>रु १ हजार राजस्व तिरेको रसिद</w:t>
      </w:r>
      <w:r w:rsidR="005952B8" w:rsidRPr="00EE7721">
        <w:rPr>
          <w:rFonts w:hint="cs"/>
          <w:sz w:val="24"/>
          <w:szCs w:val="24"/>
          <w:cs/>
          <w:lang w:bidi="ne-NP"/>
        </w:rPr>
        <w:t>।</w:t>
      </w:r>
    </w:p>
    <w:p w:rsidR="00252DB3" w:rsidRPr="00EE7721" w:rsidRDefault="00252DB3" w:rsidP="00EE7721">
      <w:pPr>
        <w:pStyle w:val="ListParagraph"/>
        <w:tabs>
          <w:tab w:val="left" w:pos="720"/>
        </w:tabs>
        <w:spacing w:after="0" w:afterAutospacing="0"/>
        <w:ind w:firstLine="270"/>
        <w:jc w:val="both"/>
        <w:rPr>
          <w:sz w:val="24"/>
          <w:szCs w:val="24"/>
          <w:lang w:bidi="ne-NP"/>
        </w:rPr>
      </w:pPr>
      <w:r w:rsidRPr="00EE7721">
        <w:rPr>
          <w:rFonts w:hint="cs"/>
          <w:sz w:val="24"/>
          <w:szCs w:val="24"/>
          <w:cs/>
          <w:lang w:bidi="ne-NP"/>
        </w:rPr>
        <w:t>पूर्व सिमानाः</w:t>
      </w:r>
      <w:r w:rsidRPr="00EE7721">
        <w:rPr>
          <w:sz w:val="24"/>
          <w:szCs w:val="24"/>
          <w:lang w:bidi="ne-NP"/>
        </w:rPr>
        <w:t xml:space="preserve"> ………………………………</w:t>
      </w:r>
    </w:p>
    <w:p w:rsidR="00252DB3" w:rsidRPr="00EE7721" w:rsidRDefault="00252DB3" w:rsidP="00EE7721">
      <w:pPr>
        <w:pStyle w:val="ListParagraph"/>
        <w:tabs>
          <w:tab w:val="left" w:pos="720"/>
        </w:tabs>
        <w:spacing w:after="0" w:afterAutospacing="0"/>
        <w:ind w:firstLine="270"/>
        <w:jc w:val="both"/>
        <w:rPr>
          <w:sz w:val="24"/>
          <w:szCs w:val="24"/>
          <w:lang w:bidi="ne-NP"/>
        </w:rPr>
      </w:pPr>
      <w:r w:rsidRPr="00EE7721">
        <w:rPr>
          <w:rFonts w:hint="cs"/>
          <w:sz w:val="24"/>
          <w:szCs w:val="24"/>
          <w:cs/>
          <w:lang w:bidi="ne-NP"/>
        </w:rPr>
        <w:t xml:space="preserve">पश्चिम सिमानाः </w:t>
      </w:r>
      <w:r w:rsidRPr="00EE7721">
        <w:rPr>
          <w:sz w:val="24"/>
          <w:szCs w:val="24"/>
          <w:lang w:bidi="ne-NP"/>
        </w:rPr>
        <w:t>………………………….</w:t>
      </w:r>
    </w:p>
    <w:p w:rsidR="00252DB3" w:rsidRPr="00EE7721" w:rsidRDefault="00252DB3" w:rsidP="00EE7721">
      <w:pPr>
        <w:pStyle w:val="ListParagraph"/>
        <w:tabs>
          <w:tab w:val="left" w:pos="720"/>
        </w:tabs>
        <w:spacing w:after="0" w:afterAutospacing="0"/>
        <w:ind w:firstLine="270"/>
        <w:jc w:val="both"/>
        <w:rPr>
          <w:sz w:val="24"/>
          <w:szCs w:val="24"/>
          <w:lang w:bidi="ne-NP"/>
        </w:rPr>
      </w:pPr>
      <w:r w:rsidRPr="00EE7721">
        <w:rPr>
          <w:rFonts w:hint="cs"/>
          <w:sz w:val="24"/>
          <w:szCs w:val="24"/>
          <w:cs/>
          <w:lang w:bidi="ne-NP"/>
        </w:rPr>
        <w:t xml:space="preserve">उत्तर सिमानाः </w:t>
      </w:r>
      <w:r w:rsidRPr="00EE7721">
        <w:rPr>
          <w:sz w:val="24"/>
          <w:szCs w:val="24"/>
          <w:lang w:bidi="ne-NP"/>
        </w:rPr>
        <w:t>…………………………..</w:t>
      </w:r>
    </w:p>
    <w:p w:rsidR="00252DB3" w:rsidRPr="00EE7721" w:rsidRDefault="00252DB3" w:rsidP="00EE7721">
      <w:pPr>
        <w:pStyle w:val="ListParagraph"/>
        <w:tabs>
          <w:tab w:val="left" w:pos="720"/>
        </w:tabs>
        <w:spacing w:after="0" w:afterAutospacing="0"/>
        <w:ind w:firstLine="270"/>
        <w:jc w:val="both"/>
        <w:rPr>
          <w:sz w:val="24"/>
          <w:szCs w:val="24"/>
          <w:lang w:bidi="ne-NP"/>
        </w:rPr>
      </w:pPr>
      <w:r w:rsidRPr="00EE7721">
        <w:rPr>
          <w:rFonts w:hint="cs"/>
          <w:sz w:val="24"/>
          <w:szCs w:val="24"/>
          <w:cs/>
          <w:lang w:bidi="ne-NP"/>
        </w:rPr>
        <w:t>दक्षिण सिमानाः</w:t>
      </w:r>
      <w:r w:rsidRPr="00EE7721">
        <w:rPr>
          <w:sz w:val="24"/>
          <w:szCs w:val="24"/>
          <w:lang w:bidi="ne-NP"/>
        </w:rPr>
        <w:t xml:space="preserve"> ………………………….</w:t>
      </w:r>
    </w:p>
    <w:p w:rsidR="00252DB3" w:rsidRPr="00EE7721" w:rsidRDefault="007D7192" w:rsidP="00EE7721">
      <w:pPr>
        <w:pStyle w:val="ListParagraph"/>
        <w:tabs>
          <w:tab w:val="left" w:pos="720"/>
        </w:tabs>
        <w:spacing w:after="0" w:afterAutospacing="0"/>
        <w:ind w:firstLine="270"/>
        <w:jc w:val="both"/>
        <w:rPr>
          <w:sz w:val="24"/>
          <w:szCs w:val="24"/>
          <w:lang w:bidi="ne-NP"/>
        </w:rPr>
      </w:pPr>
      <w:r w:rsidRPr="00EE7721">
        <w:rPr>
          <w:rFonts w:hint="cs"/>
          <w:sz w:val="24"/>
          <w:szCs w:val="24"/>
          <w:cs/>
          <w:lang w:bidi="ne-NP"/>
        </w:rPr>
        <w:t>हालका जम्मा घरधुरीः</w:t>
      </w:r>
    </w:p>
    <w:p w:rsidR="00252DB3" w:rsidRPr="00EE7721" w:rsidRDefault="00252DB3" w:rsidP="00EE7721">
      <w:pPr>
        <w:pStyle w:val="ListParagraph"/>
        <w:tabs>
          <w:tab w:val="left" w:pos="720"/>
        </w:tabs>
        <w:spacing w:after="0" w:afterAutospacing="0"/>
        <w:ind w:left="6480" w:firstLine="270"/>
        <w:jc w:val="center"/>
        <w:rPr>
          <w:sz w:val="24"/>
          <w:szCs w:val="24"/>
          <w:lang w:bidi="ne-NP"/>
        </w:rPr>
      </w:pPr>
      <w:r w:rsidRPr="00EE7721">
        <w:rPr>
          <w:rFonts w:hint="cs"/>
          <w:sz w:val="24"/>
          <w:szCs w:val="24"/>
          <w:cs/>
          <w:lang w:bidi="ne-NP"/>
        </w:rPr>
        <w:t>निवेदक</w:t>
      </w:r>
    </w:p>
    <w:p w:rsidR="007D7192" w:rsidRPr="00EE7721" w:rsidRDefault="005301A3" w:rsidP="00EE7721">
      <w:pPr>
        <w:pStyle w:val="ListParagraph"/>
        <w:tabs>
          <w:tab w:val="left" w:pos="720"/>
        </w:tabs>
        <w:spacing w:after="0" w:afterAutospacing="0"/>
        <w:ind w:left="2880" w:firstLine="270"/>
        <w:rPr>
          <w:sz w:val="24"/>
          <w:szCs w:val="24"/>
          <w:lang w:bidi="ne-NP"/>
        </w:rPr>
      </w:pPr>
      <w:r>
        <w:rPr>
          <w:rFonts w:hint="cs"/>
          <w:sz w:val="24"/>
          <w:szCs w:val="24"/>
          <w:cs/>
          <w:lang w:bidi="ne-NP"/>
        </w:rPr>
        <w:t xml:space="preserve">                                      </w:t>
      </w:r>
      <w:r w:rsidR="007D7192" w:rsidRPr="00EE7721">
        <w:rPr>
          <w:rFonts w:hint="cs"/>
          <w:sz w:val="24"/>
          <w:szCs w:val="24"/>
          <w:cs/>
          <w:lang w:bidi="ne-NP"/>
        </w:rPr>
        <w:t>समितिको तर्फबाट</w:t>
      </w:r>
    </w:p>
    <w:p w:rsidR="00252DB3" w:rsidRPr="00EE7721" w:rsidRDefault="005301A3" w:rsidP="00EE7721">
      <w:pPr>
        <w:pStyle w:val="ListParagraph"/>
        <w:tabs>
          <w:tab w:val="left" w:pos="720"/>
        </w:tabs>
        <w:spacing w:after="0" w:afterAutospacing="0"/>
        <w:ind w:left="2880" w:firstLine="270"/>
        <w:rPr>
          <w:sz w:val="24"/>
          <w:szCs w:val="24"/>
          <w:lang w:bidi="ne-NP"/>
        </w:rPr>
      </w:pPr>
      <w:r>
        <w:rPr>
          <w:rFonts w:hint="cs"/>
          <w:sz w:val="24"/>
          <w:szCs w:val="24"/>
          <w:cs/>
          <w:lang w:bidi="ne-NP"/>
        </w:rPr>
        <w:t xml:space="preserve">                                </w:t>
      </w:r>
      <w:r w:rsidR="007D7192" w:rsidRPr="00EE7721">
        <w:rPr>
          <w:rFonts w:hint="cs"/>
          <w:sz w:val="24"/>
          <w:szCs w:val="24"/>
          <w:cs/>
          <w:lang w:bidi="ne-NP"/>
        </w:rPr>
        <w:t xml:space="preserve">अध्यक्षको नामः </w:t>
      </w:r>
      <w:r w:rsidR="00252DB3" w:rsidRPr="00EE7721">
        <w:rPr>
          <w:sz w:val="24"/>
          <w:szCs w:val="24"/>
          <w:lang w:bidi="ne-NP"/>
        </w:rPr>
        <w:t>………………………………</w:t>
      </w:r>
    </w:p>
    <w:p w:rsidR="00252DB3" w:rsidRPr="00EE7721" w:rsidRDefault="005301A3" w:rsidP="00EE7721">
      <w:pPr>
        <w:pStyle w:val="ListParagraph"/>
        <w:tabs>
          <w:tab w:val="left" w:pos="720"/>
        </w:tabs>
        <w:spacing w:after="0" w:afterAutospacing="0"/>
        <w:ind w:left="2880" w:firstLine="270"/>
        <w:rPr>
          <w:sz w:val="24"/>
          <w:szCs w:val="24"/>
          <w:lang w:bidi="sa-IN"/>
        </w:rPr>
      </w:pPr>
      <w:r>
        <w:rPr>
          <w:rFonts w:hint="cs"/>
          <w:sz w:val="24"/>
          <w:szCs w:val="24"/>
          <w:cs/>
          <w:lang w:bidi="ne-NP"/>
        </w:rPr>
        <w:t xml:space="preserve">                                </w:t>
      </w:r>
      <w:r w:rsidR="00252DB3" w:rsidRPr="00EE7721">
        <w:rPr>
          <w:rFonts w:hint="cs"/>
          <w:sz w:val="24"/>
          <w:szCs w:val="24"/>
          <w:cs/>
          <w:lang w:bidi="ne-NP"/>
        </w:rPr>
        <w:t>टोल विकास संस्थाको नामः</w:t>
      </w:r>
      <w:r w:rsidR="007D7192" w:rsidRPr="00EE7721">
        <w:rPr>
          <w:rFonts w:hint="cs"/>
          <w:sz w:val="24"/>
          <w:szCs w:val="24"/>
          <w:cs/>
          <w:lang w:bidi="sa-IN"/>
        </w:rPr>
        <w:t>..............</w:t>
      </w:r>
    </w:p>
    <w:p w:rsidR="00303659" w:rsidRPr="00EE7721" w:rsidRDefault="005301A3" w:rsidP="00EE7721">
      <w:pPr>
        <w:pStyle w:val="ListParagraph"/>
        <w:tabs>
          <w:tab w:val="left" w:pos="720"/>
        </w:tabs>
        <w:spacing w:after="0" w:afterAutospacing="0"/>
        <w:ind w:left="2880" w:firstLine="270"/>
        <w:rPr>
          <w:sz w:val="24"/>
          <w:szCs w:val="24"/>
          <w:lang w:bidi="sa-IN"/>
        </w:rPr>
      </w:pPr>
      <w:r>
        <w:rPr>
          <w:rFonts w:hint="cs"/>
          <w:sz w:val="24"/>
          <w:szCs w:val="24"/>
          <w:cs/>
          <w:lang w:bidi="ne-NP"/>
        </w:rPr>
        <w:t xml:space="preserve">                                </w:t>
      </w:r>
      <w:r w:rsidR="00252DB3" w:rsidRPr="00EE7721">
        <w:rPr>
          <w:rFonts w:hint="cs"/>
          <w:sz w:val="24"/>
          <w:szCs w:val="24"/>
          <w:cs/>
          <w:lang w:bidi="ne-NP"/>
        </w:rPr>
        <w:t>ठेगानाः</w:t>
      </w:r>
      <w:r w:rsidR="007D7192" w:rsidRPr="00EE7721">
        <w:rPr>
          <w:sz w:val="24"/>
          <w:szCs w:val="24"/>
          <w:cs/>
          <w:lang w:bidi="sa-IN"/>
        </w:rPr>
        <w:t>...........................</w:t>
      </w:r>
    </w:p>
    <w:p w:rsidR="00303659" w:rsidRPr="009C4E79" w:rsidRDefault="00303659" w:rsidP="00EE7721">
      <w:pPr>
        <w:tabs>
          <w:tab w:val="left" w:pos="720"/>
        </w:tabs>
        <w:ind w:firstLine="0"/>
        <w:rPr>
          <w:lang w:bidi="sa-IN"/>
        </w:rPr>
      </w:pPr>
    </w:p>
    <w:p w:rsidR="00303659" w:rsidRPr="009C4E79" w:rsidRDefault="00303659" w:rsidP="00BD768E">
      <w:pPr>
        <w:tabs>
          <w:tab w:val="left" w:pos="720"/>
        </w:tabs>
        <w:ind w:firstLine="270"/>
        <w:rPr>
          <w:lang w:bidi="sa-IN"/>
        </w:rPr>
      </w:pPr>
    </w:p>
    <w:p w:rsidR="00303659" w:rsidRPr="009C4E79" w:rsidRDefault="00303659" w:rsidP="00EE7721">
      <w:pPr>
        <w:tabs>
          <w:tab w:val="left" w:pos="720"/>
          <w:tab w:val="left" w:pos="7072"/>
        </w:tabs>
        <w:ind w:firstLine="0"/>
        <w:rPr>
          <w:lang w:bidi="sa-IN"/>
        </w:rPr>
      </w:pPr>
    </w:p>
    <w:p w:rsidR="00BB327E" w:rsidRPr="00773E75" w:rsidRDefault="00BB327E" w:rsidP="00BD768E">
      <w:pPr>
        <w:framePr w:w="10150" w:h="9624" w:hRule="exact" w:hSpace="180" w:wrap="around" w:vAnchor="text" w:hAnchor="page" w:x="1719" w:y="-428"/>
        <w:tabs>
          <w:tab w:val="left" w:pos="720"/>
        </w:tabs>
        <w:ind w:firstLine="270"/>
        <w:jc w:val="center"/>
        <w:rPr>
          <w:sz w:val="24"/>
          <w:szCs w:val="24"/>
          <w:lang w:bidi="ne-NP"/>
        </w:rPr>
      </w:pPr>
      <w:r w:rsidRPr="00773E75">
        <w:rPr>
          <w:rFonts w:hint="cs"/>
          <w:sz w:val="24"/>
          <w:szCs w:val="24"/>
          <w:cs/>
          <w:lang w:bidi="ne-NP"/>
        </w:rPr>
        <w:t>अनुसूची २</w:t>
      </w:r>
    </w:p>
    <w:p w:rsidR="0036392F" w:rsidRPr="00773E75" w:rsidRDefault="0036392F" w:rsidP="00BD768E">
      <w:pPr>
        <w:framePr w:w="10150" w:h="9624" w:hRule="exact" w:hSpace="180" w:wrap="around" w:vAnchor="text" w:hAnchor="page" w:x="1719" w:y="-428"/>
        <w:tabs>
          <w:tab w:val="left" w:pos="720"/>
        </w:tabs>
        <w:ind w:firstLine="270"/>
        <w:jc w:val="center"/>
        <w:rPr>
          <w:sz w:val="24"/>
          <w:szCs w:val="24"/>
          <w:lang w:bidi="ne-NP"/>
        </w:rPr>
      </w:pPr>
      <w:r w:rsidRPr="00773E75">
        <w:rPr>
          <w:sz w:val="24"/>
          <w:szCs w:val="24"/>
          <w:lang w:bidi="ne-NP"/>
        </w:rPr>
        <w:t>………………………………………</w:t>
      </w:r>
      <w:r w:rsidRPr="00773E75">
        <w:rPr>
          <w:rFonts w:hint="cs"/>
          <w:sz w:val="24"/>
          <w:szCs w:val="24"/>
          <w:cs/>
          <w:lang w:bidi="ne-NP"/>
        </w:rPr>
        <w:t xml:space="preserve"> गाउँपालिका</w:t>
      </w:r>
    </w:p>
    <w:p w:rsidR="0036392F" w:rsidRPr="00773E75" w:rsidRDefault="0036392F" w:rsidP="00BD768E">
      <w:pPr>
        <w:framePr w:w="10150" w:h="9624" w:hRule="exact" w:hSpace="180" w:wrap="around" w:vAnchor="text" w:hAnchor="page" w:x="1719" w:y="-428"/>
        <w:tabs>
          <w:tab w:val="left" w:pos="720"/>
        </w:tabs>
        <w:ind w:firstLine="270"/>
        <w:jc w:val="center"/>
        <w:rPr>
          <w:sz w:val="24"/>
          <w:szCs w:val="24"/>
          <w:lang w:bidi="ne-NP"/>
        </w:rPr>
      </w:pPr>
      <w:r w:rsidRPr="00773E75">
        <w:rPr>
          <w:sz w:val="24"/>
          <w:szCs w:val="24"/>
          <w:lang w:bidi="ne-NP"/>
        </w:rPr>
        <w:t>……………</w:t>
      </w:r>
      <w:r w:rsidRPr="00773E75">
        <w:rPr>
          <w:rFonts w:hint="cs"/>
          <w:sz w:val="24"/>
          <w:szCs w:val="24"/>
          <w:cs/>
          <w:lang w:bidi="ne-NP"/>
        </w:rPr>
        <w:t>नं वडा कार्यालय</w:t>
      </w:r>
    </w:p>
    <w:p w:rsidR="0036392F" w:rsidRPr="00773E75" w:rsidRDefault="0036392F" w:rsidP="00BD768E">
      <w:pPr>
        <w:framePr w:w="10150" w:h="9624" w:hRule="exact" w:hSpace="180" w:wrap="around" w:vAnchor="text" w:hAnchor="page" w:x="1719" w:y="-428"/>
        <w:tabs>
          <w:tab w:val="left" w:pos="720"/>
        </w:tabs>
        <w:ind w:firstLine="270"/>
        <w:jc w:val="center"/>
        <w:rPr>
          <w:sz w:val="24"/>
          <w:szCs w:val="24"/>
          <w:u w:val="single"/>
          <w:lang w:bidi="ne-NP"/>
        </w:rPr>
      </w:pPr>
      <w:r w:rsidRPr="00773E75">
        <w:rPr>
          <w:sz w:val="24"/>
          <w:szCs w:val="24"/>
          <w:u w:val="single"/>
          <w:cs/>
          <w:lang w:bidi="ne-NP"/>
        </w:rPr>
        <w:t>टोल विकास संस्था सूचीकृत प्रमाण-पत्र</w:t>
      </w:r>
    </w:p>
    <w:p w:rsidR="0036392F" w:rsidRPr="00773E75" w:rsidRDefault="0036392F" w:rsidP="00BD768E">
      <w:pPr>
        <w:framePr w:w="10150" w:h="9624" w:hRule="exact" w:hSpace="180" w:wrap="around" w:vAnchor="text" w:hAnchor="page" w:x="1719" w:y="-428"/>
        <w:tabs>
          <w:tab w:val="left" w:pos="720"/>
        </w:tabs>
        <w:ind w:firstLine="270"/>
        <w:rPr>
          <w:sz w:val="24"/>
          <w:szCs w:val="24"/>
          <w:lang w:bidi="ne-NP"/>
        </w:rPr>
      </w:pPr>
    </w:p>
    <w:p w:rsidR="0036392F" w:rsidRPr="00773E75" w:rsidRDefault="0036392F" w:rsidP="00BD768E">
      <w:pPr>
        <w:framePr w:w="10150" w:h="9624" w:hRule="exact" w:hSpace="180" w:wrap="around" w:vAnchor="text" w:hAnchor="page" w:x="1719" w:y="-428"/>
        <w:tabs>
          <w:tab w:val="left" w:pos="720"/>
        </w:tabs>
        <w:ind w:firstLine="270"/>
        <w:jc w:val="both"/>
        <w:rPr>
          <w:sz w:val="24"/>
          <w:szCs w:val="24"/>
          <w:lang w:bidi="ne-NP"/>
        </w:rPr>
      </w:pPr>
      <w:r w:rsidRPr="00773E75">
        <w:rPr>
          <w:sz w:val="24"/>
          <w:szCs w:val="24"/>
          <w:lang w:bidi="ne-NP"/>
        </w:rPr>
        <w:t>……………………………………………………………………………………………………</w:t>
      </w:r>
      <w:r w:rsidRPr="00773E75">
        <w:rPr>
          <w:rFonts w:hint="cs"/>
          <w:sz w:val="24"/>
          <w:szCs w:val="24"/>
          <w:cs/>
          <w:lang w:bidi="ne-NP"/>
        </w:rPr>
        <w:t xml:space="preserve">  गाउँपालिका।नगरपालिका वडा नं. </w:t>
      </w:r>
      <w:r w:rsidRPr="00773E75">
        <w:rPr>
          <w:sz w:val="24"/>
          <w:szCs w:val="24"/>
          <w:lang w:bidi="ne-NP"/>
        </w:rPr>
        <w:t xml:space="preserve"> ……………</w:t>
      </w:r>
      <w:r w:rsidRPr="00773E75">
        <w:rPr>
          <w:rFonts w:hint="cs"/>
          <w:sz w:val="24"/>
          <w:szCs w:val="24"/>
          <w:cs/>
          <w:lang w:bidi="ne-NP"/>
        </w:rPr>
        <w:t xml:space="preserve">स्थित </w:t>
      </w:r>
      <w:r w:rsidRPr="00773E75">
        <w:rPr>
          <w:sz w:val="24"/>
          <w:szCs w:val="24"/>
          <w:lang w:bidi="ne-NP"/>
        </w:rPr>
        <w:t>…………………………………</w:t>
      </w:r>
      <w:r w:rsidRPr="00773E75">
        <w:rPr>
          <w:rFonts w:hint="cs"/>
          <w:sz w:val="24"/>
          <w:szCs w:val="24"/>
          <w:cs/>
          <w:lang w:bidi="ne-NP"/>
        </w:rPr>
        <w:t xml:space="preserve">मा गठन भएको </w:t>
      </w:r>
      <w:r w:rsidRPr="00773E75">
        <w:rPr>
          <w:sz w:val="24"/>
          <w:szCs w:val="24"/>
          <w:lang w:bidi="ne-NP"/>
        </w:rPr>
        <w:t>………………………………………………</w:t>
      </w:r>
      <w:r w:rsidRPr="00773E75">
        <w:rPr>
          <w:rFonts w:hint="cs"/>
          <w:sz w:val="24"/>
          <w:szCs w:val="24"/>
          <w:cs/>
          <w:lang w:bidi="ne-NP"/>
        </w:rPr>
        <w:t>टोल विकास संस्थालाई यस कार्यालयमा मिति</w:t>
      </w:r>
      <w:r w:rsidRPr="00773E75">
        <w:rPr>
          <w:sz w:val="24"/>
          <w:szCs w:val="24"/>
          <w:lang w:bidi="ne-NP"/>
        </w:rPr>
        <w:t>………………</w:t>
      </w:r>
      <w:r w:rsidRPr="00773E75">
        <w:rPr>
          <w:rFonts w:hint="cs"/>
          <w:sz w:val="24"/>
          <w:szCs w:val="24"/>
          <w:cs/>
          <w:lang w:bidi="ne-NP"/>
        </w:rPr>
        <w:t>मा सूचीकृत गरी यो प्रमाण-पत्र प्रदान गरिएको छ ।</w:t>
      </w:r>
    </w:p>
    <w:p w:rsidR="0036392F" w:rsidRPr="00773E75" w:rsidRDefault="0036392F" w:rsidP="00BD768E">
      <w:pPr>
        <w:framePr w:w="10150" w:h="9624" w:hRule="exact" w:hSpace="180" w:wrap="around" w:vAnchor="text" w:hAnchor="page" w:x="1719" w:y="-428"/>
        <w:tabs>
          <w:tab w:val="left" w:pos="720"/>
        </w:tabs>
        <w:ind w:firstLine="270"/>
        <w:jc w:val="both"/>
        <w:rPr>
          <w:sz w:val="24"/>
          <w:szCs w:val="24"/>
          <w:lang w:bidi="ne-NP"/>
        </w:rPr>
      </w:pPr>
      <w:r w:rsidRPr="00773E75">
        <w:rPr>
          <w:rFonts w:hint="cs"/>
          <w:sz w:val="24"/>
          <w:szCs w:val="24"/>
          <w:cs/>
          <w:lang w:bidi="ne-NP"/>
        </w:rPr>
        <w:t>यस गाउपालिका।नगरपालिकाको आर्थिक, सामाजिक, साँस्कृतिक तथा भौतिक पुर्वाधार विकास र सुशासन कायम गर्ने क्षेत्रमा यस टोल विकास संस्थाको सक्रीय सहभागिताको अपेक्षा गर्दछु ।</w:t>
      </w:r>
    </w:p>
    <w:p w:rsidR="0036392F" w:rsidRPr="00773E75" w:rsidRDefault="0036392F" w:rsidP="00BD768E">
      <w:pPr>
        <w:framePr w:w="10150" w:h="9624" w:hRule="exact" w:hSpace="180" w:wrap="around" w:vAnchor="text" w:hAnchor="page" w:x="1719" w:y="-428"/>
        <w:tabs>
          <w:tab w:val="left" w:pos="720"/>
        </w:tabs>
        <w:ind w:firstLine="270"/>
        <w:jc w:val="both"/>
        <w:rPr>
          <w:sz w:val="24"/>
          <w:szCs w:val="24"/>
          <w:lang w:bidi="ne-NP"/>
        </w:rPr>
      </w:pPr>
    </w:p>
    <w:p w:rsidR="0036392F" w:rsidRPr="00773E75" w:rsidRDefault="0036392F" w:rsidP="00BD768E">
      <w:pPr>
        <w:framePr w:w="10150" w:h="9624" w:hRule="exact" w:hSpace="180" w:wrap="around" w:vAnchor="text" w:hAnchor="page" w:x="1719" w:y="-428"/>
        <w:tabs>
          <w:tab w:val="left" w:pos="720"/>
        </w:tabs>
        <w:ind w:firstLine="270"/>
        <w:jc w:val="right"/>
        <w:rPr>
          <w:sz w:val="24"/>
          <w:szCs w:val="24"/>
          <w:lang w:bidi="ne-NP"/>
        </w:rPr>
      </w:pPr>
      <w:r w:rsidRPr="00773E75">
        <w:rPr>
          <w:sz w:val="24"/>
          <w:szCs w:val="24"/>
          <w:lang w:bidi="ne-NP"/>
        </w:rPr>
        <w:t>………………………</w:t>
      </w:r>
    </w:p>
    <w:p w:rsidR="0036392F" w:rsidRPr="00773E75" w:rsidRDefault="00B131ED" w:rsidP="00BD768E">
      <w:pPr>
        <w:framePr w:w="10150" w:h="9624" w:hRule="exact" w:hSpace="180" w:wrap="around" w:vAnchor="text" w:hAnchor="page" w:x="1719" w:y="-428"/>
        <w:tabs>
          <w:tab w:val="left" w:pos="720"/>
        </w:tabs>
        <w:ind w:firstLine="270"/>
        <w:rPr>
          <w:sz w:val="24"/>
          <w:szCs w:val="24"/>
          <w:lang w:bidi="sa-IN"/>
        </w:rPr>
        <w:sectPr w:rsidR="0036392F" w:rsidRPr="00773E75" w:rsidSect="005952B8">
          <w:headerReference w:type="even" r:id="rId15"/>
          <w:headerReference w:type="default" r:id="rId16"/>
          <w:footerReference w:type="default" r:id="rId17"/>
          <w:headerReference w:type="first" r:id="rId18"/>
          <w:pgSz w:w="12240" w:h="15840"/>
          <w:pgMar w:top="450" w:right="450" w:bottom="1080" w:left="900" w:header="720" w:footer="0" w:gutter="0"/>
          <w:pgNumType w:start="1"/>
          <w:cols w:space="720"/>
          <w:docGrid w:linePitch="360"/>
        </w:sectPr>
      </w:pPr>
      <w:r>
        <w:rPr>
          <w:rFonts w:hint="cs"/>
          <w:sz w:val="24"/>
          <w:szCs w:val="24"/>
          <w:cs/>
          <w:lang w:bidi="ne-NP"/>
        </w:rPr>
        <w:tab/>
      </w:r>
      <w:r>
        <w:rPr>
          <w:rFonts w:hint="cs"/>
          <w:sz w:val="24"/>
          <w:szCs w:val="24"/>
          <w:cs/>
          <w:lang w:bidi="ne-NP"/>
        </w:rPr>
        <w:tab/>
      </w:r>
      <w:r>
        <w:rPr>
          <w:rFonts w:hint="cs"/>
          <w:sz w:val="24"/>
          <w:szCs w:val="24"/>
          <w:cs/>
          <w:lang w:bidi="ne-NP"/>
        </w:rPr>
        <w:tab/>
      </w:r>
      <w:r>
        <w:rPr>
          <w:rFonts w:hint="cs"/>
          <w:sz w:val="24"/>
          <w:szCs w:val="24"/>
          <w:cs/>
          <w:lang w:bidi="ne-NP"/>
        </w:rPr>
        <w:tab/>
      </w:r>
      <w:r>
        <w:rPr>
          <w:rFonts w:hint="cs"/>
          <w:sz w:val="24"/>
          <w:szCs w:val="24"/>
          <w:cs/>
          <w:lang w:bidi="ne-NP"/>
        </w:rPr>
        <w:tab/>
      </w:r>
      <w:r>
        <w:rPr>
          <w:rFonts w:hint="cs"/>
          <w:sz w:val="24"/>
          <w:szCs w:val="24"/>
          <w:cs/>
          <w:lang w:bidi="ne-NP"/>
        </w:rPr>
        <w:tab/>
      </w:r>
      <w:r>
        <w:rPr>
          <w:rFonts w:hint="cs"/>
          <w:sz w:val="24"/>
          <w:szCs w:val="24"/>
          <w:cs/>
          <w:lang w:bidi="ne-NP"/>
        </w:rPr>
        <w:tab/>
      </w:r>
      <w:r>
        <w:rPr>
          <w:rFonts w:hint="cs"/>
          <w:sz w:val="24"/>
          <w:szCs w:val="24"/>
          <w:cs/>
          <w:lang w:bidi="ne-NP"/>
        </w:rPr>
        <w:tab/>
      </w:r>
      <w:r>
        <w:rPr>
          <w:rFonts w:hint="cs"/>
          <w:sz w:val="24"/>
          <w:szCs w:val="24"/>
          <w:cs/>
          <w:lang w:bidi="ne-NP"/>
        </w:rPr>
        <w:tab/>
      </w:r>
      <w:r>
        <w:rPr>
          <w:rFonts w:hint="cs"/>
          <w:sz w:val="24"/>
          <w:szCs w:val="24"/>
          <w:cs/>
          <w:lang w:bidi="ne-NP"/>
        </w:rPr>
        <w:tab/>
      </w:r>
      <w:r>
        <w:rPr>
          <w:rFonts w:hint="cs"/>
          <w:sz w:val="24"/>
          <w:szCs w:val="24"/>
          <w:cs/>
          <w:lang w:bidi="ne-NP"/>
        </w:rPr>
        <w:tab/>
      </w:r>
      <w:r>
        <w:rPr>
          <w:rFonts w:hint="cs"/>
          <w:sz w:val="24"/>
          <w:szCs w:val="24"/>
          <w:cs/>
          <w:lang w:bidi="ne-NP"/>
        </w:rPr>
        <w:tab/>
        <w:t xml:space="preserve">   </w:t>
      </w:r>
      <w:r w:rsidR="00623C4A" w:rsidRPr="00773E75">
        <w:rPr>
          <w:rFonts w:hint="cs"/>
          <w:sz w:val="24"/>
          <w:szCs w:val="24"/>
          <w:cs/>
          <w:lang w:bidi="ne-NP"/>
        </w:rPr>
        <w:t xml:space="preserve">वडा </w:t>
      </w:r>
      <w:r w:rsidR="002671F7" w:rsidRPr="00773E75">
        <w:rPr>
          <w:rFonts w:hint="cs"/>
          <w:sz w:val="24"/>
          <w:szCs w:val="24"/>
          <w:cs/>
          <w:lang w:bidi="ne-NP"/>
        </w:rPr>
        <w:t>सचिव</w:t>
      </w:r>
    </w:p>
    <w:p w:rsidR="00116BFD" w:rsidRDefault="00116BFD" w:rsidP="00116BFD">
      <w:pPr>
        <w:jc w:val="center"/>
        <w:rPr>
          <w:rFonts w:hint="eastAsia"/>
        </w:rPr>
      </w:pPr>
      <w:r>
        <w:rPr>
          <w:rFonts w:ascii="Kalimati" w:hAnsi="Kalimati"/>
          <w:b/>
          <w:bCs/>
          <w:color w:val="222222"/>
          <w:cs/>
          <w:lang w:bidi="hi-IN"/>
        </w:rPr>
        <w:lastRenderedPageBreak/>
        <w:t>बंगलाचुली</w:t>
      </w:r>
      <w:r>
        <w:rPr>
          <w:rFonts w:ascii="Kalimati" w:hAnsi="Kalimati"/>
          <w:b/>
          <w:color w:val="222222"/>
        </w:rPr>
        <w:t xml:space="preserve"> </w:t>
      </w:r>
      <w:r>
        <w:rPr>
          <w:rFonts w:ascii="Kalimati" w:hAnsi="Kalimati"/>
          <w:b/>
          <w:bCs/>
          <w:color w:val="222222"/>
          <w:cs/>
          <w:lang w:bidi="hi-IN"/>
        </w:rPr>
        <w:t>गाउँपालिकामा</w:t>
      </w:r>
      <w:r>
        <w:rPr>
          <w:rFonts w:ascii="Kalimati" w:hAnsi="Kalimati"/>
          <w:b/>
          <w:color w:val="222222"/>
        </w:rPr>
        <w:t xml:space="preserve"> </w:t>
      </w:r>
      <w:r>
        <w:rPr>
          <w:rFonts w:ascii="Kalimati" w:hAnsi="Kalimati"/>
          <w:b/>
          <w:bCs/>
          <w:color w:val="222222"/>
          <w:cs/>
          <w:lang w:bidi="hi-IN"/>
        </w:rPr>
        <w:t>टोल</w:t>
      </w:r>
      <w:r>
        <w:rPr>
          <w:rFonts w:ascii="Kalimati" w:hAnsi="Kalimati"/>
          <w:b/>
          <w:color w:val="222222"/>
        </w:rPr>
        <w:t xml:space="preserve"> </w:t>
      </w:r>
      <w:r>
        <w:rPr>
          <w:rFonts w:ascii="Kalimati" w:hAnsi="Kalimati"/>
          <w:b/>
          <w:bCs/>
          <w:color w:val="222222"/>
          <w:cs/>
          <w:lang w:bidi="hi-IN"/>
        </w:rPr>
        <w:t>विकास</w:t>
      </w:r>
      <w:r>
        <w:rPr>
          <w:rFonts w:ascii="Kalimati" w:hAnsi="Kalimati"/>
          <w:b/>
          <w:color w:val="222222"/>
        </w:rPr>
        <w:t xml:space="preserve"> </w:t>
      </w:r>
      <w:r>
        <w:rPr>
          <w:rFonts w:ascii="Kalimati" w:hAnsi="Kalimati"/>
          <w:b/>
          <w:bCs/>
          <w:color w:val="222222"/>
          <w:cs/>
          <w:lang w:bidi="hi-IN"/>
        </w:rPr>
        <w:t>संस्था</w:t>
      </w:r>
      <w:r>
        <w:rPr>
          <w:rFonts w:ascii="Kalimati" w:hAnsi="Kalimati"/>
          <w:b/>
          <w:color w:val="222222"/>
        </w:rPr>
        <w:t xml:space="preserve"> (</w:t>
      </w:r>
      <w:r>
        <w:rPr>
          <w:rFonts w:ascii="Kalimati" w:hAnsi="Kalimati"/>
          <w:b/>
          <w:bCs/>
          <w:color w:val="222222"/>
          <w:cs/>
          <w:lang w:bidi="hi-IN"/>
        </w:rPr>
        <w:t>गठन</w:t>
      </w:r>
      <w:r>
        <w:rPr>
          <w:rFonts w:ascii="Kalimati" w:hAnsi="Kalimati"/>
          <w:b/>
          <w:color w:val="222222"/>
        </w:rPr>
        <w:t xml:space="preserve">, </w:t>
      </w:r>
      <w:r>
        <w:rPr>
          <w:rFonts w:ascii="Kalimati" w:hAnsi="Kalimati"/>
          <w:b/>
          <w:bCs/>
          <w:color w:val="222222"/>
          <w:cs/>
          <w:lang w:bidi="hi-IN"/>
        </w:rPr>
        <w:t>सञ्चालन</w:t>
      </w:r>
      <w:r>
        <w:rPr>
          <w:rFonts w:ascii="Kalimati" w:hAnsi="Kalimati"/>
          <w:b/>
          <w:color w:val="222222"/>
        </w:rPr>
        <w:t xml:space="preserve"> </w:t>
      </w:r>
      <w:r>
        <w:rPr>
          <w:rFonts w:ascii="Kalimati" w:hAnsi="Kalimati"/>
          <w:b/>
          <w:bCs/>
          <w:color w:val="222222"/>
          <w:cs/>
          <w:lang w:bidi="hi-IN"/>
        </w:rPr>
        <w:t>तथा</w:t>
      </w:r>
      <w:r>
        <w:rPr>
          <w:rFonts w:ascii="Kalimati" w:hAnsi="Kalimati"/>
          <w:b/>
          <w:color w:val="222222"/>
        </w:rPr>
        <w:t xml:space="preserve"> </w:t>
      </w:r>
      <w:r>
        <w:rPr>
          <w:rFonts w:ascii="Kalimati" w:hAnsi="Kalimati"/>
          <w:b/>
          <w:bCs/>
          <w:color w:val="222222"/>
          <w:cs/>
          <w:lang w:bidi="hi-IN"/>
        </w:rPr>
        <w:t>व्यवस्थापन</w:t>
      </w:r>
      <w:r>
        <w:rPr>
          <w:rFonts w:ascii="Kalimati" w:hAnsi="Kalimati"/>
          <w:b/>
          <w:color w:val="222222"/>
        </w:rPr>
        <w:t xml:space="preserve">) </w:t>
      </w:r>
      <w:r>
        <w:rPr>
          <w:rFonts w:ascii="Kalimati" w:hAnsi="Kalimati"/>
          <w:b/>
          <w:bCs/>
          <w:color w:val="222222"/>
          <w:cs/>
          <w:lang w:bidi="hi-IN"/>
        </w:rPr>
        <w:t>सम्वन्धी</w:t>
      </w:r>
      <w:r>
        <w:rPr>
          <w:rFonts w:ascii="Kalimati" w:hAnsi="Kalimati"/>
          <w:b/>
          <w:color w:val="222222"/>
        </w:rPr>
        <w:t xml:space="preserve"> </w:t>
      </w:r>
      <w:r>
        <w:rPr>
          <w:rFonts w:ascii="Kalimati" w:hAnsi="Kalimati"/>
          <w:b/>
          <w:bCs/>
          <w:color w:val="222222"/>
          <w:cs/>
          <w:lang w:bidi="hi-IN"/>
        </w:rPr>
        <w:t>कार्यविधि</w:t>
      </w:r>
      <w:r>
        <w:rPr>
          <w:rFonts w:ascii="Kalimati" w:hAnsi="Kalimati"/>
          <w:b/>
          <w:color w:val="222222"/>
        </w:rPr>
        <w:t xml:space="preserve">, </w:t>
      </w:r>
      <w:r>
        <w:rPr>
          <w:rFonts w:ascii="Kalimati" w:hAnsi="Kalimati"/>
          <w:b/>
          <w:bCs/>
          <w:color w:val="222222"/>
          <w:cs/>
          <w:lang w:bidi="hi-IN"/>
        </w:rPr>
        <w:t>२०८३</w:t>
      </w:r>
      <w:r>
        <w:rPr>
          <w:rFonts w:ascii="Kalimati" w:hAnsi="Kalimati"/>
          <w:b/>
          <w:color w:val="222222"/>
        </w:rPr>
        <w:br/>
      </w:r>
      <w:r>
        <w:rPr>
          <w:rFonts w:ascii="Kalimati" w:hAnsi="Kalimati"/>
          <w:b/>
          <w:bCs/>
          <w:color w:val="222222"/>
          <w:cs/>
          <w:lang w:bidi="hi-IN"/>
        </w:rPr>
        <w:t>को</w:t>
      </w:r>
      <w:r>
        <w:rPr>
          <w:rFonts w:ascii="Kalimati" w:hAnsi="Kalimati"/>
          <w:b/>
          <w:color w:val="222222"/>
        </w:rPr>
        <w:t xml:space="preserve"> </w:t>
      </w:r>
      <w:r>
        <w:rPr>
          <w:rFonts w:ascii="Kalimati" w:hAnsi="Kalimati"/>
          <w:b/>
          <w:bCs/>
          <w:color w:val="222222"/>
          <w:cs/>
          <w:lang w:bidi="hi-IN"/>
        </w:rPr>
        <w:t>दफा</w:t>
      </w:r>
      <w:r>
        <w:rPr>
          <w:rFonts w:ascii="Kalimati" w:hAnsi="Kalimati"/>
          <w:b/>
          <w:color w:val="222222"/>
        </w:rPr>
        <w:t xml:space="preserve"> </w:t>
      </w:r>
      <w:r>
        <w:rPr>
          <w:rFonts w:ascii="Kalimati" w:hAnsi="Kalimati"/>
          <w:b/>
          <w:bCs/>
          <w:color w:val="222222"/>
          <w:cs/>
          <w:lang w:bidi="hi-IN"/>
        </w:rPr>
        <w:t>५</w:t>
      </w:r>
      <w:r>
        <w:rPr>
          <w:rFonts w:ascii="Kalimati" w:hAnsi="Kalimati"/>
          <w:b/>
          <w:color w:val="222222"/>
        </w:rPr>
        <w:t xml:space="preserve"> </w:t>
      </w:r>
      <w:r>
        <w:rPr>
          <w:rFonts w:ascii="Kalimati" w:hAnsi="Kalimati"/>
          <w:b/>
          <w:bCs/>
          <w:color w:val="222222"/>
          <w:cs/>
          <w:lang w:bidi="hi-IN"/>
        </w:rPr>
        <w:t>को</w:t>
      </w:r>
      <w:r>
        <w:rPr>
          <w:rFonts w:ascii="Kalimati" w:hAnsi="Kalimati"/>
          <w:b/>
          <w:color w:val="222222"/>
        </w:rPr>
        <w:t xml:space="preserve"> </w:t>
      </w:r>
      <w:r>
        <w:rPr>
          <w:rFonts w:ascii="Kalimati" w:hAnsi="Kalimati"/>
          <w:b/>
          <w:bCs/>
          <w:color w:val="222222"/>
          <w:cs/>
          <w:lang w:bidi="hi-IN"/>
        </w:rPr>
        <w:t>उपदफा</w:t>
      </w:r>
      <w:r>
        <w:rPr>
          <w:rFonts w:ascii="Kalimati" w:hAnsi="Kalimati"/>
          <w:b/>
          <w:color w:val="222222"/>
        </w:rPr>
        <w:t xml:space="preserve"> (</w:t>
      </w:r>
      <w:r>
        <w:rPr>
          <w:rFonts w:ascii="Kalimati" w:hAnsi="Kalimati"/>
          <w:b/>
          <w:bCs/>
          <w:color w:val="222222"/>
          <w:cs/>
          <w:lang w:bidi="hi-IN"/>
        </w:rPr>
        <w:t>१</w:t>
      </w:r>
      <w:r>
        <w:rPr>
          <w:rFonts w:ascii="Kalimati" w:hAnsi="Kalimati"/>
          <w:b/>
          <w:color w:val="222222"/>
        </w:rPr>
        <w:t xml:space="preserve">) </w:t>
      </w:r>
      <w:r>
        <w:rPr>
          <w:rFonts w:ascii="Kalimati" w:hAnsi="Kalimati"/>
          <w:b/>
          <w:bCs/>
          <w:color w:val="222222"/>
          <w:cs/>
          <w:lang w:bidi="hi-IN"/>
        </w:rPr>
        <w:t>संग</w:t>
      </w:r>
      <w:r>
        <w:rPr>
          <w:rFonts w:ascii="Kalimati" w:hAnsi="Kalimati"/>
          <w:b/>
          <w:color w:val="222222"/>
        </w:rPr>
        <w:t xml:space="preserve"> </w:t>
      </w:r>
      <w:r>
        <w:rPr>
          <w:rFonts w:ascii="Kalimati" w:hAnsi="Kalimati"/>
          <w:b/>
          <w:bCs/>
          <w:color w:val="222222"/>
          <w:cs/>
          <w:lang w:bidi="hi-IN"/>
        </w:rPr>
        <w:t>सम्वन्धित</w:t>
      </w:r>
    </w:p>
    <w:p w:rsidR="00116BFD" w:rsidRDefault="00116BFD" w:rsidP="00116BFD">
      <w:pPr>
        <w:spacing w:before="40"/>
        <w:jc w:val="center"/>
        <w:rPr>
          <w:rFonts w:hint="eastAsia"/>
        </w:rPr>
      </w:pPr>
      <w:r>
        <w:rPr>
          <w:rFonts w:ascii="Kalimati" w:hAnsi="Kalimati"/>
          <w:b/>
          <w:bCs/>
          <w:color w:val="222222"/>
          <w:cs/>
          <w:lang w:bidi="hi-IN"/>
        </w:rPr>
        <w:t>अनुसूची</w:t>
      </w:r>
      <w:r>
        <w:rPr>
          <w:rFonts w:ascii="Kalimati" w:hAnsi="Kalimati"/>
          <w:b/>
          <w:color w:val="222222"/>
        </w:rPr>
        <w:t xml:space="preserve"> </w:t>
      </w:r>
      <w:r>
        <w:rPr>
          <w:rFonts w:ascii="Kalimati" w:hAnsi="Kalimati"/>
          <w:b/>
          <w:bCs/>
          <w:color w:val="222222"/>
          <w:cs/>
          <w:lang w:bidi="hi-IN"/>
        </w:rPr>
        <w:t>३</w:t>
      </w:r>
    </w:p>
    <w:p w:rsidR="00116BFD" w:rsidRDefault="00116BFD" w:rsidP="00116BFD">
      <w:pPr>
        <w:spacing w:before="80" w:after="240"/>
        <w:jc w:val="center"/>
        <w:rPr>
          <w:rFonts w:hint="eastAsia"/>
        </w:rPr>
      </w:pPr>
      <w:r w:rsidRPr="00116BFD">
        <w:rPr>
          <w:rFonts w:ascii="Kalimati" w:hAnsi="Kalimati" w:hint="eastAsia"/>
          <w:b/>
          <w:bCs/>
          <w:color w:val="222222"/>
          <w:sz w:val="32"/>
          <w:szCs w:val="32"/>
          <w:vertAlign w:val="subscript"/>
          <w:lang w:bidi="hi-IN"/>
        </w:rPr>
        <w:t>………………</w:t>
      </w:r>
      <w:r>
        <w:rPr>
          <w:rFonts w:ascii="Kalimati" w:hAnsi="Kalimati" w:hint="eastAsia"/>
          <w:b/>
          <w:bCs/>
          <w:color w:val="222222"/>
          <w:sz w:val="32"/>
          <w:szCs w:val="32"/>
          <w:vertAlign w:val="subscript"/>
          <w:lang w:bidi="hi-IN"/>
        </w:rPr>
        <w:t>…</w:t>
      </w:r>
      <w:r w:rsidRPr="00116BFD">
        <w:rPr>
          <w:rFonts w:ascii="Kalimati" w:hAnsi="Kalimati"/>
          <w:b/>
          <w:bCs/>
          <w:color w:val="222222"/>
          <w:sz w:val="24"/>
          <w:szCs w:val="24"/>
          <w:cs/>
          <w:lang w:bidi="hi-IN"/>
        </w:rPr>
        <w:t>टोल</w:t>
      </w:r>
      <w:r w:rsidRPr="00116BFD">
        <w:rPr>
          <w:rFonts w:ascii="Kalimati" w:hAnsi="Kalimati"/>
          <w:b/>
          <w:color w:val="222222"/>
          <w:sz w:val="24"/>
          <w:szCs w:val="18"/>
        </w:rPr>
        <w:t xml:space="preserve"> </w:t>
      </w:r>
      <w:r w:rsidRPr="00116BFD">
        <w:rPr>
          <w:rFonts w:ascii="Kalimati" w:hAnsi="Kalimati"/>
          <w:b/>
          <w:bCs/>
          <w:color w:val="222222"/>
          <w:sz w:val="24"/>
          <w:szCs w:val="24"/>
          <w:cs/>
          <w:lang w:bidi="hi-IN"/>
        </w:rPr>
        <w:t>विकास</w:t>
      </w:r>
      <w:r w:rsidRPr="00116BFD">
        <w:rPr>
          <w:rFonts w:ascii="Kalimati" w:hAnsi="Kalimati"/>
          <w:b/>
          <w:color w:val="222222"/>
          <w:sz w:val="24"/>
          <w:szCs w:val="18"/>
        </w:rPr>
        <w:t xml:space="preserve"> </w:t>
      </w:r>
      <w:r w:rsidRPr="00116BFD">
        <w:rPr>
          <w:rFonts w:ascii="Kalimati" w:hAnsi="Kalimati"/>
          <w:b/>
          <w:bCs/>
          <w:color w:val="222222"/>
          <w:sz w:val="24"/>
          <w:szCs w:val="24"/>
          <w:cs/>
          <w:lang w:bidi="hi-IN"/>
        </w:rPr>
        <w:t>संस्थाको</w:t>
      </w:r>
      <w:r w:rsidRPr="00116BFD">
        <w:rPr>
          <w:rFonts w:ascii="Kalimati" w:hAnsi="Kalimati"/>
          <w:b/>
          <w:color w:val="222222"/>
          <w:sz w:val="24"/>
          <w:szCs w:val="18"/>
        </w:rPr>
        <w:t xml:space="preserve"> </w:t>
      </w:r>
      <w:r w:rsidRPr="00116BFD">
        <w:rPr>
          <w:rFonts w:ascii="Kalimati" w:hAnsi="Kalimati"/>
          <w:b/>
          <w:bCs/>
          <w:color w:val="222222"/>
          <w:sz w:val="24"/>
          <w:szCs w:val="24"/>
          <w:cs/>
          <w:lang w:bidi="hi-IN"/>
        </w:rPr>
        <w:t>विधान</w:t>
      </w:r>
    </w:p>
    <w:p w:rsidR="00116BFD" w:rsidRDefault="00116BFD" w:rsidP="00116BFD">
      <w:pPr>
        <w:spacing w:before="160"/>
        <w:rPr>
          <w:rFonts w:hint="eastAsia"/>
        </w:rPr>
      </w:pPr>
      <w:r>
        <w:rPr>
          <w:rFonts w:ascii="Kalimati" w:hAnsi="Kalimati"/>
          <w:b/>
          <w:bCs/>
          <w:color w:val="222222"/>
          <w:sz w:val="24"/>
          <w:szCs w:val="24"/>
          <w:cs/>
          <w:lang w:bidi="hi-IN"/>
        </w:rPr>
        <w:t>प्रस्तावना</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स्थानीय</w:t>
      </w:r>
      <w:r>
        <w:rPr>
          <w:rFonts w:ascii="Kalimati" w:hAnsi="Kalimati"/>
          <w:color w:val="222222"/>
        </w:rPr>
        <w:t xml:space="preserve"> </w:t>
      </w:r>
      <w:r>
        <w:rPr>
          <w:rFonts w:ascii="Kalimati" w:hAnsi="Kalimati"/>
          <w:color w:val="222222"/>
          <w:cs/>
          <w:lang w:bidi="hi-IN"/>
        </w:rPr>
        <w:t>रुपमा</w:t>
      </w:r>
      <w:r>
        <w:rPr>
          <w:rFonts w:ascii="Kalimati" w:hAnsi="Kalimati"/>
          <w:color w:val="222222"/>
        </w:rPr>
        <w:t xml:space="preserve"> </w:t>
      </w:r>
      <w:r>
        <w:rPr>
          <w:rFonts w:ascii="Kalimati" w:hAnsi="Kalimati"/>
          <w:color w:val="222222"/>
          <w:cs/>
          <w:lang w:bidi="hi-IN"/>
        </w:rPr>
        <w:t>उपलब्ध</w:t>
      </w:r>
      <w:r>
        <w:rPr>
          <w:rFonts w:ascii="Kalimati" w:hAnsi="Kalimati"/>
          <w:color w:val="222222"/>
        </w:rPr>
        <w:t xml:space="preserve"> </w:t>
      </w:r>
      <w:r>
        <w:rPr>
          <w:rFonts w:ascii="Kalimati" w:hAnsi="Kalimati"/>
          <w:color w:val="222222"/>
          <w:cs/>
          <w:lang w:bidi="hi-IN"/>
        </w:rPr>
        <w:t>श्रम</w:t>
      </w:r>
      <w:r>
        <w:rPr>
          <w:rFonts w:ascii="Kalimati" w:hAnsi="Kalimati"/>
          <w:color w:val="222222"/>
        </w:rPr>
        <w:t xml:space="preserve">, </w:t>
      </w:r>
      <w:r>
        <w:rPr>
          <w:rFonts w:ascii="Kalimati" w:hAnsi="Kalimati"/>
          <w:color w:val="222222"/>
          <w:cs/>
          <w:lang w:bidi="hi-IN"/>
        </w:rPr>
        <w:t>सीप</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साधन</w:t>
      </w:r>
      <w:r>
        <w:rPr>
          <w:rFonts w:ascii="Kalimati" w:hAnsi="Kalimati"/>
          <w:color w:val="222222"/>
        </w:rPr>
        <w:t xml:space="preserve"> </w:t>
      </w:r>
      <w:r>
        <w:rPr>
          <w:rFonts w:ascii="Kalimati" w:hAnsi="Kalimati"/>
          <w:color w:val="222222"/>
          <w:cs/>
          <w:lang w:bidi="hi-IN"/>
        </w:rPr>
        <w:t>तथा</w:t>
      </w:r>
      <w:r>
        <w:rPr>
          <w:rFonts w:ascii="Kalimati" w:hAnsi="Kalimati"/>
          <w:color w:val="222222"/>
        </w:rPr>
        <w:t xml:space="preserve"> </w:t>
      </w:r>
      <w:r>
        <w:rPr>
          <w:rFonts w:ascii="Kalimati" w:hAnsi="Kalimati"/>
          <w:color w:val="222222"/>
          <w:cs/>
          <w:lang w:bidi="hi-IN"/>
        </w:rPr>
        <w:t>अवसरहरुलाई</w:t>
      </w:r>
      <w:r>
        <w:rPr>
          <w:rFonts w:ascii="Kalimati" w:hAnsi="Kalimati"/>
          <w:color w:val="222222"/>
        </w:rPr>
        <w:t xml:space="preserve"> </w:t>
      </w:r>
      <w:r>
        <w:rPr>
          <w:rFonts w:ascii="Kalimati" w:hAnsi="Kalimati"/>
          <w:color w:val="222222"/>
          <w:cs/>
          <w:lang w:bidi="hi-IN"/>
        </w:rPr>
        <w:t>अधिकतम</w:t>
      </w:r>
      <w:r>
        <w:rPr>
          <w:rFonts w:ascii="Kalimati" w:hAnsi="Kalimati"/>
          <w:color w:val="222222"/>
        </w:rPr>
        <w:t xml:space="preserve"> </w:t>
      </w:r>
      <w:r>
        <w:rPr>
          <w:rFonts w:ascii="Kalimati" w:hAnsi="Kalimati"/>
          <w:color w:val="222222"/>
          <w:cs/>
          <w:lang w:bidi="hi-IN"/>
        </w:rPr>
        <w:t>परिचालन</w:t>
      </w:r>
      <w:r>
        <w:rPr>
          <w:rFonts w:ascii="Kalimati" w:hAnsi="Kalimati"/>
          <w:color w:val="222222"/>
        </w:rPr>
        <w:t xml:space="preserve"> </w:t>
      </w:r>
      <w:r>
        <w:rPr>
          <w:rFonts w:ascii="Kalimati" w:hAnsi="Kalimati"/>
          <w:color w:val="222222"/>
          <w:cs/>
          <w:lang w:bidi="hi-IN"/>
        </w:rPr>
        <w:t>गर्दै</w:t>
      </w:r>
      <w:r>
        <w:rPr>
          <w:rFonts w:ascii="Kalimati" w:hAnsi="Kalimati"/>
          <w:color w:val="222222"/>
        </w:rPr>
        <w:t xml:space="preserve"> </w:t>
      </w:r>
      <w:r>
        <w:rPr>
          <w:rFonts w:ascii="Kalimati" w:hAnsi="Kalimati"/>
          <w:color w:val="222222"/>
          <w:cs/>
          <w:lang w:bidi="hi-IN"/>
        </w:rPr>
        <w:t>गाउँको</w:t>
      </w:r>
      <w:r>
        <w:rPr>
          <w:rFonts w:ascii="Kalimati" w:hAnsi="Kalimati"/>
          <w:color w:val="222222"/>
        </w:rPr>
        <w:t xml:space="preserve"> </w:t>
      </w:r>
      <w:r>
        <w:rPr>
          <w:rFonts w:ascii="Kalimati" w:hAnsi="Kalimati"/>
          <w:color w:val="222222"/>
          <w:cs/>
          <w:lang w:bidi="hi-IN"/>
        </w:rPr>
        <w:t>सामाजिक</w:t>
      </w:r>
      <w:r>
        <w:rPr>
          <w:rFonts w:ascii="Kalimati" w:hAnsi="Kalimati"/>
          <w:color w:val="222222"/>
        </w:rPr>
        <w:t xml:space="preserve"> </w:t>
      </w:r>
      <w:r>
        <w:rPr>
          <w:rFonts w:ascii="Kalimati" w:hAnsi="Kalimati"/>
          <w:color w:val="222222"/>
          <w:cs/>
          <w:lang w:bidi="hi-IN"/>
        </w:rPr>
        <w:t>तथा</w:t>
      </w:r>
      <w:r>
        <w:rPr>
          <w:rFonts w:ascii="Kalimati" w:hAnsi="Kalimati"/>
          <w:color w:val="222222"/>
        </w:rPr>
        <w:t xml:space="preserve"> </w:t>
      </w:r>
      <w:r>
        <w:rPr>
          <w:rFonts w:ascii="Kalimati" w:hAnsi="Kalimati"/>
          <w:color w:val="222222"/>
          <w:cs/>
          <w:lang w:bidi="hi-IN"/>
        </w:rPr>
        <w:t>आर्थिक</w:t>
      </w:r>
      <w:r>
        <w:rPr>
          <w:rFonts w:ascii="Kalimati" w:hAnsi="Kalimati"/>
          <w:color w:val="222222"/>
        </w:rPr>
        <w:t xml:space="preserve"> </w:t>
      </w:r>
      <w:r>
        <w:rPr>
          <w:rFonts w:ascii="Kalimati" w:hAnsi="Kalimati"/>
          <w:color w:val="222222"/>
          <w:cs/>
          <w:lang w:bidi="hi-IN"/>
        </w:rPr>
        <w:t>व्यवस्थालाई</w:t>
      </w:r>
      <w:r>
        <w:rPr>
          <w:rFonts w:ascii="Kalimati" w:hAnsi="Kalimati"/>
          <w:color w:val="222222"/>
        </w:rPr>
        <w:t xml:space="preserve"> </w:t>
      </w:r>
      <w:r>
        <w:rPr>
          <w:rFonts w:ascii="Kalimati" w:hAnsi="Kalimati"/>
          <w:color w:val="222222"/>
          <w:cs/>
          <w:lang w:bidi="hi-IN"/>
        </w:rPr>
        <w:t>एकअर्काको</w:t>
      </w:r>
      <w:r>
        <w:rPr>
          <w:rFonts w:ascii="Kalimati" w:hAnsi="Kalimati"/>
          <w:color w:val="222222"/>
        </w:rPr>
        <w:t xml:space="preserve"> </w:t>
      </w:r>
      <w:r>
        <w:rPr>
          <w:rFonts w:ascii="Kalimati" w:hAnsi="Kalimati"/>
          <w:color w:val="222222"/>
          <w:cs/>
          <w:lang w:bidi="hi-IN"/>
        </w:rPr>
        <w:t>परिपूरकको</w:t>
      </w:r>
      <w:r>
        <w:rPr>
          <w:rFonts w:ascii="Kalimati" w:hAnsi="Kalimati"/>
          <w:color w:val="222222"/>
        </w:rPr>
        <w:t xml:space="preserve"> </w:t>
      </w:r>
      <w:r>
        <w:rPr>
          <w:rFonts w:ascii="Kalimati" w:hAnsi="Kalimati"/>
          <w:color w:val="222222"/>
          <w:cs/>
          <w:lang w:bidi="hi-IN"/>
        </w:rPr>
        <w:t>रुपमा</w:t>
      </w:r>
      <w:r>
        <w:rPr>
          <w:rFonts w:ascii="Kalimati" w:hAnsi="Kalimati"/>
          <w:color w:val="222222"/>
        </w:rPr>
        <w:t xml:space="preserve"> </w:t>
      </w:r>
      <w:r>
        <w:rPr>
          <w:rFonts w:ascii="Kalimati" w:hAnsi="Kalimati"/>
          <w:color w:val="222222"/>
          <w:cs/>
          <w:lang w:bidi="hi-IN"/>
        </w:rPr>
        <w:t>विकसित</w:t>
      </w:r>
      <w:r>
        <w:rPr>
          <w:rFonts w:ascii="Kalimati" w:hAnsi="Kalimati"/>
          <w:color w:val="222222"/>
        </w:rPr>
        <w:t xml:space="preserve"> </w:t>
      </w:r>
      <w:r>
        <w:rPr>
          <w:rFonts w:ascii="Kalimati" w:hAnsi="Kalimati"/>
          <w:color w:val="222222"/>
          <w:cs/>
          <w:lang w:bidi="hi-IN"/>
        </w:rPr>
        <w:t>गरी</w:t>
      </w:r>
      <w:r>
        <w:rPr>
          <w:rFonts w:ascii="Kalimati" w:hAnsi="Kalimati"/>
          <w:color w:val="222222"/>
        </w:rPr>
        <w:t xml:space="preserve"> </w:t>
      </w:r>
      <w:r>
        <w:rPr>
          <w:rFonts w:ascii="Kalimati" w:hAnsi="Kalimati"/>
          <w:color w:val="222222"/>
          <w:cs/>
          <w:lang w:bidi="hi-IN"/>
        </w:rPr>
        <w:t>गरिबी</w:t>
      </w:r>
      <w:r>
        <w:rPr>
          <w:rFonts w:ascii="Kalimati" w:hAnsi="Kalimati"/>
          <w:color w:val="222222"/>
        </w:rPr>
        <w:t xml:space="preserve"> </w:t>
      </w:r>
      <w:r>
        <w:rPr>
          <w:rFonts w:ascii="Kalimati" w:hAnsi="Kalimati"/>
          <w:color w:val="222222"/>
          <w:cs/>
          <w:lang w:bidi="hi-IN"/>
        </w:rPr>
        <w:t>न्यूनीकरणका</w:t>
      </w:r>
      <w:r>
        <w:rPr>
          <w:rFonts w:ascii="Kalimati" w:hAnsi="Kalimati"/>
          <w:color w:val="222222"/>
        </w:rPr>
        <w:t xml:space="preserve"> </w:t>
      </w:r>
      <w:r>
        <w:rPr>
          <w:rFonts w:ascii="Kalimati" w:hAnsi="Kalimati"/>
          <w:color w:val="222222"/>
          <w:cs/>
          <w:lang w:bidi="hi-IN"/>
        </w:rPr>
        <w:t>प्रयासमा</w:t>
      </w:r>
      <w:r>
        <w:rPr>
          <w:rFonts w:ascii="Kalimati" w:hAnsi="Kalimati"/>
          <w:color w:val="222222"/>
        </w:rPr>
        <w:t xml:space="preserve"> </w:t>
      </w:r>
      <w:r>
        <w:rPr>
          <w:rFonts w:ascii="Kalimati" w:hAnsi="Kalimati"/>
          <w:color w:val="222222"/>
          <w:cs/>
          <w:lang w:bidi="hi-IN"/>
        </w:rPr>
        <w:t>ठोस</w:t>
      </w:r>
      <w:r>
        <w:rPr>
          <w:rFonts w:ascii="Kalimati" w:hAnsi="Kalimati"/>
          <w:color w:val="222222"/>
        </w:rPr>
        <w:t xml:space="preserve"> </w:t>
      </w:r>
      <w:r>
        <w:rPr>
          <w:rFonts w:ascii="Kalimati" w:hAnsi="Kalimati"/>
          <w:color w:val="222222"/>
          <w:cs/>
          <w:lang w:bidi="hi-IN"/>
        </w:rPr>
        <w:t>योगदान</w:t>
      </w:r>
      <w:r>
        <w:rPr>
          <w:rFonts w:ascii="Kalimati" w:hAnsi="Kalimati"/>
          <w:color w:val="222222"/>
        </w:rPr>
        <w:t xml:space="preserve"> </w:t>
      </w:r>
      <w:r>
        <w:rPr>
          <w:rFonts w:ascii="Kalimati" w:hAnsi="Kalimati"/>
          <w:color w:val="222222"/>
          <w:cs/>
          <w:lang w:bidi="hi-IN"/>
        </w:rPr>
        <w:t>पुर्याउने</w:t>
      </w:r>
      <w:r>
        <w:rPr>
          <w:rFonts w:ascii="Kalimati" w:hAnsi="Kalimati"/>
          <w:color w:val="222222"/>
        </w:rPr>
        <w:t xml:space="preserve">, </w:t>
      </w:r>
      <w:r>
        <w:rPr>
          <w:rFonts w:ascii="Kalimati" w:hAnsi="Kalimati"/>
          <w:color w:val="222222"/>
          <w:cs/>
          <w:lang w:bidi="hi-IN"/>
        </w:rPr>
        <w:t>सहभागिता</w:t>
      </w:r>
      <w:r>
        <w:rPr>
          <w:rFonts w:ascii="Kalimati" w:hAnsi="Kalimati"/>
          <w:color w:val="222222"/>
        </w:rPr>
        <w:t xml:space="preserve"> </w:t>
      </w:r>
      <w:r>
        <w:rPr>
          <w:rFonts w:ascii="Kalimati" w:hAnsi="Kalimati"/>
          <w:color w:val="222222"/>
          <w:cs/>
          <w:lang w:bidi="hi-IN"/>
        </w:rPr>
        <w:t>मूलक</w:t>
      </w:r>
      <w:r>
        <w:rPr>
          <w:rFonts w:ascii="Kalimati" w:hAnsi="Kalimati"/>
          <w:color w:val="222222"/>
        </w:rPr>
        <w:t xml:space="preserve"> </w:t>
      </w:r>
      <w:r>
        <w:rPr>
          <w:rFonts w:ascii="Kalimati" w:hAnsi="Kalimati"/>
          <w:color w:val="222222"/>
          <w:cs/>
          <w:lang w:bidi="hi-IN"/>
        </w:rPr>
        <w:t>योजना</w:t>
      </w:r>
      <w:r>
        <w:rPr>
          <w:rFonts w:ascii="Kalimati" w:hAnsi="Kalimati"/>
          <w:color w:val="222222"/>
        </w:rPr>
        <w:t xml:space="preserve"> </w:t>
      </w:r>
      <w:r>
        <w:rPr>
          <w:rFonts w:ascii="Kalimati" w:hAnsi="Kalimati"/>
          <w:color w:val="222222"/>
          <w:cs/>
          <w:lang w:bidi="hi-IN"/>
        </w:rPr>
        <w:t>तर्जुमा</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तथा</w:t>
      </w:r>
      <w:r>
        <w:rPr>
          <w:rFonts w:ascii="Kalimati" w:hAnsi="Kalimati"/>
          <w:color w:val="222222"/>
        </w:rPr>
        <w:t xml:space="preserve"> </w:t>
      </w:r>
      <w:r>
        <w:rPr>
          <w:rFonts w:ascii="Kalimati" w:hAnsi="Kalimati"/>
          <w:color w:val="222222"/>
          <w:cs/>
          <w:lang w:bidi="hi-IN"/>
        </w:rPr>
        <w:t>आफ्</w:t>
      </w:r>
      <w:r>
        <w:rPr>
          <w:rFonts w:ascii="Kalimati" w:hAnsi="Kalimati"/>
          <w:color w:val="222222"/>
        </w:rPr>
        <w:t>‌</w:t>
      </w:r>
      <w:r>
        <w:rPr>
          <w:rFonts w:ascii="Kalimati" w:hAnsi="Kalimati"/>
          <w:color w:val="222222"/>
          <w:cs/>
          <w:lang w:bidi="hi-IN"/>
        </w:rPr>
        <w:t>नो</w:t>
      </w:r>
      <w:r>
        <w:rPr>
          <w:rFonts w:ascii="Kalimati" w:hAnsi="Kalimati"/>
          <w:color w:val="222222"/>
        </w:rPr>
        <w:t xml:space="preserve"> </w:t>
      </w:r>
      <w:r>
        <w:rPr>
          <w:rFonts w:ascii="Kalimati" w:hAnsi="Kalimati"/>
          <w:color w:val="222222"/>
          <w:cs/>
          <w:lang w:bidi="hi-IN"/>
        </w:rPr>
        <w:t>टोलको</w:t>
      </w:r>
      <w:r>
        <w:rPr>
          <w:rFonts w:ascii="Kalimati" w:hAnsi="Kalimati"/>
          <w:color w:val="222222"/>
        </w:rPr>
        <w:t xml:space="preserve"> </w:t>
      </w:r>
      <w:r>
        <w:rPr>
          <w:rFonts w:ascii="Kalimati" w:hAnsi="Kalimati"/>
          <w:color w:val="222222"/>
          <w:cs/>
          <w:lang w:bidi="hi-IN"/>
        </w:rPr>
        <w:t>समग्र</w:t>
      </w:r>
      <w:r>
        <w:rPr>
          <w:rFonts w:ascii="Kalimati" w:hAnsi="Kalimati"/>
          <w:color w:val="222222"/>
        </w:rPr>
        <w:t xml:space="preserve"> </w:t>
      </w:r>
      <w:r>
        <w:rPr>
          <w:rFonts w:ascii="Kalimati" w:hAnsi="Kalimati"/>
          <w:color w:val="222222"/>
          <w:cs/>
          <w:lang w:bidi="hi-IN"/>
        </w:rPr>
        <w:t>विकास</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वातावरण</w:t>
      </w:r>
      <w:r>
        <w:rPr>
          <w:rFonts w:ascii="Kalimati" w:hAnsi="Kalimati"/>
          <w:color w:val="222222"/>
        </w:rPr>
        <w:t xml:space="preserve"> </w:t>
      </w:r>
      <w:r>
        <w:rPr>
          <w:rFonts w:ascii="Kalimati" w:hAnsi="Kalimati"/>
          <w:color w:val="222222"/>
          <w:cs/>
          <w:lang w:bidi="hi-IN"/>
        </w:rPr>
        <w:t>सिर्जना</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यो</w:t>
      </w:r>
      <w:r>
        <w:rPr>
          <w:rFonts w:ascii="Kalimati" w:hAnsi="Kalimati"/>
          <w:color w:val="222222"/>
        </w:rPr>
        <w:t xml:space="preserve"> ................................ </w:t>
      </w:r>
      <w:r>
        <w:rPr>
          <w:rFonts w:ascii="Kalimati" w:hAnsi="Kalimati"/>
          <w:color w:val="222222"/>
          <w:cs/>
          <w:lang w:bidi="hi-IN"/>
        </w:rPr>
        <w:t>टोल</w:t>
      </w:r>
      <w:r>
        <w:rPr>
          <w:rFonts w:ascii="Kalimati" w:hAnsi="Kalimati"/>
          <w:color w:val="222222"/>
        </w:rPr>
        <w:t xml:space="preserve"> </w:t>
      </w:r>
      <w:r>
        <w:rPr>
          <w:rFonts w:ascii="Kalimati" w:hAnsi="Kalimati"/>
          <w:color w:val="222222"/>
          <w:cs/>
          <w:lang w:bidi="hi-IN"/>
        </w:rPr>
        <w:t>विकास</w:t>
      </w:r>
      <w:r>
        <w:rPr>
          <w:rFonts w:ascii="Kalimati" w:hAnsi="Kalimati"/>
          <w:color w:val="222222"/>
        </w:rPr>
        <w:t xml:space="preserve"> </w:t>
      </w:r>
      <w:r>
        <w:rPr>
          <w:rFonts w:ascii="Kalimati" w:hAnsi="Kalimati"/>
          <w:color w:val="222222"/>
          <w:cs/>
          <w:lang w:bidi="hi-IN"/>
        </w:rPr>
        <w:t>संस्था</w:t>
      </w:r>
      <w:r>
        <w:rPr>
          <w:rFonts w:ascii="Kalimati" w:hAnsi="Kalimati"/>
          <w:color w:val="222222"/>
        </w:rPr>
        <w:t xml:space="preserve"> </w:t>
      </w:r>
      <w:r>
        <w:rPr>
          <w:rFonts w:ascii="Kalimati" w:hAnsi="Kalimati"/>
          <w:color w:val="222222"/>
          <w:cs/>
          <w:lang w:bidi="hi-IN"/>
        </w:rPr>
        <w:t>स्थापना</w:t>
      </w:r>
      <w:r>
        <w:rPr>
          <w:rFonts w:ascii="Kalimati" w:hAnsi="Kalimati"/>
          <w:color w:val="222222"/>
        </w:rPr>
        <w:t xml:space="preserve"> </w:t>
      </w:r>
      <w:r>
        <w:rPr>
          <w:rFonts w:ascii="Kalimati" w:hAnsi="Kalimati"/>
          <w:color w:val="222222"/>
          <w:cs/>
          <w:lang w:bidi="hi-IN"/>
        </w:rPr>
        <w:t>गरी</w:t>
      </w:r>
      <w:r>
        <w:rPr>
          <w:rFonts w:ascii="Kalimati" w:hAnsi="Kalimati"/>
          <w:color w:val="222222"/>
        </w:rPr>
        <w:t xml:space="preserve"> </w:t>
      </w:r>
      <w:r>
        <w:rPr>
          <w:rFonts w:ascii="Kalimati" w:hAnsi="Kalimati"/>
          <w:color w:val="222222"/>
          <w:cs/>
          <w:lang w:bidi="hi-IN"/>
        </w:rPr>
        <w:t>संचालन</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वान्छनीय</w:t>
      </w:r>
      <w:r>
        <w:rPr>
          <w:rFonts w:ascii="Kalimati" w:hAnsi="Kalimati"/>
          <w:color w:val="222222"/>
        </w:rPr>
        <w:t xml:space="preserve"> </w:t>
      </w:r>
      <w:r>
        <w:rPr>
          <w:rFonts w:ascii="Kalimati" w:hAnsi="Kalimati"/>
          <w:color w:val="222222"/>
          <w:cs/>
          <w:lang w:bidi="hi-IN"/>
        </w:rPr>
        <w:t>भएकोले</w:t>
      </w:r>
      <w:r>
        <w:rPr>
          <w:rFonts w:ascii="Kalimati" w:hAnsi="Kalimati"/>
          <w:color w:val="222222"/>
        </w:rPr>
        <w:t xml:space="preserve"> </w:t>
      </w:r>
      <w:r>
        <w:rPr>
          <w:rFonts w:ascii="Kalimati" w:hAnsi="Kalimati"/>
          <w:color w:val="222222"/>
          <w:cs/>
          <w:lang w:bidi="hi-IN"/>
        </w:rPr>
        <w:t>आमभेलावाट</w:t>
      </w:r>
      <w:r>
        <w:rPr>
          <w:rFonts w:ascii="Kalimati" w:hAnsi="Kalimati"/>
          <w:color w:val="222222"/>
        </w:rPr>
        <w:t xml:space="preserve"> </w:t>
      </w:r>
      <w:r>
        <w:rPr>
          <w:rFonts w:ascii="Kalimati" w:hAnsi="Kalimati"/>
          <w:color w:val="222222"/>
          <w:cs/>
          <w:lang w:bidi="hi-IN"/>
        </w:rPr>
        <w:t>स्वीकृत</w:t>
      </w:r>
      <w:r>
        <w:rPr>
          <w:rFonts w:ascii="Kalimati" w:hAnsi="Kalimati"/>
          <w:color w:val="222222"/>
        </w:rPr>
        <w:t xml:space="preserve"> </w:t>
      </w:r>
      <w:r>
        <w:rPr>
          <w:rFonts w:ascii="Kalimati" w:hAnsi="Kalimati"/>
          <w:color w:val="222222"/>
          <w:cs/>
          <w:lang w:bidi="hi-IN"/>
        </w:rPr>
        <w:t>गरी</w:t>
      </w:r>
      <w:r>
        <w:rPr>
          <w:rFonts w:ascii="Kalimati" w:hAnsi="Kalimati"/>
          <w:color w:val="222222"/>
        </w:rPr>
        <w:t xml:space="preserve"> </w:t>
      </w:r>
      <w:r>
        <w:rPr>
          <w:rFonts w:ascii="Kalimati" w:hAnsi="Kalimati"/>
          <w:color w:val="222222"/>
          <w:cs/>
          <w:lang w:bidi="hi-IN"/>
        </w:rPr>
        <w:t>यो</w:t>
      </w:r>
      <w:r>
        <w:rPr>
          <w:rFonts w:ascii="Kalimati" w:hAnsi="Kalimati"/>
          <w:color w:val="222222"/>
        </w:rPr>
        <w:t xml:space="preserve"> </w:t>
      </w:r>
      <w:r>
        <w:rPr>
          <w:rFonts w:ascii="Kalimati" w:hAnsi="Kalimati"/>
          <w:color w:val="222222"/>
          <w:cs/>
          <w:lang w:bidi="hi-IN"/>
        </w:rPr>
        <w:t>विधान</w:t>
      </w:r>
      <w:r>
        <w:rPr>
          <w:rFonts w:ascii="Kalimati" w:hAnsi="Kalimati"/>
          <w:color w:val="222222"/>
        </w:rPr>
        <w:t xml:space="preserve"> </w:t>
      </w:r>
      <w:r>
        <w:rPr>
          <w:rFonts w:ascii="Kalimati" w:hAnsi="Kalimati"/>
          <w:color w:val="222222"/>
          <w:cs/>
          <w:lang w:bidi="hi-IN"/>
        </w:rPr>
        <w:t>बनाइएको</w:t>
      </w:r>
      <w:r>
        <w:rPr>
          <w:rFonts w:ascii="Kalimati" w:hAnsi="Kalimati"/>
          <w:color w:val="222222"/>
        </w:rPr>
        <w:t xml:space="preserve"> </w:t>
      </w:r>
      <w:r>
        <w:rPr>
          <w:rFonts w:ascii="Kalimati" w:hAnsi="Kalimati"/>
          <w:color w:val="222222"/>
          <w:cs/>
          <w:lang w:bidi="hi-IN"/>
        </w:rPr>
        <w:t>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१</w:t>
      </w:r>
      <w:r>
        <w:rPr>
          <w:rFonts w:ascii="Kalimati" w:hAnsi="Kalimati"/>
          <w:b/>
          <w:color w:val="222222"/>
          <w:sz w:val="24"/>
        </w:rPr>
        <w:t xml:space="preserve">. </w:t>
      </w:r>
      <w:r>
        <w:rPr>
          <w:rFonts w:ascii="Kalimati" w:hAnsi="Kalimati"/>
          <w:b/>
          <w:bCs/>
          <w:color w:val="222222"/>
          <w:sz w:val="24"/>
          <w:szCs w:val="24"/>
          <w:cs/>
          <w:lang w:bidi="hi-IN"/>
        </w:rPr>
        <w:t>प्रारम्भिक</w:t>
      </w:r>
      <w:r>
        <w:rPr>
          <w:rFonts w:ascii="Kalimati" w:hAnsi="Kalimati"/>
          <w:b/>
          <w:color w:val="222222"/>
          <w:sz w:val="24"/>
        </w:rPr>
        <w:t xml:space="preserve"> : (</w:t>
      </w:r>
      <w:r>
        <w:rPr>
          <w:rFonts w:ascii="Kalimati" w:hAnsi="Kalimati"/>
          <w:b/>
          <w:bCs/>
          <w:color w:val="222222"/>
          <w:sz w:val="24"/>
          <w:szCs w:val="24"/>
          <w:cs/>
          <w:lang w:bidi="hi-IN"/>
        </w:rPr>
        <w:t>१</w:t>
      </w:r>
      <w:r>
        <w:rPr>
          <w:rFonts w:ascii="Kalimati" w:hAnsi="Kalimati"/>
          <w:b/>
          <w:color w:val="222222"/>
          <w:sz w:val="24"/>
        </w:rPr>
        <w:t xml:space="preserve">) </w:t>
      </w:r>
      <w:r>
        <w:rPr>
          <w:rFonts w:ascii="Kalimati" w:hAnsi="Kalimati"/>
          <w:b/>
          <w:bCs/>
          <w:color w:val="222222"/>
          <w:sz w:val="24"/>
          <w:szCs w:val="24"/>
          <w:cs/>
          <w:lang w:bidi="hi-IN"/>
        </w:rPr>
        <w:t>संक्षिप्त</w:t>
      </w:r>
      <w:r>
        <w:rPr>
          <w:rFonts w:ascii="Kalimati" w:hAnsi="Kalimati"/>
          <w:b/>
          <w:color w:val="222222"/>
          <w:sz w:val="24"/>
        </w:rPr>
        <w:t xml:space="preserve"> </w:t>
      </w:r>
      <w:r>
        <w:rPr>
          <w:rFonts w:ascii="Kalimati" w:hAnsi="Kalimati"/>
          <w:b/>
          <w:bCs/>
          <w:color w:val="222222"/>
          <w:sz w:val="24"/>
          <w:szCs w:val="24"/>
          <w:cs/>
          <w:lang w:bidi="hi-IN"/>
        </w:rPr>
        <w:t>नाम</w:t>
      </w:r>
      <w:r>
        <w:rPr>
          <w:rFonts w:ascii="Kalimati" w:hAnsi="Kalimati"/>
          <w:b/>
          <w:color w:val="222222"/>
          <w:sz w:val="24"/>
        </w:rPr>
        <w:t xml:space="preserve">, </w:t>
      </w:r>
      <w:r>
        <w:rPr>
          <w:rFonts w:ascii="Kalimati" w:hAnsi="Kalimati"/>
          <w:b/>
          <w:bCs/>
          <w:color w:val="222222"/>
          <w:sz w:val="24"/>
          <w:szCs w:val="24"/>
          <w:cs/>
          <w:lang w:bidi="hi-IN"/>
        </w:rPr>
        <w:t>प्रारम्भ</w:t>
      </w:r>
      <w:r>
        <w:rPr>
          <w:rFonts w:ascii="Kalimati" w:hAnsi="Kalimati"/>
          <w:b/>
          <w:color w:val="222222"/>
          <w:sz w:val="24"/>
        </w:rPr>
        <w:t xml:space="preserve"> </w:t>
      </w:r>
      <w:r>
        <w:rPr>
          <w:rFonts w:ascii="Kalimati" w:hAnsi="Kalimati"/>
          <w:b/>
          <w:bCs/>
          <w:color w:val="222222"/>
          <w:sz w:val="24"/>
          <w:szCs w:val="24"/>
          <w:cs/>
          <w:lang w:bidi="hi-IN"/>
        </w:rPr>
        <w:t>र</w:t>
      </w:r>
      <w:r>
        <w:rPr>
          <w:rFonts w:ascii="Kalimati" w:hAnsi="Kalimati"/>
          <w:b/>
          <w:color w:val="222222"/>
          <w:sz w:val="24"/>
        </w:rPr>
        <w:t xml:space="preserve"> </w:t>
      </w:r>
      <w:r>
        <w:rPr>
          <w:rFonts w:ascii="Kalimati" w:hAnsi="Kalimati"/>
          <w:b/>
          <w:bCs/>
          <w:color w:val="222222"/>
          <w:sz w:val="24"/>
          <w:szCs w:val="24"/>
          <w:cs/>
          <w:lang w:bidi="hi-IN"/>
        </w:rPr>
        <w:t>संस्थाको</w:t>
      </w:r>
      <w:r>
        <w:rPr>
          <w:rFonts w:ascii="Kalimati" w:hAnsi="Kalimati"/>
          <w:b/>
          <w:color w:val="222222"/>
          <w:sz w:val="24"/>
        </w:rPr>
        <w:t xml:space="preserve"> </w:t>
      </w:r>
      <w:r>
        <w:rPr>
          <w:rFonts w:ascii="Kalimati" w:hAnsi="Kalimati"/>
          <w:b/>
          <w:bCs/>
          <w:color w:val="222222"/>
          <w:sz w:val="24"/>
          <w:szCs w:val="24"/>
          <w:cs/>
          <w:lang w:bidi="hi-IN"/>
        </w:rPr>
        <w:t>प्रकृति</w:t>
      </w:r>
    </w:p>
    <w:p w:rsidR="00116BFD" w:rsidRPr="00116BFD" w:rsidRDefault="00116BFD" w:rsidP="00116BFD">
      <w:pPr>
        <w:spacing w:before="40"/>
        <w:jc w:val="both"/>
        <w:rPr>
          <w:rFonts w:hint="eastAsia"/>
          <w:b/>
        </w:rPr>
      </w:pPr>
      <w:r w:rsidRPr="00116BFD">
        <w:rPr>
          <w:rFonts w:ascii="Kalimati" w:hAnsi="Kalimati"/>
          <w:b/>
          <w:color w:val="222222"/>
        </w:rPr>
        <w:t>(</w:t>
      </w:r>
      <w:r w:rsidRPr="00116BFD">
        <w:rPr>
          <w:rFonts w:ascii="Kalimati" w:hAnsi="Kalimati"/>
          <w:b/>
          <w:color w:val="222222"/>
          <w:cs/>
          <w:lang w:bidi="hi-IN"/>
        </w:rPr>
        <w:t>क</w:t>
      </w:r>
      <w:r w:rsidRPr="00116BFD">
        <w:rPr>
          <w:rFonts w:ascii="Kalimati" w:hAnsi="Kalimati"/>
          <w:b/>
          <w:color w:val="222222"/>
        </w:rPr>
        <w:t xml:space="preserve">) </w:t>
      </w:r>
      <w:r w:rsidRPr="00116BFD">
        <w:rPr>
          <w:rFonts w:ascii="Kalimati" w:hAnsi="Kalimati"/>
          <w:b/>
          <w:color w:val="222222"/>
          <w:cs/>
          <w:lang w:bidi="hi-IN"/>
        </w:rPr>
        <w:t>यो</w:t>
      </w:r>
      <w:r w:rsidRPr="00116BFD">
        <w:rPr>
          <w:rFonts w:ascii="Kalimati" w:hAnsi="Kalimati"/>
          <w:b/>
          <w:color w:val="222222"/>
        </w:rPr>
        <w:t xml:space="preserve"> </w:t>
      </w:r>
      <w:r w:rsidRPr="00116BFD">
        <w:rPr>
          <w:rFonts w:ascii="Kalimati" w:hAnsi="Kalimati"/>
          <w:b/>
          <w:color w:val="222222"/>
          <w:cs/>
          <w:lang w:bidi="hi-IN"/>
        </w:rPr>
        <w:t>विधान</w:t>
      </w:r>
      <w:r w:rsidRPr="00116BFD">
        <w:rPr>
          <w:rFonts w:ascii="Kalimati" w:hAnsi="Kalimati"/>
          <w:b/>
          <w:color w:val="222222"/>
        </w:rPr>
        <w:t xml:space="preserve"> ................................ </w:t>
      </w:r>
      <w:r w:rsidRPr="00116BFD">
        <w:rPr>
          <w:rFonts w:ascii="Kalimati" w:hAnsi="Kalimati"/>
          <w:b/>
          <w:color w:val="222222"/>
          <w:cs/>
          <w:lang w:bidi="hi-IN"/>
        </w:rPr>
        <w:t>टोल</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विधान</w:t>
      </w:r>
      <w:r w:rsidRPr="00116BFD">
        <w:rPr>
          <w:rFonts w:ascii="Kalimati" w:hAnsi="Kalimati"/>
          <w:b/>
          <w:color w:val="222222"/>
        </w:rPr>
        <w:t xml:space="preserve"> </w:t>
      </w:r>
      <w:r w:rsidRPr="00116BFD">
        <w:rPr>
          <w:rFonts w:ascii="Kalimati" w:hAnsi="Kalimati"/>
          <w:b/>
          <w:color w:val="222222"/>
          <w:cs/>
          <w:lang w:bidi="hi-IN"/>
        </w:rPr>
        <w:t>हुनेछ</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jc w:val="both"/>
        <w:rPr>
          <w:rFonts w:hint="eastAsia"/>
          <w:b/>
        </w:rPr>
      </w:pPr>
      <w:r w:rsidRPr="00116BFD">
        <w:rPr>
          <w:rFonts w:ascii="Kalimati" w:hAnsi="Kalimati"/>
          <w:b/>
          <w:color w:val="222222"/>
        </w:rPr>
        <w:t>(</w:t>
      </w:r>
      <w:r w:rsidRPr="00116BFD">
        <w:rPr>
          <w:rFonts w:ascii="Kalimati" w:hAnsi="Kalimati"/>
          <w:b/>
          <w:color w:val="222222"/>
          <w:cs/>
          <w:lang w:bidi="hi-IN"/>
        </w:rPr>
        <w:t>ख</w:t>
      </w:r>
      <w:r w:rsidRPr="00116BFD">
        <w:rPr>
          <w:rFonts w:ascii="Kalimati" w:hAnsi="Kalimati"/>
          <w:b/>
          <w:color w:val="222222"/>
        </w:rPr>
        <w:t xml:space="preserve">) </w:t>
      </w:r>
      <w:r w:rsidRPr="00116BFD">
        <w:rPr>
          <w:rFonts w:ascii="Kalimati" w:hAnsi="Kalimati"/>
          <w:b/>
          <w:color w:val="222222"/>
          <w:cs/>
          <w:lang w:bidi="hi-IN"/>
        </w:rPr>
        <w:t>यो</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नाम</w:t>
      </w:r>
      <w:r w:rsidRPr="00116BFD">
        <w:rPr>
          <w:rFonts w:ascii="Kalimati" w:hAnsi="Kalimati"/>
          <w:b/>
          <w:color w:val="222222"/>
        </w:rPr>
        <w:t xml:space="preserve"> ................................ </w:t>
      </w:r>
      <w:r w:rsidRPr="00116BFD">
        <w:rPr>
          <w:rFonts w:ascii="Kalimati" w:hAnsi="Kalimati"/>
          <w:b/>
          <w:color w:val="222222"/>
          <w:cs/>
          <w:lang w:bidi="hi-IN"/>
        </w:rPr>
        <w:t>हुनेछ</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jc w:val="both"/>
        <w:rPr>
          <w:rFonts w:hint="eastAsia"/>
          <w:b/>
        </w:rPr>
      </w:pPr>
      <w:r w:rsidRPr="00116BFD">
        <w:rPr>
          <w:rFonts w:ascii="Kalimati" w:hAnsi="Kalimati"/>
          <w:b/>
          <w:color w:val="222222"/>
        </w:rPr>
        <w:t>(</w:t>
      </w:r>
      <w:r w:rsidRPr="00116BFD">
        <w:rPr>
          <w:rFonts w:ascii="Kalimati" w:hAnsi="Kalimati"/>
          <w:b/>
          <w:color w:val="222222"/>
          <w:cs/>
          <w:lang w:bidi="hi-IN"/>
        </w:rPr>
        <w:t>ग</w:t>
      </w:r>
      <w:r w:rsidRPr="00116BFD">
        <w:rPr>
          <w:rFonts w:ascii="Kalimati" w:hAnsi="Kalimati"/>
          <w:b/>
          <w:color w:val="222222"/>
        </w:rPr>
        <w:t xml:space="preserve">) </w:t>
      </w:r>
      <w:r w:rsidRPr="00116BFD">
        <w:rPr>
          <w:rFonts w:ascii="Kalimati" w:hAnsi="Kalimati"/>
          <w:b/>
          <w:color w:val="222222"/>
          <w:cs/>
          <w:lang w:bidi="hi-IN"/>
        </w:rPr>
        <w:t>यो</w:t>
      </w:r>
      <w:r w:rsidRPr="00116BFD">
        <w:rPr>
          <w:rFonts w:ascii="Kalimati" w:hAnsi="Kalimati"/>
          <w:b/>
          <w:color w:val="222222"/>
        </w:rPr>
        <w:t xml:space="preserve"> </w:t>
      </w:r>
      <w:r w:rsidRPr="00116BFD">
        <w:rPr>
          <w:rFonts w:ascii="Kalimati" w:hAnsi="Kalimati"/>
          <w:b/>
          <w:color w:val="222222"/>
          <w:cs/>
          <w:lang w:bidi="hi-IN"/>
        </w:rPr>
        <w:t>संस्था</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राजनैतिक</w:t>
      </w:r>
      <w:r w:rsidRPr="00116BFD">
        <w:rPr>
          <w:rFonts w:ascii="Kalimati" w:hAnsi="Kalimati"/>
          <w:b/>
          <w:color w:val="222222"/>
        </w:rPr>
        <w:t xml:space="preserve">, </w:t>
      </w:r>
      <w:r w:rsidRPr="00116BFD">
        <w:rPr>
          <w:rFonts w:ascii="Kalimati" w:hAnsi="Kalimati"/>
          <w:b/>
          <w:color w:val="222222"/>
          <w:cs/>
          <w:lang w:bidi="hi-IN"/>
        </w:rPr>
        <w:t>गैरनाफामूलक</w:t>
      </w:r>
      <w:r w:rsidRPr="00116BFD">
        <w:rPr>
          <w:rFonts w:ascii="Kalimati" w:hAnsi="Kalimati"/>
          <w:b/>
          <w:color w:val="222222"/>
        </w:rPr>
        <w:t xml:space="preserve">, </w:t>
      </w:r>
      <w:r w:rsidRPr="00116BFD">
        <w:rPr>
          <w:rFonts w:ascii="Kalimati" w:hAnsi="Kalimati"/>
          <w:b/>
          <w:color w:val="222222"/>
          <w:cs/>
          <w:lang w:bidi="hi-IN"/>
        </w:rPr>
        <w:t>सेवामूखी</w:t>
      </w:r>
      <w:r w:rsidRPr="00116BFD">
        <w:rPr>
          <w:rFonts w:ascii="Kalimati" w:hAnsi="Kalimati"/>
          <w:b/>
          <w:color w:val="222222"/>
        </w:rPr>
        <w:t xml:space="preserve"> </w:t>
      </w:r>
      <w:r w:rsidRPr="00116BFD">
        <w:rPr>
          <w:rFonts w:ascii="Kalimati" w:hAnsi="Kalimati"/>
          <w:b/>
          <w:color w:val="222222"/>
          <w:cs/>
          <w:lang w:bidi="hi-IN"/>
        </w:rPr>
        <w:t>सामाजिक</w:t>
      </w:r>
      <w:r w:rsidRPr="00116BFD">
        <w:rPr>
          <w:rFonts w:ascii="Kalimati" w:hAnsi="Kalimati"/>
          <w:b/>
          <w:color w:val="222222"/>
        </w:rPr>
        <w:t xml:space="preserve"> </w:t>
      </w:r>
      <w:r w:rsidRPr="00116BFD">
        <w:rPr>
          <w:rFonts w:ascii="Kalimati" w:hAnsi="Kalimati"/>
          <w:b/>
          <w:color w:val="222222"/>
          <w:cs/>
          <w:lang w:bidi="hi-IN"/>
        </w:rPr>
        <w:t>संघ</w:t>
      </w:r>
      <w:r w:rsidRPr="00116BFD">
        <w:rPr>
          <w:rFonts w:ascii="Kalimati" w:hAnsi="Kalimati"/>
          <w:b/>
          <w:color w:val="222222"/>
        </w:rPr>
        <w:t xml:space="preserve"> </w:t>
      </w:r>
      <w:r w:rsidRPr="00116BFD">
        <w:rPr>
          <w:rFonts w:ascii="Kalimati" w:hAnsi="Kalimati"/>
          <w:b/>
          <w:color w:val="222222"/>
          <w:cs/>
          <w:lang w:bidi="hi-IN"/>
        </w:rPr>
        <w:t>संस्था</w:t>
      </w:r>
      <w:r w:rsidRPr="00116BFD">
        <w:rPr>
          <w:rFonts w:ascii="Kalimati" w:hAnsi="Kalimati"/>
          <w:b/>
          <w:color w:val="222222"/>
        </w:rPr>
        <w:t xml:space="preserve"> </w:t>
      </w:r>
      <w:r w:rsidRPr="00116BFD">
        <w:rPr>
          <w:rFonts w:ascii="Kalimati" w:hAnsi="Kalimati"/>
          <w:b/>
          <w:color w:val="222222"/>
          <w:cs/>
          <w:lang w:bidi="hi-IN"/>
        </w:rPr>
        <w:t>रहनेछ</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jc w:val="both"/>
        <w:rPr>
          <w:rFonts w:hint="eastAsia"/>
          <w:b/>
        </w:rPr>
      </w:pPr>
      <w:r w:rsidRPr="00116BFD">
        <w:rPr>
          <w:rFonts w:ascii="Kalimati" w:hAnsi="Kalimati"/>
          <w:b/>
          <w:color w:val="222222"/>
        </w:rPr>
        <w:t>(</w:t>
      </w:r>
      <w:r w:rsidRPr="00116BFD">
        <w:rPr>
          <w:rFonts w:ascii="Kalimati" w:hAnsi="Kalimati"/>
          <w:b/>
          <w:color w:val="222222"/>
          <w:cs/>
          <w:lang w:bidi="hi-IN"/>
        </w:rPr>
        <w:t>घ</w:t>
      </w:r>
      <w:r w:rsidRPr="00116BFD">
        <w:rPr>
          <w:rFonts w:ascii="Kalimati" w:hAnsi="Kalimati"/>
          <w:b/>
          <w:color w:val="222222"/>
        </w:rPr>
        <w:t xml:space="preserve">) </w:t>
      </w:r>
      <w:r w:rsidRPr="00116BFD">
        <w:rPr>
          <w:rFonts w:ascii="Kalimati" w:hAnsi="Kalimati"/>
          <w:b/>
          <w:color w:val="222222"/>
          <w:cs/>
          <w:lang w:bidi="hi-IN"/>
        </w:rPr>
        <w:t>यो</w:t>
      </w:r>
      <w:r w:rsidRPr="00116BFD">
        <w:rPr>
          <w:rFonts w:ascii="Kalimati" w:hAnsi="Kalimati"/>
          <w:b/>
          <w:color w:val="222222"/>
        </w:rPr>
        <w:t xml:space="preserve"> </w:t>
      </w:r>
      <w:r w:rsidRPr="00116BFD">
        <w:rPr>
          <w:rFonts w:ascii="Kalimati" w:hAnsi="Kalimati"/>
          <w:b/>
          <w:color w:val="222222"/>
          <w:cs/>
          <w:lang w:bidi="hi-IN"/>
        </w:rPr>
        <w:t>विधान</w:t>
      </w:r>
      <w:r w:rsidRPr="00116BFD">
        <w:rPr>
          <w:rFonts w:ascii="Kalimati" w:hAnsi="Kalimati"/>
          <w:b/>
          <w:color w:val="222222"/>
        </w:rPr>
        <w:t xml:space="preserve"> ................................ </w:t>
      </w:r>
      <w:r w:rsidRPr="00116BFD">
        <w:rPr>
          <w:rFonts w:ascii="Kalimati" w:hAnsi="Kalimati"/>
          <w:b/>
          <w:color w:val="222222"/>
          <w:cs/>
          <w:lang w:bidi="hi-IN"/>
        </w:rPr>
        <w:t>टोल</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साधारण</w:t>
      </w:r>
      <w:r w:rsidRPr="00116BFD">
        <w:rPr>
          <w:rFonts w:ascii="Kalimati" w:hAnsi="Kalimati"/>
          <w:b/>
          <w:color w:val="222222"/>
        </w:rPr>
        <w:t xml:space="preserve"> </w:t>
      </w:r>
      <w:r w:rsidRPr="00116BFD">
        <w:rPr>
          <w:rFonts w:ascii="Kalimati" w:hAnsi="Kalimati"/>
          <w:b/>
          <w:color w:val="222222"/>
          <w:cs/>
          <w:lang w:bidi="hi-IN"/>
        </w:rPr>
        <w:t>सभाबाट</w:t>
      </w:r>
      <w:r w:rsidRPr="00116BFD">
        <w:rPr>
          <w:rFonts w:ascii="Kalimati" w:hAnsi="Kalimati"/>
          <w:b/>
          <w:color w:val="222222"/>
        </w:rPr>
        <w:t xml:space="preserve"> </w:t>
      </w:r>
      <w:r w:rsidRPr="00116BFD">
        <w:rPr>
          <w:rFonts w:ascii="Kalimati" w:hAnsi="Kalimati"/>
          <w:b/>
          <w:color w:val="222222"/>
          <w:cs/>
          <w:lang w:bidi="hi-IN"/>
        </w:rPr>
        <w:t>पारीत</w:t>
      </w:r>
      <w:r w:rsidRPr="00116BFD">
        <w:rPr>
          <w:rFonts w:ascii="Kalimati" w:hAnsi="Kalimati"/>
          <w:b/>
          <w:color w:val="222222"/>
        </w:rPr>
        <w:t xml:space="preserve"> </w:t>
      </w:r>
      <w:r w:rsidRPr="00116BFD">
        <w:rPr>
          <w:rFonts w:ascii="Kalimati" w:hAnsi="Kalimati"/>
          <w:b/>
          <w:color w:val="222222"/>
          <w:cs/>
          <w:lang w:bidi="hi-IN"/>
        </w:rPr>
        <w:t>भई</w:t>
      </w:r>
      <w:r w:rsidRPr="00116BFD">
        <w:rPr>
          <w:rFonts w:ascii="Kalimati" w:hAnsi="Kalimati"/>
          <w:b/>
          <w:color w:val="222222"/>
        </w:rPr>
        <w:t xml:space="preserve"> </w:t>
      </w:r>
      <w:r w:rsidRPr="00116BFD">
        <w:rPr>
          <w:rFonts w:ascii="Kalimati" w:hAnsi="Kalimati"/>
          <w:b/>
          <w:color w:val="222222"/>
          <w:cs/>
          <w:lang w:bidi="hi-IN"/>
        </w:rPr>
        <w:t>वडा</w:t>
      </w:r>
      <w:r w:rsidRPr="00116BFD">
        <w:rPr>
          <w:rFonts w:ascii="Kalimati" w:hAnsi="Kalimati"/>
          <w:b/>
          <w:color w:val="222222"/>
        </w:rPr>
        <w:t xml:space="preserve"> </w:t>
      </w:r>
      <w:r w:rsidRPr="00116BFD">
        <w:rPr>
          <w:rFonts w:ascii="Kalimati" w:hAnsi="Kalimati"/>
          <w:b/>
          <w:color w:val="222222"/>
          <w:cs/>
          <w:lang w:bidi="hi-IN"/>
        </w:rPr>
        <w:t>कार्यालयबाट</w:t>
      </w:r>
      <w:r w:rsidRPr="00116BFD">
        <w:rPr>
          <w:rFonts w:ascii="Kalimati" w:hAnsi="Kalimati"/>
          <w:b/>
          <w:color w:val="222222"/>
        </w:rPr>
        <w:t xml:space="preserve"> </w:t>
      </w:r>
      <w:r w:rsidRPr="00116BFD">
        <w:rPr>
          <w:rFonts w:ascii="Kalimati" w:hAnsi="Kalimati"/>
          <w:b/>
          <w:color w:val="222222"/>
          <w:cs/>
          <w:lang w:bidi="hi-IN"/>
        </w:rPr>
        <w:t>स्वीकृती</w:t>
      </w:r>
      <w:r w:rsidRPr="00116BFD">
        <w:rPr>
          <w:rFonts w:ascii="Kalimati" w:hAnsi="Kalimati"/>
          <w:b/>
          <w:color w:val="222222"/>
        </w:rPr>
        <w:t xml:space="preserve"> </w:t>
      </w:r>
      <w:r w:rsidRPr="00116BFD">
        <w:rPr>
          <w:rFonts w:ascii="Kalimati" w:hAnsi="Kalimati"/>
          <w:b/>
          <w:color w:val="222222"/>
          <w:cs/>
          <w:lang w:bidi="hi-IN"/>
        </w:rPr>
        <w:t>प्राप्त</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टोल</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दर्ता</w:t>
      </w:r>
      <w:r w:rsidRPr="00116BFD">
        <w:rPr>
          <w:rFonts w:ascii="Kalimati" w:hAnsi="Kalimati"/>
          <w:b/>
          <w:color w:val="222222"/>
        </w:rPr>
        <w:t xml:space="preserve"> </w:t>
      </w:r>
      <w:r w:rsidRPr="00116BFD">
        <w:rPr>
          <w:rFonts w:ascii="Kalimati" w:hAnsi="Kalimati"/>
          <w:b/>
          <w:color w:val="222222"/>
          <w:cs/>
          <w:lang w:bidi="hi-IN"/>
        </w:rPr>
        <w:t>भएको</w:t>
      </w:r>
      <w:r w:rsidRPr="00116BFD">
        <w:rPr>
          <w:rFonts w:ascii="Kalimati" w:hAnsi="Kalimati"/>
          <w:b/>
          <w:color w:val="222222"/>
        </w:rPr>
        <w:t xml:space="preserve"> </w:t>
      </w:r>
      <w:r w:rsidRPr="00116BFD">
        <w:rPr>
          <w:rFonts w:ascii="Kalimati" w:hAnsi="Kalimati"/>
          <w:b/>
          <w:color w:val="222222"/>
          <w:cs/>
          <w:lang w:bidi="hi-IN"/>
        </w:rPr>
        <w:t>मितिदेखि</w:t>
      </w:r>
      <w:r w:rsidRPr="00116BFD">
        <w:rPr>
          <w:rFonts w:ascii="Kalimati" w:hAnsi="Kalimati"/>
          <w:b/>
          <w:color w:val="222222"/>
        </w:rPr>
        <w:t xml:space="preserve"> </w:t>
      </w:r>
      <w:r w:rsidRPr="00116BFD">
        <w:rPr>
          <w:rFonts w:ascii="Kalimati" w:hAnsi="Kalimati"/>
          <w:b/>
          <w:color w:val="222222"/>
          <w:cs/>
          <w:lang w:bidi="hi-IN"/>
        </w:rPr>
        <w:t>लागु</w:t>
      </w:r>
      <w:r w:rsidRPr="00116BFD">
        <w:rPr>
          <w:rFonts w:ascii="Kalimati" w:hAnsi="Kalimati"/>
          <w:b/>
          <w:color w:val="222222"/>
        </w:rPr>
        <w:t xml:space="preserve"> </w:t>
      </w:r>
      <w:r w:rsidRPr="00116BFD">
        <w:rPr>
          <w:rFonts w:ascii="Kalimati" w:hAnsi="Kalimati"/>
          <w:b/>
          <w:color w:val="222222"/>
          <w:cs/>
          <w:lang w:bidi="hi-IN"/>
        </w:rPr>
        <w:t>हुनेछ</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jc w:val="both"/>
        <w:rPr>
          <w:rFonts w:hint="eastAsia"/>
          <w:b/>
        </w:rPr>
      </w:pPr>
      <w:r w:rsidRPr="00116BFD">
        <w:rPr>
          <w:rFonts w:ascii="Kalimati" w:hAnsi="Kalimati"/>
          <w:b/>
          <w:color w:val="222222"/>
        </w:rPr>
        <w:t>(</w:t>
      </w:r>
      <w:r w:rsidRPr="00116BFD">
        <w:rPr>
          <w:rFonts w:ascii="Kalimati" w:hAnsi="Kalimati"/>
          <w:b/>
          <w:color w:val="222222"/>
          <w:cs/>
          <w:lang w:bidi="hi-IN"/>
        </w:rPr>
        <w:t>ङ</w:t>
      </w:r>
      <w:r w:rsidRPr="00116BFD">
        <w:rPr>
          <w:rFonts w:ascii="Kalimati" w:hAnsi="Kalimati"/>
          <w:b/>
          <w:color w:val="222222"/>
        </w:rPr>
        <w:t xml:space="preserve">) </w:t>
      </w:r>
      <w:r w:rsidRPr="00116BFD">
        <w:rPr>
          <w:rFonts w:ascii="Kalimati" w:hAnsi="Kalimati"/>
          <w:b/>
          <w:color w:val="222222"/>
          <w:cs/>
          <w:lang w:bidi="hi-IN"/>
        </w:rPr>
        <w:t>यस</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कार्यालय</w:t>
      </w:r>
      <w:r w:rsidRPr="00116BFD">
        <w:rPr>
          <w:rFonts w:ascii="Kalimati" w:hAnsi="Kalimati"/>
          <w:b/>
          <w:color w:val="222222"/>
        </w:rPr>
        <w:t xml:space="preserve"> ................................ </w:t>
      </w:r>
      <w:r w:rsidRPr="00116BFD">
        <w:rPr>
          <w:rFonts w:ascii="Kalimati" w:hAnsi="Kalimati"/>
          <w:b/>
          <w:color w:val="222222"/>
          <w:cs/>
          <w:lang w:bidi="hi-IN"/>
        </w:rPr>
        <w:t>मा</w:t>
      </w:r>
      <w:r w:rsidRPr="00116BFD">
        <w:rPr>
          <w:rFonts w:ascii="Kalimati" w:hAnsi="Kalimati"/>
          <w:b/>
          <w:color w:val="222222"/>
        </w:rPr>
        <w:t xml:space="preserve"> </w:t>
      </w:r>
      <w:r w:rsidRPr="00116BFD">
        <w:rPr>
          <w:rFonts w:ascii="Kalimati" w:hAnsi="Kalimati"/>
          <w:b/>
          <w:color w:val="222222"/>
          <w:cs/>
          <w:lang w:bidi="hi-IN"/>
        </w:rPr>
        <w:t>हुनेछ</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jc w:val="both"/>
        <w:rPr>
          <w:rFonts w:hint="eastAsia"/>
          <w:b/>
        </w:rPr>
      </w:pPr>
      <w:r w:rsidRPr="00116BFD">
        <w:rPr>
          <w:rFonts w:ascii="Kalimati" w:hAnsi="Kalimati"/>
          <w:b/>
          <w:color w:val="222222"/>
        </w:rPr>
        <w:t>(</w:t>
      </w:r>
      <w:r w:rsidRPr="00116BFD">
        <w:rPr>
          <w:rFonts w:ascii="Kalimati" w:hAnsi="Kalimati"/>
          <w:b/>
          <w:color w:val="222222"/>
          <w:cs/>
          <w:lang w:bidi="hi-IN"/>
        </w:rPr>
        <w:t>च</w:t>
      </w:r>
      <w:r w:rsidRPr="00116BFD">
        <w:rPr>
          <w:rFonts w:ascii="Kalimati" w:hAnsi="Kalimati"/>
          <w:b/>
          <w:color w:val="222222"/>
        </w:rPr>
        <w:t xml:space="preserve">) </w:t>
      </w:r>
      <w:r w:rsidRPr="00116BFD">
        <w:rPr>
          <w:rFonts w:ascii="Kalimati" w:hAnsi="Kalimati"/>
          <w:b/>
          <w:color w:val="222222"/>
          <w:cs/>
          <w:lang w:bidi="hi-IN"/>
        </w:rPr>
        <w:t>यस</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सिमाना</w:t>
      </w:r>
      <w:r w:rsidRPr="00116BFD">
        <w:rPr>
          <w:rFonts w:ascii="Kalimati" w:hAnsi="Kalimati"/>
          <w:b/>
          <w:color w:val="222222"/>
        </w:rPr>
        <w:t xml:space="preserve"> </w:t>
      </w:r>
      <w:r w:rsidRPr="00116BFD">
        <w:rPr>
          <w:rFonts w:ascii="Kalimati" w:hAnsi="Kalimati"/>
          <w:b/>
          <w:color w:val="222222"/>
          <w:cs/>
          <w:lang w:bidi="hi-IN"/>
        </w:rPr>
        <w:t>देहाय</w:t>
      </w:r>
      <w:r w:rsidRPr="00116BFD">
        <w:rPr>
          <w:rFonts w:ascii="Kalimati" w:hAnsi="Kalimati"/>
          <w:b/>
          <w:color w:val="222222"/>
        </w:rPr>
        <w:t xml:space="preserve"> </w:t>
      </w:r>
      <w:r w:rsidRPr="00116BFD">
        <w:rPr>
          <w:rFonts w:ascii="Kalimati" w:hAnsi="Kalimati"/>
          <w:b/>
          <w:color w:val="222222"/>
          <w:cs/>
          <w:lang w:bidi="hi-IN"/>
        </w:rPr>
        <w:t>बमाजिम</w:t>
      </w:r>
      <w:r w:rsidRPr="00116BFD">
        <w:rPr>
          <w:rFonts w:ascii="Kalimati" w:hAnsi="Kalimati"/>
          <w:b/>
          <w:color w:val="222222"/>
        </w:rPr>
        <w:t xml:space="preserve"> </w:t>
      </w:r>
      <w:r w:rsidRPr="00116BFD">
        <w:rPr>
          <w:rFonts w:ascii="Kalimati" w:hAnsi="Kalimati"/>
          <w:b/>
          <w:color w:val="222222"/>
          <w:cs/>
          <w:lang w:bidi="hi-IN"/>
        </w:rPr>
        <w:t>हुनेछ</w:t>
      </w:r>
      <w:r w:rsidRPr="00116BFD">
        <w:rPr>
          <w:rFonts w:ascii="Kalimati" w:hAnsi="Kalimati"/>
          <w:b/>
          <w:color w:val="222222"/>
        </w:rPr>
        <w:t xml:space="preserve"> :</w:t>
      </w:r>
    </w:p>
    <w:p w:rsidR="00116BFD" w:rsidRPr="00116BFD" w:rsidRDefault="00116BFD" w:rsidP="00116BFD">
      <w:pPr>
        <w:spacing w:before="40"/>
        <w:ind w:left="432"/>
        <w:jc w:val="both"/>
        <w:rPr>
          <w:rFonts w:hint="eastAsia"/>
          <w:b/>
        </w:rPr>
      </w:pPr>
      <w:r w:rsidRPr="00116BFD">
        <w:rPr>
          <w:rFonts w:ascii="Kalimati" w:hAnsi="Kalimati"/>
          <w:b/>
          <w:color w:val="222222"/>
          <w:cs/>
          <w:lang w:bidi="hi-IN"/>
        </w:rPr>
        <w:t>पूर्व</w:t>
      </w:r>
      <w:r w:rsidRPr="00116BFD">
        <w:rPr>
          <w:rFonts w:ascii="Kalimati" w:hAnsi="Kalimati"/>
          <w:b/>
          <w:color w:val="222222"/>
        </w:rPr>
        <w:t xml:space="preserve"> ..................................</w:t>
      </w:r>
      <w:r w:rsidRPr="00116BFD">
        <w:rPr>
          <w:b/>
        </w:rPr>
        <w:t xml:space="preserve"> </w:t>
      </w:r>
      <w:r w:rsidRPr="00116BFD">
        <w:rPr>
          <w:rFonts w:ascii="Kalimati" w:hAnsi="Kalimati"/>
          <w:b/>
          <w:color w:val="222222"/>
          <w:cs/>
          <w:lang w:bidi="hi-IN"/>
        </w:rPr>
        <w:t>पश्चिम</w:t>
      </w:r>
      <w:r w:rsidRPr="00116BFD">
        <w:rPr>
          <w:rFonts w:ascii="Kalimati" w:hAnsi="Kalimati"/>
          <w:b/>
          <w:color w:val="222222"/>
        </w:rPr>
        <w:t xml:space="preserve"> .....................................</w:t>
      </w:r>
    </w:p>
    <w:p w:rsidR="00116BFD" w:rsidRPr="00116BFD" w:rsidRDefault="00116BFD" w:rsidP="00116BFD">
      <w:pPr>
        <w:spacing w:before="40"/>
        <w:ind w:left="432"/>
        <w:jc w:val="both"/>
        <w:rPr>
          <w:rFonts w:hint="eastAsia"/>
          <w:b/>
        </w:rPr>
      </w:pPr>
      <w:r w:rsidRPr="00116BFD">
        <w:rPr>
          <w:rFonts w:ascii="Kalimati" w:hAnsi="Kalimati"/>
          <w:b/>
          <w:color w:val="222222"/>
          <w:cs/>
          <w:lang w:bidi="hi-IN"/>
        </w:rPr>
        <w:t>उत्तर</w:t>
      </w:r>
      <w:r w:rsidRPr="00116BFD">
        <w:rPr>
          <w:rFonts w:ascii="Kalimati" w:hAnsi="Kalimati"/>
          <w:b/>
          <w:color w:val="222222"/>
        </w:rPr>
        <w:t xml:space="preserve"> .................................</w:t>
      </w:r>
      <w:r w:rsidRPr="00116BFD">
        <w:rPr>
          <w:b/>
        </w:rPr>
        <w:t xml:space="preserve"> </w:t>
      </w:r>
      <w:r w:rsidRPr="00116BFD">
        <w:rPr>
          <w:rFonts w:ascii="Kalimati" w:hAnsi="Kalimati"/>
          <w:b/>
          <w:color w:val="222222"/>
          <w:cs/>
          <w:lang w:bidi="hi-IN"/>
        </w:rPr>
        <w:t>दक्षिण</w:t>
      </w:r>
      <w:r w:rsidRPr="00116BFD">
        <w:rPr>
          <w:rFonts w:ascii="Kalimati" w:hAnsi="Kalimati"/>
          <w:b/>
          <w:color w:val="222222"/>
        </w:rPr>
        <w:t xml:space="preserve"> ....................................</w:t>
      </w:r>
    </w:p>
    <w:p w:rsidR="00116BFD" w:rsidRDefault="00116BFD" w:rsidP="00116BFD">
      <w:pPr>
        <w:spacing w:before="200"/>
        <w:rPr>
          <w:rFonts w:hint="eastAsia"/>
        </w:rPr>
      </w:pPr>
      <w:r>
        <w:rPr>
          <w:rFonts w:ascii="Kalimati" w:hAnsi="Kalimati"/>
          <w:b/>
          <w:bCs/>
          <w:color w:val="222222"/>
          <w:sz w:val="24"/>
          <w:szCs w:val="24"/>
          <w:cs/>
          <w:lang w:bidi="hi-IN"/>
        </w:rPr>
        <w:t>२</w:t>
      </w:r>
      <w:r>
        <w:rPr>
          <w:rFonts w:ascii="Kalimati" w:hAnsi="Kalimati"/>
          <w:b/>
          <w:color w:val="222222"/>
          <w:sz w:val="24"/>
        </w:rPr>
        <w:t xml:space="preserve">. </w:t>
      </w:r>
      <w:r>
        <w:rPr>
          <w:rFonts w:ascii="Kalimati" w:hAnsi="Kalimati"/>
          <w:b/>
          <w:bCs/>
          <w:color w:val="222222"/>
          <w:sz w:val="24"/>
          <w:szCs w:val="24"/>
          <w:cs/>
          <w:lang w:bidi="hi-IN"/>
        </w:rPr>
        <w:t>परिभाषा</w:t>
      </w:r>
      <w:r>
        <w:rPr>
          <w:rFonts w:ascii="Kalimati" w:hAnsi="Kalimati"/>
          <w:b/>
          <w:color w:val="222222"/>
          <w:sz w:val="24"/>
        </w:rPr>
        <w:t xml:space="preserve"> : (</w:t>
      </w:r>
      <w:r>
        <w:rPr>
          <w:rFonts w:ascii="Kalimati" w:hAnsi="Kalimati"/>
          <w:b/>
          <w:bCs/>
          <w:color w:val="222222"/>
          <w:sz w:val="24"/>
          <w:szCs w:val="24"/>
          <w:cs/>
          <w:lang w:bidi="hi-IN"/>
        </w:rPr>
        <w:t>१</w:t>
      </w:r>
      <w:r>
        <w:rPr>
          <w:rFonts w:ascii="Kalimati" w:hAnsi="Kalimati"/>
          <w:b/>
          <w:color w:val="222222"/>
          <w:sz w:val="24"/>
        </w:rPr>
        <w:t xml:space="preserve">) </w:t>
      </w:r>
      <w:r>
        <w:rPr>
          <w:rFonts w:ascii="Kalimati" w:hAnsi="Kalimati"/>
          <w:b/>
          <w:bCs/>
          <w:color w:val="222222"/>
          <w:sz w:val="24"/>
          <w:szCs w:val="24"/>
          <w:cs/>
          <w:lang w:bidi="hi-IN"/>
        </w:rPr>
        <w:t>विषय</w:t>
      </w:r>
      <w:r>
        <w:rPr>
          <w:rFonts w:ascii="Kalimati" w:hAnsi="Kalimati"/>
          <w:b/>
          <w:color w:val="222222"/>
          <w:sz w:val="24"/>
        </w:rPr>
        <w:t xml:space="preserve"> </w:t>
      </w:r>
      <w:r>
        <w:rPr>
          <w:rFonts w:ascii="Kalimati" w:hAnsi="Kalimati"/>
          <w:b/>
          <w:bCs/>
          <w:color w:val="222222"/>
          <w:sz w:val="24"/>
          <w:szCs w:val="24"/>
          <w:cs/>
          <w:lang w:bidi="hi-IN"/>
        </w:rPr>
        <w:t>वा</w:t>
      </w:r>
      <w:r>
        <w:rPr>
          <w:rFonts w:ascii="Kalimati" w:hAnsi="Kalimati"/>
          <w:b/>
          <w:color w:val="222222"/>
          <w:sz w:val="24"/>
        </w:rPr>
        <w:t xml:space="preserve"> </w:t>
      </w:r>
      <w:r>
        <w:rPr>
          <w:rFonts w:ascii="Kalimati" w:hAnsi="Kalimati"/>
          <w:b/>
          <w:bCs/>
          <w:color w:val="222222"/>
          <w:sz w:val="24"/>
          <w:szCs w:val="24"/>
          <w:cs/>
          <w:lang w:bidi="hi-IN"/>
        </w:rPr>
        <w:t>प्रसङ्गले</w:t>
      </w:r>
      <w:r>
        <w:rPr>
          <w:rFonts w:ascii="Kalimati" w:hAnsi="Kalimati"/>
          <w:b/>
          <w:color w:val="222222"/>
          <w:sz w:val="24"/>
        </w:rPr>
        <w:t xml:space="preserve"> </w:t>
      </w:r>
      <w:r>
        <w:rPr>
          <w:rFonts w:ascii="Kalimati" w:hAnsi="Kalimati"/>
          <w:b/>
          <w:bCs/>
          <w:color w:val="222222"/>
          <w:sz w:val="24"/>
          <w:szCs w:val="24"/>
          <w:cs/>
          <w:lang w:bidi="hi-IN"/>
        </w:rPr>
        <w:t>अर्को</w:t>
      </w:r>
      <w:r>
        <w:rPr>
          <w:rFonts w:ascii="Kalimati" w:hAnsi="Kalimati"/>
          <w:b/>
          <w:color w:val="222222"/>
          <w:sz w:val="24"/>
        </w:rPr>
        <w:t xml:space="preserve"> </w:t>
      </w:r>
      <w:r>
        <w:rPr>
          <w:rFonts w:ascii="Kalimati" w:hAnsi="Kalimati"/>
          <w:b/>
          <w:bCs/>
          <w:color w:val="222222"/>
          <w:sz w:val="24"/>
          <w:szCs w:val="24"/>
          <w:cs/>
          <w:lang w:bidi="hi-IN"/>
        </w:rPr>
        <w:t>अर्थ</w:t>
      </w:r>
      <w:r>
        <w:rPr>
          <w:rFonts w:ascii="Kalimati" w:hAnsi="Kalimati"/>
          <w:b/>
          <w:color w:val="222222"/>
          <w:sz w:val="24"/>
        </w:rPr>
        <w:t xml:space="preserve"> </w:t>
      </w:r>
      <w:r>
        <w:rPr>
          <w:rFonts w:ascii="Kalimati" w:hAnsi="Kalimati"/>
          <w:b/>
          <w:bCs/>
          <w:color w:val="222222"/>
          <w:sz w:val="24"/>
          <w:szCs w:val="24"/>
          <w:cs/>
          <w:lang w:bidi="hi-IN"/>
        </w:rPr>
        <w:t>नलागेमा</w:t>
      </w:r>
      <w:r>
        <w:rPr>
          <w:rFonts w:ascii="Kalimati" w:hAnsi="Kalimati"/>
          <w:b/>
          <w:color w:val="222222"/>
          <w:sz w:val="24"/>
        </w:rPr>
        <w:t xml:space="preserve"> </w:t>
      </w:r>
      <w:r>
        <w:rPr>
          <w:rFonts w:ascii="Kalimati" w:hAnsi="Kalimati"/>
          <w:b/>
          <w:bCs/>
          <w:color w:val="222222"/>
          <w:sz w:val="24"/>
          <w:szCs w:val="24"/>
          <w:cs/>
          <w:lang w:bidi="hi-IN"/>
        </w:rPr>
        <w:t>यस</w:t>
      </w:r>
      <w:r>
        <w:rPr>
          <w:rFonts w:ascii="Kalimati" w:hAnsi="Kalimati"/>
          <w:b/>
          <w:color w:val="222222"/>
          <w:sz w:val="24"/>
        </w:rPr>
        <w:t xml:space="preserve"> </w:t>
      </w:r>
      <w:r>
        <w:rPr>
          <w:rFonts w:ascii="Kalimati" w:hAnsi="Kalimati"/>
          <w:b/>
          <w:bCs/>
          <w:color w:val="222222"/>
          <w:sz w:val="24"/>
          <w:szCs w:val="24"/>
          <w:cs/>
          <w:lang w:bidi="hi-IN"/>
        </w:rPr>
        <w:t>विधानमा</w:t>
      </w:r>
      <w:r>
        <w:rPr>
          <w:rFonts w:ascii="Kalimati" w:hAnsi="Kalimati"/>
          <w:b/>
          <w:color w:val="222222"/>
          <w:sz w:val="24"/>
        </w:rPr>
        <w:t xml:space="preserve"> :</w:t>
      </w:r>
    </w:p>
    <w:p w:rsidR="00116BFD" w:rsidRPr="00116BFD" w:rsidRDefault="00116BFD" w:rsidP="00116BFD">
      <w:pPr>
        <w:spacing w:before="40"/>
        <w:ind w:left="288"/>
        <w:jc w:val="both"/>
        <w:rPr>
          <w:rFonts w:hint="eastAsia"/>
        </w:rPr>
      </w:pPr>
      <w:r w:rsidRPr="00116BFD">
        <w:rPr>
          <w:rFonts w:ascii="Kalimati" w:hAnsi="Kalimati"/>
          <w:color w:val="222222"/>
          <w:cs/>
          <w:lang w:bidi="hi-IN"/>
        </w:rPr>
        <w:t>१</w:t>
      </w:r>
      <w:r w:rsidRPr="00116BFD">
        <w:rPr>
          <w:rFonts w:ascii="Kalimati" w:hAnsi="Kalimati"/>
          <w:color w:val="222222"/>
        </w:rPr>
        <w:t>. '</w:t>
      </w:r>
      <w:r w:rsidRPr="00116BFD">
        <w:rPr>
          <w:rFonts w:ascii="Kalimati" w:hAnsi="Kalimati"/>
          <w:color w:val="222222"/>
          <w:cs/>
          <w:lang w:bidi="hi-IN"/>
        </w:rPr>
        <w:t>संस्था</w:t>
      </w:r>
      <w:r w:rsidRPr="00116BFD">
        <w:rPr>
          <w:rFonts w:ascii="Kalimati" w:hAnsi="Kalimati"/>
          <w:color w:val="222222"/>
        </w:rPr>
        <w:t xml:space="preserve">' </w:t>
      </w:r>
      <w:r w:rsidRPr="00116BFD">
        <w:rPr>
          <w:rFonts w:ascii="Kalimati" w:hAnsi="Kalimati"/>
          <w:color w:val="222222"/>
          <w:cs/>
          <w:lang w:bidi="hi-IN"/>
        </w:rPr>
        <w:t>भन्नाले</w:t>
      </w:r>
      <w:r w:rsidRPr="00116BFD">
        <w:rPr>
          <w:rFonts w:ascii="Kalimati" w:hAnsi="Kalimati"/>
          <w:color w:val="222222"/>
        </w:rPr>
        <w:t xml:space="preserve"> ................................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संस्थालाई</w:t>
      </w:r>
      <w:r w:rsidRPr="00116BFD">
        <w:rPr>
          <w:rFonts w:ascii="Kalimati" w:hAnsi="Kalimati"/>
          <w:color w:val="222222"/>
        </w:rPr>
        <w:t xml:space="preserve"> </w:t>
      </w:r>
      <w:r w:rsidRPr="00116BFD">
        <w:rPr>
          <w:rFonts w:ascii="Kalimati" w:hAnsi="Kalimati"/>
          <w:color w:val="222222"/>
          <w:cs/>
          <w:lang w:bidi="hi-IN"/>
        </w:rPr>
        <w:t>समझनुपर्छ</w:t>
      </w:r>
      <w:r w:rsidRPr="00116BFD">
        <w:rPr>
          <w:rFonts w:ascii="Kalimati" w:hAnsi="Kalimati"/>
          <w:color w:val="222222"/>
        </w:rPr>
        <w:t xml:space="preserve"> </w:t>
      </w:r>
      <w:r w:rsidRPr="00116BFD">
        <w:rPr>
          <w:rFonts w:ascii="Kalimati" w:hAnsi="Kalimati"/>
          <w:color w:val="222222"/>
          <w:cs/>
          <w:lang w:bidi="hi-IN"/>
        </w:rPr>
        <w:t>।</w:t>
      </w:r>
    </w:p>
    <w:p w:rsidR="00116BFD" w:rsidRPr="00116BFD" w:rsidRDefault="00116BFD" w:rsidP="00116BFD">
      <w:pPr>
        <w:spacing w:before="40"/>
        <w:ind w:left="288"/>
        <w:jc w:val="both"/>
        <w:rPr>
          <w:rFonts w:hint="eastAsia"/>
        </w:rPr>
      </w:pPr>
      <w:r w:rsidRPr="00116BFD">
        <w:rPr>
          <w:rFonts w:ascii="Kalimati" w:hAnsi="Kalimati"/>
          <w:color w:val="222222"/>
          <w:cs/>
          <w:lang w:bidi="hi-IN"/>
        </w:rPr>
        <w:lastRenderedPageBreak/>
        <w:t>२</w:t>
      </w:r>
      <w:r w:rsidRPr="00116BFD">
        <w:rPr>
          <w:rFonts w:ascii="Kalimati" w:hAnsi="Kalimati"/>
          <w:color w:val="222222"/>
        </w:rPr>
        <w:t>. '</w:t>
      </w:r>
      <w:r w:rsidRPr="00116BFD">
        <w:rPr>
          <w:rFonts w:ascii="Kalimati" w:hAnsi="Kalimati"/>
          <w:color w:val="222222"/>
          <w:cs/>
          <w:lang w:bidi="hi-IN"/>
        </w:rPr>
        <w:t>विधान</w:t>
      </w:r>
      <w:r w:rsidRPr="00116BFD">
        <w:rPr>
          <w:rFonts w:ascii="Kalimati" w:hAnsi="Kalimati"/>
          <w:color w:val="222222"/>
        </w:rPr>
        <w:t xml:space="preserve">' </w:t>
      </w:r>
      <w:r w:rsidRPr="00116BFD">
        <w:rPr>
          <w:rFonts w:ascii="Kalimati" w:hAnsi="Kalimati"/>
          <w:color w:val="222222"/>
          <w:cs/>
          <w:lang w:bidi="hi-IN"/>
        </w:rPr>
        <w:t>भन्नाले</w:t>
      </w:r>
      <w:r w:rsidRPr="00116BFD">
        <w:rPr>
          <w:rFonts w:ascii="Kalimati" w:hAnsi="Kalimati"/>
          <w:color w:val="222222"/>
        </w:rPr>
        <w:t xml:space="preserve"> ................................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संस्थाको</w:t>
      </w:r>
      <w:r w:rsidRPr="00116BFD">
        <w:rPr>
          <w:rFonts w:ascii="Kalimati" w:hAnsi="Kalimati"/>
          <w:color w:val="222222"/>
        </w:rPr>
        <w:t xml:space="preserve"> </w:t>
      </w:r>
      <w:r w:rsidRPr="00116BFD">
        <w:rPr>
          <w:rFonts w:ascii="Kalimati" w:hAnsi="Kalimati"/>
          <w:color w:val="222222"/>
          <w:cs/>
          <w:lang w:bidi="hi-IN"/>
        </w:rPr>
        <w:t>विधानलाई</w:t>
      </w:r>
      <w:r w:rsidRPr="00116BFD">
        <w:rPr>
          <w:rFonts w:ascii="Kalimati" w:hAnsi="Kalimati"/>
          <w:color w:val="222222"/>
        </w:rPr>
        <w:t xml:space="preserve"> </w:t>
      </w:r>
      <w:r w:rsidRPr="00116BFD">
        <w:rPr>
          <w:rFonts w:ascii="Kalimati" w:hAnsi="Kalimati"/>
          <w:color w:val="222222"/>
          <w:cs/>
          <w:lang w:bidi="hi-IN"/>
        </w:rPr>
        <w:t>सम्झनुपर्छ</w:t>
      </w:r>
      <w:r w:rsidRPr="00116BFD">
        <w:rPr>
          <w:rFonts w:ascii="Kalimati" w:hAnsi="Kalimati"/>
          <w:color w:val="222222"/>
        </w:rPr>
        <w:t xml:space="preserve"> </w:t>
      </w:r>
      <w:r w:rsidRPr="00116BFD">
        <w:rPr>
          <w:rFonts w:ascii="Kalimati" w:hAnsi="Kalimati"/>
          <w:color w:val="222222"/>
          <w:cs/>
          <w:lang w:bidi="hi-IN"/>
        </w:rPr>
        <w:t>।</w:t>
      </w:r>
    </w:p>
    <w:p w:rsidR="00116BFD" w:rsidRPr="00116BFD" w:rsidRDefault="00116BFD" w:rsidP="00116BFD">
      <w:pPr>
        <w:spacing w:before="40"/>
        <w:ind w:left="288"/>
        <w:jc w:val="both"/>
        <w:rPr>
          <w:rFonts w:hint="eastAsia"/>
        </w:rPr>
      </w:pPr>
      <w:r w:rsidRPr="00116BFD">
        <w:rPr>
          <w:rFonts w:ascii="Kalimati" w:hAnsi="Kalimati"/>
          <w:color w:val="222222"/>
          <w:cs/>
          <w:lang w:bidi="hi-IN"/>
        </w:rPr>
        <w:t>३</w:t>
      </w:r>
      <w:r w:rsidRPr="00116BFD">
        <w:rPr>
          <w:rFonts w:ascii="Kalimati" w:hAnsi="Kalimati"/>
          <w:color w:val="222222"/>
        </w:rPr>
        <w:t>. '</w:t>
      </w:r>
      <w:r w:rsidRPr="00116BFD">
        <w:rPr>
          <w:rFonts w:ascii="Kalimati" w:hAnsi="Kalimati"/>
          <w:color w:val="222222"/>
          <w:cs/>
          <w:lang w:bidi="hi-IN"/>
        </w:rPr>
        <w:t>साधारणसभा</w:t>
      </w:r>
      <w:r w:rsidRPr="00116BFD">
        <w:rPr>
          <w:rFonts w:ascii="Kalimati" w:hAnsi="Kalimati"/>
          <w:color w:val="222222"/>
        </w:rPr>
        <w:t xml:space="preserve">' </w:t>
      </w:r>
      <w:r w:rsidRPr="00116BFD">
        <w:rPr>
          <w:rFonts w:ascii="Kalimati" w:hAnsi="Kalimati"/>
          <w:color w:val="222222"/>
          <w:cs/>
          <w:lang w:bidi="hi-IN"/>
        </w:rPr>
        <w:t>भन्नाले</w:t>
      </w:r>
      <w:r w:rsidRPr="00116BFD">
        <w:rPr>
          <w:rFonts w:ascii="Kalimati" w:hAnsi="Kalimati"/>
          <w:color w:val="222222"/>
        </w:rPr>
        <w:t xml:space="preserve"> </w:t>
      </w:r>
      <w:r w:rsidRPr="00116BFD">
        <w:rPr>
          <w:rFonts w:ascii="Kalimati" w:hAnsi="Kalimati"/>
          <w:color w:val="222222"/>
          <w:cs/>
          <w:lang w:bidi="hi-IN"/>
        </w:rPr>
        <w:t>संस्थाको</w:t>
      </w:r>
      <w:r w:rsidRPr="00116BFD">
        <w:rPr>
          <w:rFonts w:ascii="Kalimati" w:hAnsi="Kalimati"/>
          <w:color w:val="222222"/>
        </w:rPr>
        <w:t xml:space="preserve"> </w:t>
      </w:r>
      <w:r w:rsidRPr="00116BFD">
        <w:rPr>
          <w:rFonts w:ascii="Kalimati" w:hAnsi="Kalimati"/>
          <w:color w:val="222222"/>
          <w:cs/>
          <w:lang w:bidi="hi-IN"/>
        </w:rPr>
        <w:t>साधारण</w:t>
      </w:r>
      <w:r w:rsidRPr="00116BFD">
        <w:rPr>
          <w:rFonts w:ascii="Kalimati" w:hAnsi="Kalimati"/>
          <w:color w:val="222222"/>
        </w:rPr>
        <w:t xml:space="preserve"> </w:t>
      </w:r>
      <w:r w:rsidRPr="00116BFD">
        <w:rPr>
          <w:rFonts w:ascii="Kalimati" w:hAnsi="Kalimati"/>
          <w:color w:val="222222"/>
          <w:cs/>
          <w:lang w:bidi="hi-IN"/>
        </w:rPr>
        <w:t>सदस्यहरुको</w:t>
      </w:r>
      <w:r w:rsidRPr="00116BFD">
        <w:rPr>
          <w:rFonts w:ascii="Kalimati" w:hAnsi="Kalimati"/>
          <w:color w:val="222222"/>
        </w:rPr>
        <w:t xml:space="preserve"> </w:t>
      </w:r>
      <w:r w:rsidRPr="00116BFD">
        <w:rPr>
          <w:rFonts w:ascii="Kalimati" w:hAnsi="Kalimati"/>
          <w:color w:val="222222"/>
          <w:cs/>
          <w:lang w:bidi="hi-IN"/>
        </w:rPr>
        <w:t>भेला</w:t>
      </w:r>
      <w:r w:rsidRPr="00116BFD">
        <w:rPr>
          <w:rFonts w:ascii="Kalimati" w:hAnsi="Kalimati"/>
          <w:color w:val="222222"/>
        </w:rPr>
        <w:t xml:space="preserve"> </w:t>
      </w:r>
      <w:r w:rsidRPr="00116BFD">
        <w:rPr>
          <w:rFonts w:ascii="Kalimati" w:hAnsi="Kalimati"/>
          <w:color w:val="222222"/>
          <w:cs/>
          <w:lang w:bidi="hi-IN"/>
        </w:rPr>
        <w:t>सम्झनुपर्छ</w:t>
      </w:r>
      <w:r w:rsidRPr="00116BFD">
        <w:rPr>
          <w:rFonts w:ascii="Kalimati" w:hAnsi="Kalimati"/>
          <w:color w:val="222222"/>
        </w:rPr>
        <w:t xml:space="preserve"> </w:t>
      </w:r>
      <w:r w:rsidRPr="00116BFD">
        <w:rPr>
          <w:rFonts w:ascii="Kalimati" w:hAnsi="Kalimati"/>
          <w:color w:val="222222"/>
          <w:cs/>
          <w:lang w:bidi="hi-IN"/>
        </w:rPr>
        <w:t>।</w:t>
      </w:r>
    </w:p>
    <w:p w:rsidR="00116BFD" w:rsidRPr="00116BFD" w:rsidRDefault="00116BFD" w:rsidP="00116BFD">
      <w:pPr>
        <w:spacing w:before="40"/>
        <w:ind w:left="288"/>
        <w:jc w:val="both"/>
        <w:rPr>
          <w:rFonts w:hint="eastAsia"/>
        </w:rPr>
      </w:pPr>
      <w:r w:rsidRPr="00116BFD">
        <w:rPr>
          <w:rFonts w:ascii="Kalimati" w:hAnsi="Kalimati"/>
          <w:color w:val="222222"/>
          <w:cs/>
          <w:lang w:bidi="hi-IN"/>
        </w:rPr>
        <w:t>४</w:t>
      </w:r>
      <w:r w:rsidRPr="00116BFD">
        <w:rPr>
          <w:rFonts w:ascii="Kalimati" w:hAnsi="Kalimati"/>
          <w:color w:val="222222"/>
        </w:rPr>
        <w:t>. '</w:t>
      </w:r>
      <w:r w:rsidRPr="00116BFD">
        <w:rPr>
          <w:rFonts w:ascii="Kalimati" w:hAnsi="Kalimati"/>
          <w:color w:val="222222"/>
          <w:cs/>
          <w:lang w:bidi="hi-IN"/>
        </w:rPr>
        <w:t>समिति</w:t>
      </w:r>
      <w:r w:rsidRPr="00116BFD">
        <w:rPr>
          <w:rFonts w:ascii="Kalimati" w:hAnsi="Kalimati"/>
          <w:color w:val="222222"/>
        </w:rPr>
        <w:t xml:space="preserve">' </w:t>
      </w:r>
      <w:r w:rsidRPr="00116BFD">
        <w:rPr>
          <w:rFonts w:ascii="Kalimati" w:hAnsi="Kalimati"/>
          <w:color w:val="222222"/>
          <w:cs/>
          <w:lang w:bidi="hi-IN"/>
        </w:rPr>
        <w:t>भन्नाले</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संस्थाको</w:t>
      </w:r>
      <w:r w:rsidRPr="00116BFD">
        <w:rPr>
          <w:rFonts w:ascii="Kalimati" w:hAnsi="Kalimati"/>
          <w:color w:val="222222"/>
        </w:rPr>
        <w:t xml:space="preserve"> </w:t>
      </w:r>
      <w:r w:rsidRPr="00116BFD">
        <w:rPr>
          <w:rFonts w:ascii="Kalimati" w:hAnsi="Kalimati"/>
          <w:color w:val="222222"/>
          <w:cs/>
          <w:lang w:bidi="hi-IN"/>
        </w:rPr>
        <w:t>कार्यसमिति</w:t>
      </w:r>
      <w:r w:rsidRPr="00116BFD">
        <w:rPr>
          <w:rFonts w:ascii="Kalimati" w:hAnsi="Kalimati"/>
          <w:color w:val="222222"/>
        </w:rPr>
        <w:t xml:space="preserve"> </w:t>
      </w:r>
      <w:r w:rsidRPr="00116BFD">
        <w:rPr>
          <w:rFonts w:ascii="Kalimati" w:hAnsi="Kalimati"/>
          <w:color w:val="222222"/>
          <w:cs/>
          <w:lang w:bidi="hi-IN"/>
        </w:rPr>
        <w:t>सम्झनुपर्छ</w:t>
      </w:r>
      <w:r w:rsidRPr="00116BFD">
        <w:rPr>
          <w:rFonts w:ascii="Kalimati" w:hAnsi="Kalimati"/>
          <w:color w:val="222222"/>
        </w:rPr>
        <w:t xml:space="preserve"> </w:t>
      </w:r>
      <w:r w:rsidRPr="00116BFD">
        <w:rPr>
          <w:rFonts w:ascii="Kalimati" w:hAnsi="Kalimati"/>
          <w:color w:val="222222"/>
          <w:cs/>
          <w:lang w:bidi="hi-IN"/>
        </w:rPr>
        <w:t>।</w:t>
      </w:r>
    </w:p>
    <w:p w:rsidR="00116BFD" w:rsidRPr="00116BFD" w:rsidRDefault="00116BFD" w:rsidP="00116BFD">
      <w:pPr>
        <w:spacing w:before="40"/>
        <w:ind w:left="288"/>
        <w:jc w:val="both"/>
        <w:rPr>
          <w:rFonts w:hint="eastAsia"/>
        </w:rPr>
      </w:pPr>
      <w:r w:rsidRPr="00116BFD">
        <w:rPr>
          <w:rFonts w:ascii="Kalimati" w:hAnsi="Kalimati"/>
          <w:color w:val="222222"/>
          <w:cs/>
          <w:lang w:bidi="hi-IN"/>
        </w:rPr>
        <w:t>५</w:t>
      </w:r>
      <w:r w:rsidRPr="00116BFD">
        <w:rPr>
          <w:rFonts w:ascii="Kalimati" w:hAnsi="Kalimati"/>
          <w:color w:val="222222"/>
        </w:rPr>
        <w:t>. '</w:t>
      </w:r>
      <w:r w:rsidRPr="00116BFD">
        <w:rPr>
          <w:rFonts w:ascii="Kalimati" w:hAnsi="Kalimati"/>
          <w:color w:val="222222"/>
          <w:cs/>
          <w:lang w:bidi="hi-IN"/>
        </w:rPr>
        <w:t>बैठक</w:t>
      </w:r>
      <w:r w:rsidRPr="00116BFD">
        <w:rPr>
          <w:rFonts w:ascii="Kalimati" w:hAnsi="Kalimati"/>
          <w:color w:val="222222"/>
        </w:rPr>
        <w:t xml:space="preserve">' </w:t>
      </w:r>
      <w:r w:rsidRPr="00116BFD">
        <w:rPr>
          <w:rFonts w:ascii="Kalimati" w:hAnsi="Kalimati"/>
          <w:color w:val="222222"/>
          <w:cs/>
          <w:lang w:bidi="hi-IN"/>
        </w:rPr>
        <w:t>भन्नाले</w:t>
      </w:r>
      <w:r w:rsidRPr="00116BFD">
        <w:rPr>
          <w:rFonts w:ascii="Kalimati" w:hAnsi="Kalimati"/>
          <w:color w:val="222222"/>
        </w:rPr>
        <w:t xml:space="preserve"> </w:t>
      </w:r>
      <w:r w:rsidRPr="00116BFD">
        <w:rPr>
          <w:rFonts w:ascii="Kalimati" w:hAnsi="Kalimati"/>
          <w:color w:val="222222"/>
          <w:cs/>
          <w:lang w:bidi="hi-IN"/>
        </w:rPr>
        <w:t>संस्थाको</w:t>
      </w:r>
      <w:r w:rsidRPr="00116BFD">
        <w:rPr>
          <w:rFonts w:ascii="Kalimati" w:hAnsi="Kalimati"/>
          <w:color w:val="222222"/>
        </w:rPr>
        <w:t xml:space="preserve"> </w:t>
      </w:r>
      <w:r w:rsidRPr="00116BFD">
        <w:rPr>
          <w:rFonts w:ascii="Kalimati" w:hAnsi="Kalimati"/>
          <w:color w:val="222222"/>
          <w:cs/>
          <w:lang w:bidi="hi-IN"/>
        </w:rPr>
        <w:t>संयुक्त</w:t>
      </w:r>
      <w:r w:rsidRPr="00116BFD">
        <w:rPr>
          <w:rFonts w:ascii="Kalimati" w:hAnsi="Kalimati"/>
          <w:color w:val="222222"/>
        </w:rPr>
        <w:t xml:space="preserve"> </w:t>
      </w:r>
      <w:r w:rsidRPr="00116BFD">
        <w:rPr>
          <w:rFonts w:ascii="Kalimati" w:hAnsi="Kalimati"/>
          <w:color w:val="222222"/>
          <w:cs/>
          <w:lang w:bidi="hi-IN"/>
        </w:rPr>
        <w:t>वा</w:t>
      </w:r>
      <w:r w:rsidRPr="00116BFD">
        <w:rPr>
          <w:rFonts w:ascii="Kalimati" w:hAnsi="Kalimati"/>
          <w:color w:val="222222"/>
        </w:rPr>
        <w:t xml:space="preserve"> </w:t>
      </w:r>
      <w:r w:rsidRPr="00116BFD">
        <w:rPr>
          <w:rFonts w:ascii="Kalimati" w:hAnsi="Kalimati"/>
          <w:color w:val="222222"/>
          <w:cs/>
          <w:lang w:bidi="hi-IN"/>
        </w:rPr>
        <w:t>छुट्टाछुट्टै</w:t>
      </w:r>
      <w:r w:rsidRPr="00116BFD">
        <w:rPr>
          <w:rFonts w:ascii="Kalimati" w:hAnsi="Kalimati"/>
          <w:color w:val="222222"/>
        </w:rPr>
        <w:t xml:space="preserve"> </w:t>
      </w:r>
      <w:r w:rsidRPr="00116BFD">
        <w:rPr>
          <w:rFonts w:ascii="Kalimati" w:hAnsi="Kalimati"/>
          <w:color w:val="222222"/>
          <w:cs/>
          <w:lang w:bidi="hi-IN"/>
        </w:rPr>
        <w:t>बैठक</w:t>
      </w:r>
      <w:r w:rsidRPr="00116BFD">
        <w:rPr>
          <w:rFonts w:ascii="Kalimati" w:hAnsi="Kalimati"/>
          <w:color w:val="222222"/>
        </w:rPr>
        <w:t xml:space="preserve"> </w:t>
      </w:r>
      <w:r w:rsidRPr="00116BFD">
        <w:rPr>
          <w:rFonts w:ascii="Kalimati" w:hAnsi="Kalimati"/>
          <w:color w:val="222222"/>
          <w:cs/>
          <w:lang w:bidi="hi-IN"/>
        </w:rPr>
        <w:t>सम्झनुपर्छ</w:t>
      </w:r>
      <w:r w:rsidRPr="00116BFD">
        <w:rPr>
          <w:rFonts w:ascii="Kalimati" w:hAnsi="Kalimati"/>
          <w:color w:val="222222"/>
        </w:rPr>
        <w:t xml:space="preserve"> </w:t>
      </w:r>
      <w:r w:rsidRPr="00116BFD">
        <w:rPr>
          <w:rFonts w:ascii="Kalimati" w:hAnsi="Kalimati"/>
          <w:color w:val="222222"/>
          <w:cs/>
          <w:lang w:bidi="hi-IN"/>
        </w:rPr>
        <w:t>।</w:t>
      </w:r>
    </w:p>
    <w:p w:rsidR="00116BFD" w:rsidRPr="00116BFD" w:rsidRDefault="00116BFD" w:rsidP="00116BFD">
      <w:pPr>
        <w:spacing w:before="40"/>
        <w:ind w:left="288"/>
        <w:jc w:val="both"/>
        <w:rPr>
          <w:rFonts w:hint="eastAsia"/>
        </w:rPr>
      </w:pPr>
      <w:r w:rsidRPr="00116BFD">
        <w:rPr>
          <w:rFonts w:ascii="Kalimati" w:hAnsi="Kalimati"/>
          <w:color w:val="222222"/>
          <w:cs/>
          <w:lang w:bidi="hi-IN"/>
        </w:rPr>
        <w:t>६</w:t>
      </w:r>
      <w:r w:rsidRPr="00116BFD">
        <w:rPr>
          <w:rFonts w:ascii="Kalimati" w:hAnsi="Kalimati"/>
          <w:color w:val="222222"/>
        </w:rPr>
        <w:t>. '</w:t>
      </w:r>
      <w:r w:rsidRPr="00116BFD">
        <w:rPr>
          <w:rFonts w:ascii="Kalimati" w:hAnsi="Kalimati"/>
          <w:color w:val="222222"/>
          <w:cs/>
          <w:lang w:bidi="hi-IN"/>
        </w:rPr>
        <w:t>पदाधिकारी</w:t>
      </w:r>
      <w:r w:rsidRPr="00116BFD">
        <w:rPr>
          <w:rFonts w:ascii="Kalimati" w:hAnsi="Kalimati"/>
          <w:color w:val="222222"/>
        </w:rPr>
        <w:t xml:space="preserve">' </w:t>
      </w:r>
      <w:r w:rsidRPr="00116BFD">
        <w:rPr>
          <w:rFonts w:ascii="Kalimati" w:hAnsi="Kalimati"/>
          <w:color w:val="222222"/>
          <w:cs/>
          <w:lang w:bidi="hi-IN"/>
        </w:rPr>
        <w:t>भन्नाले</w:t>
      </w:r>
      <w:r w:rsidRPr="00116BFD">
        <w:rPr>
          <w:rFonts w:ascii="Kalimati" w:hAnsi="Kalimati"/>
          <w:color w:val="222222"/>
        </w:rPr>
        <w:t xml:space="preserve"> </w:t>
      </w:r>
      <w:r w:rsidRPr="00116BFD">
        <w:rPr>
          <w:rFonts w:ascii="Kalimati" w:hAnsi="Kalimati"/>
          <w:color w:val="222222"/>
          <w:cs/>
          <w:lang w:bidi="hi-IN"/>
        </w:rPr>
        <w:t>कार्यसमितिका</w:t>
      </w:r>
      <w:r w:rsidRPr="00116BFD">
        <w:rPr>
          <w:rFonts w:ascii="Kalimati" w:hAnsi="Kalimati"/>
          <w:color w:val="222222"/>
        </w:rPr>
        <w:t xml:space="preserve"> </w:t>
      </w:r>
      <w:r w:rsidRPr="00116BFD">
        <w:rPr>
          <w:rFonts w:ascii="Kalimati" w:hAnsi="Kalimati"/>
          <w:color w:val="222222"/>
          <w:cs/>
          <w:lang w:bidi="hi-IN"/>
        </w:rPr>
        <w:t>अध्यक्ष</w:t>
      </w:r>
      <w:r w:rsidRPr="00116BFD">
        <w:rPr>
          <w:rFonts w:ascii="Kalimati" w:hAnsi="Kalimati"/>
          <w:color w:val="222222"/>
        </w:rPr>
        <w:t xml:space="preserve">, </w:t>
      </w:r>
      <w:r w:rsidRPr="00116BFD">
        <w:rPr>
          <w:rFonts w:ascii="Kalimati" w:hAnsi="Kalimati"/>
          <w:color w:val="222222"/>
          <w:cs/>
          <w:lang w:bidi="hi-IN"/>
        </w:rPr>
        <w:t>कोषाध्यक्ष</w:t>
      </w:r>
      <w:r w:rsidRPr="00116BFD">
        <w:rPr>
          <w:rFonts w:ascii="Kalimati" w:hAnsi="Kalimati"/>
          <w:color w:val="222222"/>
        </w:rPr>
        <w:t xml:space="preserve">, </w:t>
      </w:r>
      <w:r w:rsidRPr="00116BFD">
        <w:rPr>
          <w:rFonts w:ascii="Kalimati" w:hAnsi="Kalimati"/>
          <w:color w:val="222222"/>
          <w:cs/>
          <w:lang w:bidi="hi-IN"/>
        </w:rPr>
        <w:t>सचिव</w:t>
      </w:r>
      <w:r w:rsidRPr="00116BFD">
        <w:rPr>
          <w:rFonts w:ascii="Kalimati" w:hAnsi="Kalimati"/>
          <w:color w:val="222222"/>
        </w:rPr>
        <w:t xml:space="preserve"> </w:t>
      </w:r>
      <w:r w:rsidRPr="00116BFD">
        <w:rPr>
          <w:rFonts w:ascii="Kalimati" w:hAnsi="Kalimati"/>
          <w:color w:val="222222"/>
          <w:cs/>
          <w:lang w:bidi="hi-IN"/>
        </w:rPr>
        <w:t>र</w:t>
      </w:r>
      <w:r w:rsidRPr="00116BFD">
        <w:rPr>
          <w:rFonts w:ascii="Kalimati" w:hAnsi="Kalimati"/>
          <w:color w:val="222222"/>
        </w:rPr>
        <w:t xml:space="preserve"> </w:t>
      </w:r>
      <w:r w:rsidRPr="00116BFD">
        <w:rPr>
          <w:rFonts w:ascii="Kalimati" w:hAnsi="Kalimati"/>
          <w:color w:val="222222"/>
          <w:cs/>
          <w:lang w:bidi="hi-IN"/>
        </w:rPr>
        <w:t>सदस्यहरुलाई</w:t>
      </w:r>
      <w:r w:rsidRPr="00116BFD">
        <w:rPr>
          <w:rFonts w:ascii="Kalimati" w:hAnsi="Kalimati"/>
          <w:color w:val="222222"/>
        </w:rPr>
        <w:t xml:space="preserve"> </w:t>
      </w:r>
      <w:r w:rsidRPr="00116BFD">
        <w:rPr>
          <w:rFonts w:ascii="Kalimati" w:hAnsi="Kalimati"/>
          <w:color w:val="222222"/>
          <w:cs/>
          <w:lang w:bidi="hi-IN"/>
        </w:rPr>
        <w:t>जनाउँछ</w:t>
      </w:r>
      <w:r w:rsidRPr="00116BFD">
        <w:rPr>
          <w:rFonts w:ascii="Kalimati" w:hAnsi="Kalimati"/>
          <w:color w:val="222222"/>
        </w:rPr>
        <w:t xml:space="preserve"> </w:t>
      </w:r>
      <w:r w:rsidRPr="00116BFD">
        <w:rPr>
          <w:rFonts w:ascii="Kalimati" w:hAnsi="Kalimati"/>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३</w:t>
      </w:r>
      <w:r>
        <w:rPr>
          <w:rFonts w:ascii="Kalimati" w:hAnsi="Kalimati"/>
          <w:b/>
          <w:color w:val="222222"/>
          <w:sz w:val="24"/>
        </w:rPr>
        <w:t xml:space="preserve">. </w:t>
      </w:r>
      <w:r>
        <w:rPr>
          <w:rFonts w:ascii="Kalimati" w:hAnsi="Kalimati"/>
          <w:b/>
          <w:bCs/>
          <w:color w:val="222222"/>
          <w:sz w:val="24"/>
          <w:szCs w:val="24"/>
          <w:cs/>
          <w:lang w:bidi="hi-IN"/>
        </w:rPr>
        <w:t>संगठित</w:t>
      </w:r>
      <w:r>
        <w:rPr>
          <w:rFonts w:ascii="Kalimati" w:hAnsi="Kalimati"/>
          <w:b/>
          <w:color w:val="222222"/>
          <w:sz w:val="24"/>
        </w:rPr>
        <w:t xml:space="preserve"> </w:t>
      </w:r>
      <w:r>
        <w:rPr>
          <w:rFonts w:ascii="Kalimati" w:hAnsi="Kalimati"/>
          <w:b/>
          <w:bCs/>
          <w:color w:val="222222"/>
          <w:sz w:val="24"/>
          <w:szCs w:val="24"/>
          <w:cs/>
          <w:lang w:bidi="hi-IN"/>
        </w:rPr>
        <w:t>संस्था</w:t>
      </w:r>
      <w:r>
        <w:rPr>
          <w:rFonts w:ascii="Kalimati" w:hAnsi="Kalimati"/>
          <w:b/>
          <w:color w:val="222222"/>
          <w:sz w:val="24"/>
        </w:rPr>
        <w:t xml:space="preserve"> </w:t>
      </w:r>
      <w:r>
        <w:rPr>
          <w:rFonts w:ascii="Kalimati" w:hAnsi="Kalimati"/>
          <w:b/>
          <w:bCs/>
          <w:color w:val="222222"/>
          <w:sz w:val="24"/>
          <w:szCs w:val="24"/>
          <w:cs/>
          <w:lang w:bidi="hi-IN"/>
        </w:rPr>
        <w:t>हुने</w:t>
      </w:r>
      <w:r>
        <w:rPr>
          <w:rFonts w:ascii="Kalimati" w:hAnsi="Kalimati"/>
          <w:b/>
          <w:color w:val="222222"/>
          <w:sz w:val="24"/>
        </w:rPr>
        <w:t xml:space="preserve"> :</w:t>
      </w:r>
    </w:p>
    <w:p w:rsidR="00116BFD" w:rsidRPr="00116BFD" w:rsidRDefault="00116BFD" w:rsidP="00116BFD">
      <w:pPr>
        <w:spacing w:before="40"/>
        <w:jc w:val="both"/>
        <w:rPr>
          <w:rFonts w:hint="eastAsia"/>
          <w:b/>
        </w:rPr>
      </w:pPr>
      <w:r w:rsidRPr="00116BFD">
        <w:rPr>
          <w:rFonts w:ascii="Kalimati" w:hAnsi="Kalimati"/>
          <w:b/>
          <w:color w:val="222222"/>
        </w:rPr>
        <w:t>(</w:t>
      </w:r>
      <w:r w:rsidRPr="00116BFD">
        <w:rPr>
          <w:rFonts w:ascii="Kalimati" w:hAnsi="Kalimati"/>
          <w:b/>
          <w:color w:val="222222"/>
          <w:cs/>
          <w:lang w:bidi="hi-IN"/>
        </w:rPr>
        <w:t>क</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आफ्नो</w:t>
      </w:r>
      <w:r w:rsidRPr="00116BFD">
        <w:rPr>
          <w:rFonts w:ascii="Kalimati" w:hAnsi="Kalimati"/>
          <w:b/>
          <w:color w:val="222222"/>
        </w:rPr>
        <w:t xml:space="preserve"> </w:t>
      </w:r>
      <w:r w:rsidRPr="00116BFD">
        <w:rPr>
          <w:rFonts w:ascii="Kalimati" w:hAnsi="Kalimati"/>
          <w:b/>
          <w:color w:val="222222"/>
          <w:cs/>
          <w:lang w:bidi="hi-IN"/>
        </w:rPr>
        <w:t>छुट्टै</w:t>
      </w:r>
      <w:r w:rsidRPr="00116BFD">
        <w:rPr>
          <w:rFonts w:ascii="Kalimati" w:hAnsi="Kalimati"/>
          <w:b/>
          <w:color w:val="222222"/>
        </w:rPr>
        <w:t xml:space="preserve"> </w:t>
      </w:r>
      <w:r w:rsidRPr="00116BFD">
        <w:rPr>
          <w:rFonts w:ascii="Kalimati" w:hAnsi="Kalimati"/>
          <w:b/>
          <w:color w:val="222222"/>
          <w:cs/>
          <w:lang w:bidi="hi-IN"/>
        </w:rPr>
        <w:t>छाप</w:t>
      </w:r>
      <w:r w:rsidRPr="00116BFD">
        <w:rPr>
          <w:rFonts w:ascii="Kalimati" w:hAnsi="Kalimati"/>
          <w:b/>
          <w:color w:val="222222"/>
        </w:rPr>
        <w:t xml:space="preserve"> </w:t>
      </w:r>
      <w:r w:rsidRPr="00116BFD">
        <w:rPr>
          <w:rFonts w:ascii="Kalimati" w:hAnsi="Kalimati"/>
          <w:b/>
          <w:color w:val="222222"/>
          <w:cs/>
          <w:lang w:bidi="hi-IN"/>
        </w:rPr>
        <w:t>हुनेछ</w:t>
      </w:r>
      <w:r w:rsidRPr="00116BFD">
        <w:rPr>
          <w:rFonts w:ascii="Kalimati" w:hAnsi="Kalimati"/>
          <w:b/>
          <w:color w:val="222222"/>
        </w:rPr>
        <w:t xml:space="preserve"> </w:t>
      </w:r>
      <w:r w:rsidRPr="00116BFD">
        <w:rPr>
          <w:rFonts w:ascii="Kalimati" w:hAnsi="Kalimati"/>
          <w:b/>
          <w:color w:val="222222"/>
          <w:cs/>
          <w:lang w:bidi="hi-IN"/>
        </w:rPr>
        <w:t>।</w:t>
      </w:r>
      <w:r w:rsidRPr="00116BFD">
        <w:rPr>
          <w:rFonts w:ascii="Kalimati" w:hAnsi="Kalimati"/>
          <w:b/>
          <w:color w:val="222222"/>
        </w:rPr>
        <w:t xml:space="preserve"> </w:t>
      </w:r>
      <w:r w:rsidRPr="00116BFD">
        <w:rPr>
          <w:rFonts w:ascii="Kalimati" w:hAnsi="Kalimati"/>
          <w:b/>
          <w:color w:val="222222"/>
          <w:cs/>
          <w:lang w:bidi="hi-IN"/>
        </w:rPr>
        <w:t>साथै</w:t>
      </w:r>
      <w:r w:rsidRPr="00116BFD">
        <w:rPr>
          <w:rFonts w:ascii="Kalimati" w:hAnsi="Kalimati"/>
          <w:b/>
          <w:color w:val="222222"/>
        </w:rPr>
        <w:t xml:space="preserve"> </w:t>
      </w:r>
      <w:r w:rsidRPr="00116BFD">
        <w:rPr>
          <w:rFonts w:ascii="Kalimati" w:hAnsi="Kalimati"/>
          <w:b/>
          <w:color w:val="222222"/>
          <w:cs/>
          <w:lang w:bidi="hi-IN"/>
        </w:rPr>
        <w:t>संस्थाले</w:t>
      </w:r>
      <w:r w:rsidRPr="00116BFD">
        <w:rPr>
          <w:rFonts w:ascii="Kalimati" w:hAnsi="Kalimati"/>
          <w:b/>
          <w:color w:val="222222"/>
        </w:rPr>
        <w:t xml:space="preserve"> </w:t>
      </w:r>
      <w:r w:rsidRPr="00116BFD">
        <w:rPr>
          <w:rFonts w:ascii="Kalimati" w:hAnsi="Kalimati"/>
          <w:b/>
          <w:color w:val="222222"/>
          <w:cs/>
          <w:lang w:bidi="hi-IN"/>
        </w:rPr>
        <w:t>व्यक्ति</w:t>
      </w:r>
      <w:r w:rsidRPr="00116BFD">
        <w:rPr>
          <w:rFonts w:ascii="Kalimati" w:hAnsi="Kalimati"/>
          <w:b/>
          <w:color w:val="222222"/>
        </w:rPr>
        <w:t xml:space="preserve"> </w:t>
      </w:r>
      <w:r w:rsidRPr="00116BFD">
        <w:rPr>
          <w:rFonts w:ascii="Kalimati" w:hAnsi="Kalimati"/>
          <w:b/>
          <w:color w:val="222222"/>
          <w:cs/>
          <w:lang w:bidi="hi-IN"/>
        </w:rPr>
        <w:t>सरह</w:t>
      </w:r>
      <w:r w:rsidRPr="00116BFD">
        <w:rPr>
          <w:rFonts w:ascii="Kalimati" w:hAnsi="Kalimati"/>
          <w:b/>
          <w:color w:val="222222"/>
        </w:rPr>
        <w:t xml:space="preserve"> </w:t>
      </w:r>
      <w:r w:rsidRPr="00116BFD">
        <w:rPr>
          <w:rFonts w:ascii="Kalimati" w:hAnsi="Kalimati"/>
          <w:b/>
          <w:color w:val="222222"/>
          <w:cs/>
          <w:lang w:bidi="hi-IN"/>
        </w:rPr>
        <w:t>आफ्नो</w:t>
      </w:r>
      <w:r w:rsidRPr="00116BFD">
        <w:rPr>
          <w:rFonts w:ascii="Kalimati" w:hAnsi="Kalimati"/>
          <w:b/>
          <w:color w:val="222222"/>
        </w:rPr>
        <w:t xml:space="preserve"> </w:t>
      </w:r>
      <w:r w:rsidRPr="00116BFD">
        <w:rPr>
          <w:rFonts w:ascii="Kalimati" w:hAnsi="Kalimati"/>
          <w:b/>
          <w:color w:val="222222"/>
          <w:cs/>
          <w:lang w:bidi="hi-IN"/>
        </w:rPr>
        <w:t>नामबाट</w:t>
      </w:r>
      <w:r w:rsidRPr="00116BFD">
        <w:rPr>
          <w:rFonts w:ascii="Kalimati" w:hAnsi="Kalimati"/>
          <w:b/>
          <w:color w:val="222222"/>
        </w:rPr>
        <w:t xml:space="preserve"> </w:t>
      </w:r>
      <w:r w:rsidRPr="00116BFD">
        <w:rPr>
          <w:rFonts w:ascii="Kalimati" w:hAnsi="Kalimati"/>
          <w:b/>
          <w:color w:val="222222"/>
          <w:cs/>
          <w:lang w:bidi="hi-IN"/>
        </w:rPr>
        <w:t>कार्य</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सक्नेछ</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jc w:val="both"/>
        <w:rPr>
          <w:rFonts w:hint="eastAsia"/>
          <w:b/>
        </w:rPr>
      </w:pPr>
      <w:r w:rsidRPr="00116BFD">
        <w:rPr>
          <w:rFonts w:ascii="Kalimati" w:hAnsi="Kalimati"/>
          <w:b/>
          <w:color w:val="222222"/>
        </w:rPr>
        <w:t>(</w:t>
      </w:r>
      <w:r w:rsidRPr="00116BFD">
        <w:rPr>
          <w:rFonts w:ascii="Kalimati" w:hAnsi="Kalimati"/>
          <w:b/>
          <w:color w:val="222222"/>
          <w:cs/>
          <w:lang w:bidi="hi-IN"/>
        </w:rPr>
        <w:t>ख</w:t>
      </w:r>
      <w:r w:rsidRPr="00116BFD">
        <w:rPr>
          <w:rFonts w:ascii="Kalimati" w:hAnsi="Kalimati"/>
          <w:b/>
          <w:color w:val="222222"/>
        </w:rPr>
        <w:t xml:space="preserve">) </w:t>
      </w:r>
      <w:r w:rsidRPr="00116BFD">
        <w:rPr>
          <w:rFonts w:ascii="Kalimati" w:hAnsi="Kalimati"/>
          <w:b/>
          <w:color w:val="222222"/>
          <w:cs/>
          <w:lang w:bidi="hi-IN"/>
        </w:rPr>
        <w:t>संस्थाले</w:t>
      </w:r>
      <w:r w:rsidRPr="00116BFD">
        <w:rPr>
          <w:rFonts w:ascii="Kalimati" w:hAnsi="Kalimati"/>
          <w:b/>
          <w:color w:val="222222"/>
        </w:rPr>
        <w:t xml:space="preserve"> </w:t>
      </w:r>
      <w:r w:rsidRPr="00116BFD">
        <w:rPr>
          <w:rFonts w:ascii="Kalimati" w:hAnsi="Kalimati"/>
          <w:b/>
          <w:color w:val="222222"/>
          <w:cs/>
          <w:lang w:bidi="hi-IN"/>
        </w:rPr>
        <w:t>चल</w:t>
      </w:r>
      <w:r w:rsidRPr="00116BFD">
        <w:rPr>
          <w:rFonts w:ascii="Kalimati" w:hAnsi="Kalimati"/>
          <w:b/>
          <w:color w:val="222222"/>
        </w:rPr>
        <w:t>-</w:t>
      </w:r>
      <w:r w:rsidRPr="00116BFD">
        <w:rPr>
          <w:rFonts w:ascii="Kalimati" w:hAnsi="Kalimati"/>
          <w:b/>
          <w:color w:val="222222"/>
          <w:cs/>
          <w:lang w:bidi="hi-IN"/>
        </w:rPr>
        <w:t>अचल</w:t>
      </w:r>
      <w:r w:rsidRPr="00116BFD">
        <w:rPr>
          <w:rFonts w:ascii="Kalimati" w:hAnsi="Kalimati"/>
          <w:b/>
          <w:color w:val="222222"/>
        </w:rPr>
        <w:t xml:space="preserve"> </w:t>
      </w:r>
      <w:r w:rsidRPr="00116BFD">
        <w:rPr>
          <w:rFonts w:ascii="Kalimati" w:hAnsi="Kalimati"/>
          <w:b/>
          <w:color w:val="222222"/>
          <w:cs/>
          <w:lang w:bidi="hi-IN"/>
        </w:rPr>
        <w:t>सम्पत्ति</w:t>
      </w:r>
      <w:r w:rsidRPr="00116BFD">
        <w:rPr>
          <w:rFonts w:ascii="Kalimati" w:hAnsi="Kalimati"/>
          <w:b/>
          <w:color w:val="222222"/>
        </w:rPr>
        <w:t xml:space="preserve"> </w:t>
      </w:r>
      <w:r w:rsidRPr="00116BFD">
        <w:rPr>
          <w:rFonts w:ascii="Kalimati" w:hAnsi="Kalimati"/>
          <w:b/>
          <w:color w:val="222222"/>
          <w:cs/>
          <w:lang w:bidi="hi-IN"/>
        </w:rPr>
        <w:t>प्राप्त</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उपयोग</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सक्नेछ</w:t>
      </w:r>
      <w:r w:rsidRPr="00116BFD">
        <w:rPr>
          <w:rFonts w:ascii="Kalimati" w:hAnsi="Kalimati"/>
          <w:b/>
          <w:color w:val="222222"/>
        </w:rPr>
        <w:t xml:space="preserve"> </w:t>
      </w:r>
      <w:r w:rsidRPr="00116BFD">
        <w:rPr>
          <w:rFonts w:ascii="Kalimati" w:hAnsi="Kalimati"/>
          <w:b/>
          <w:color w:val="222222"/>
          <w:cs/>
          <w:lang w:bidi="hi-IN"/>
        </w:rPr>
        <w:t>।</w:t>
      </w:r>
      <w:r w:rsidRPr="00116BFD">
        <w:rPr>
          <w:rFonts w:ascii="Kalimati" w:hAnsi="Kalimati"/>
          <w:b/>
          <w:color w:val="222222"/>
        </w:rPr>
        <w:t xml:space="preserve"> </w:t>
      </w:r>
      <w:r w:rsidRPr="00116BFD">
        <w:rPr>
          <w:rFonts w:ascii="Kalimati" w:hAnsi="Kalimati"/>
          <w:b/>
          <w:color w:val="222222"/>
          <w:cs/>
          <w:lang w:bidi="hi-IN"/>
        </w:rPr>
        <w:t>तर</w:t>
      </w:r>
      <w:r w:rsidRPr="00116BFD">
        <w:rPr>
          <w:rFonts w:ascii="Kalimati" w:hAnsi="Kalimati"/>
          <w:b/>
          <w:color w:val="222222"/>
        </w:rPr>
        <w:t xml:space="preserve"> </w:t>
      </w:r>
      <w:r w:rsidRPr="00116BFD">
        <w:rPr>
          <w:rFonts w:ascii="Kalimati" w:hAnsi="Kalimati"/>
          <w:b/>
          <w:color w:val="222222"/>
          <w:cs/>
          <w:lang w:bidi="hi-IN"/>
        </w:rPr>
        <w:t>संस्थाले</w:t>
      </w:r>
      <w:r w:rsidRPr="00116BFD">
        <w:rPr>
          <w:rFonts w:ascii="Kalimati" w:hAnsi="Kalimati"/>
          <w:b/>
          <w:color w:val="222222"/>
        </w:rPr>
        <w:t xml:space="preserve"> </w:t>
      </w:r>
      <w:r w:rsidRPr="00116BFD">
        <w:rPr>
          <w:rFonts w:ascii="Kalimati" w:hAnsi="Kalimati"/>
          <w:b/>
          <w:color w:val="222222"/>
          <w:cs/>
          <w:lang w:bidi="hi-IN"/>
        </w:rPr>
        <w:t>आफ्नो</w:t>
      </w:r>
      <w:r w:rsidRPr="00116BFD">
        <w:rPr>
          <w:rFonts w:ascii="Kalimati" w:hAnsi="Kalimati"/>
          <w:b/>
          <w:color w:val="222222"/>
        </w:rPr>
        <w:t xml:space="preserve"> </w:t>
      </w:r>
      <w:r w:rsidRPr="00116BFD">
        <w:rPr>
          <w:rFonts w:ascii="Kalimati" w:hAnsi="Kalimati"/>
          <w:b/>
          <w:color w:val="222222"/>
          <w:cs/>
          <w:lang w:bidi="hi-IN"/>
        </w:rPr>
        <w:t>अचल</w:t>
      </w:r>
      <w:r w:rsidRPr="00116BFD">
        <w:rPr>
          <w:rFonts w:ascii="Kalimati" w:hAnsi="Kalimati"/>
          <w:b/>
          <w:color w:val="222222"/>
        </w:rPr>
        <w:t xml:space="preserve"> </w:t>
      </w:r>
      <w:r w:rsidRPr="00116BFD">
        <w:rPr>
          <w:rFonts w:ascii="Kalimati" w:hAnsi="Kalimati"/>
          <w:b/>
          <w:color w:val="222222"/>
          <w:cs/>
          <w:lang w:bidi="hi-IN"/>
        </w:rPr>
        <w:t>सम्पत्ति</w:t>
      </w:r>
      <w:r w:rsidRPr="00116BFD">
        <w:rPr>
          <w:rFonts w:ascii="Kalimati" w:hAnsi="Kalimati"/>
          <w:b/>
          <w:color w:val="222222"/>
        </w:rPr>
        <w:t xml:space="preserve"> </w:t>
      </w:r>
      <w:r w:rsidRPr="00116BFD">
        <w:rPr>
          <w:rFonts w:ascii="Kalimati" w:hAnsi="Kalimati"/>
          <w:b/>
          <w:color w:val="222222"/>
          <w:cs/>
          <w:lang w:bidi="hi-IN"/>
        </w:rPr>
        <w:t>बिक्रि</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पाउने</w:t>
      </w:r>
      <w:r w:rsidRPr="00116BFD">
        <w:rPr>
          <w:rFonts w:ascii="Kalimati" w:hAnsi="Kalimati"/>
          <w:b/>
          <w:color w:val="222222"/>
        </w:rPr>
        <w:t xml:space="preserve"> </w:t>
      </w:r>
      <w:r w:rsidRPr="00116BFD">
        <w:rPr>
          <w:rFonts w:ascii="Kalimati" w:hAnsi="Kalimati"/>
          <w:b/>
          <w:color w:val="222222"/>
          <w:cs/>
          <w:lang w:bidi="hi-IN"/>
        </w:rPr>
        <w:t>छैन</w:t>
      </w:r>
      <w:r w:rsidRPr="00116BFD">
        <w:rPr>
          <w:rFonts w:ascii="Kalimati" w:hAnsi="Kalimati"/>
          <w:b/>
          <w:color w:val="222222"/>
        </w:rPr>
        <w:t xml:space="preserve"> </w:t>
      </w:r>
      <w:r w:rsidRPr="00116BFD">
        <w:rPr>
          <w:rFonts w:ascii="Kalimati" w:hAnsi="Kalimati"/>
          <w:b/>
          <w:color w:val="222222"/>
          <w:cs/>
          <w:lang w:bidi="hi-IN"/>
        </w:rPr>
        <w:t>।</w:t>
      </w:r>
      <w:r w:rsidRPr="00116BFD">
        <w:rPr>
          <w:rFonts w:ascii="Kalimati" w:hAnsi="Kalimati"/>
          <w:b/>
          <w:color w:val="222222"/>
        </w:rPr>
        <w:t xml:space="preserve"> </w:t>
      </w:r>
      <w:r w:rsidRPr="00116BFD">
        <w:rPr>
          <w:rFonts w:ascii="Kalimati" w:hAnsi="Kalimati"/>
          <w:b/>
          <w:color w:val="222222"/>
          <w:cs/>
          <w:lang w:bidi="hi-IN"/>
        </w:rPr>
        <w:t>संस्था</w:t>
      </w:r>
      <w:r w:rsidRPr="00116BFD">
        <w:rPr>
          <w:rFonts w:ascii="Kalimati" w:hAnsi="Kalimati"/>
          <w:b/>
          <w:color w:val="222222"/>
        </w:rPr>
        <w:t xml:space="preserve"> </w:t>
      </w:r>
      <w:r w:rsidRPr="00116BFD">
        <w:rPr>
          <w:rFonts w:ascii="Kalimati" w:hAnsi="Kalimati"/>
          <w:b/>
          <w:color w:val="222222"/>
          <w:cs/>
          <w:lang w:bidi="hi-IN"/>
        </w:rPr>
        <w:t>बिघठन</w:t>
      </w:r>
      <w:r w:rsidRPr="00116BFD">
        <w:rPr>
          <w:rFonts w:ascii="Kalimati" w:hAnsi="Kalimati"/>
          <w:b/>
          <w:color w:val="222222"/>
        </w:rPr>
        <w:t xml:space="preserve"> </w:t>
      </w:r>
      <w:r w:rsidRPr="00116BFD">
        <w:rPr>
          <w:rFonts w:ascii="Kalimati" w:hAnsi="Kalimati"/>
          <w:b/>
          <w:color w:val="222222"/>
          <w:cs/>
          <w:lang w:bidi="hi-IN"/>
        </w:rPr>
        <w:t>भए</w:t>
      </w:r>
      <w:r w:rsidRPr="00116BFD">
        <w:rPr>
          <w:rFonts w:ascii="Kalimati" w:hAnsi="Kalimati"/>
          <w:b/>
          <w:color w:val="222222"/>
        </w:rPr>
        <w:t xml:space="preserve"> </w:t>
      </w:r>
      <w:r w:rsidRPr="00116BFD">
        <w:rPr>
          <w:rFonts w:ascii="Kalimati" w:hAnsi="Kalimati"/>
          <w:b/>
          <w:color w:val="222222"/>
          <w:cs/>
          <w:lang w:bidi="hi-IN"/>
        </w:rPr>
        <w:t>सो</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सम्पूर्ण</w:t>
      </w:r>
      <w:r w:rsidRPr="00116BFD">
        <w:rPr>
          <w:rFonts w:ascii="Kalimati" w:hAnsi="Kalimati"/>
          <w:b/>
          <w:color w:val="222222"/>
        </w:rPr>
        <w:t xml:space="preserve"> </w:t>
      </w:r>
      <w:r w:rsidRPr="00116BFD">
        <w:rPr>
          <w:rFonts w:ascii="Kalimati" w:hAnsi="Kalimati"/>
          <w:b/>
          <w:color w:val="222222"/>
          <w:cs/>
          <w:lang w:bidi="hi-IN"/>
        </w:rPr>
        <w:t>चल</w:t>
      </w:r>
      <w:r w:rsidRPr="00116BFD">
        <w:rPr>
          <w:rFonts w:ascii="Kalimati" w:hAnsi="Kalimati"/>
          <w:b/>
          <w:color w:val="222222"/>
        </w:rPr>
        <w:t xml:space="preserve"> </w:t>
      </w:r>
      <w:r w:rsidRPr="00116BFD">
        <w:rPr>
          <w:rFonts w:ascii="Kalimati" w:hAnsi="Kalimati"/>
          <w:b/>
          <w:color w:val="222222"/>
          <w:cs/>
          <w:lang w:bidi="hi-IN"/>
        </w:rPr>
        <w:t>अचल</w:t>
      </w:r>
      <w:r w:rsidRPr="00116BFD">
        <w:rPr>
          <w:rFonts w:ascii="Kalimati" w:hAnsi="Kalimati"/>
          <w:b/>
          <w:color w:val="222222"/>
        </w:rPr>
        <w:t xml:space="preserve"> </w:t>
      </w:r>
      <w:r w:rsidRPr="00116BFD">
        <w:rPr>
          <w:rFonts w:ascii="Kalimati" w:hAnsi="Kalimati"/>
          <w:b/>
          <w:color w:val="222222"/>
          <w:cs/>
          <w:lang w:bidi="hi-IN"/>
        </w:rPr>
        <w:t>सम्पत्ति</w:t>
      </w:r>
      <w:r w:rsidRPr="00116BFD">
        <w:rPr>
          <w:rFonts w:ascii="Kalimati" w:hAnsi="Kalimati"/>
          <w:b/>
          <w:color w:val="222222"/>
        </w:rPr>
        <w:t xml:space="preserve"> </w:t>
      </w:r>
      <w:r w:rsidRPr="00116BFD">
        <w:rPr>
          <w:rFonts w:ascii="Kalimati" w:hAnsi="Kalimati"/>
          <w:b/>
          <w:color w:val="222222"/>
          <w:cs/>
          <w:lang w:bidi="hi-IN"/>
        </w:rPr>
        <w:t>गाउँपालिकामा</w:t>
      </w:r>
      <w:r w:rsidRPr="00116BFD">
        <w:rPr>
          <w:rFonts w:ascii="Kalimati" w:hAnsi="Kalimati"/>
          <w:b/>
          <w:color w:val="222222"/>
        </w:rPr>
        <w:t xml:space="preserve"> </w:t>
      </w:r>
      <w:r w:rsidRPr="00116BFD">
        <w:rPr>
          <w:rFonts w:ascii="Kalimati" w:hAnsi="Kalimati"/>
          <w:b/>
          <w:color w:val="222222"/>
          <w:cs/>
          <w:lang w:bidi="hi-IN"/>
        </w:rPr>
        <w:t>हस्तान्तरण</w:t>
      </w:r>
      <w:r w:rsidRPr="00116BFD">
        <w:rPr>
          <w:rFonts w:ascii="Kalimati" w:hAnsi="Kalimati"/>
          <w:b/>
          <w:color w:val="222222"/>
        </w:rPr>
        <w:t xml:space="preserve"> </w:t>
      </w:r>
      <w:r w:rsidRPr="00116BFD">
        <w:rPr>
          <w:rFonts w:ascii="Kalimati" w:hAnsi="Kalimati"/>
          <w:b/>
          <w:color w:val="222222"/>
          <w:cs/>
          <w:lang w:bidi="hi-IN"/>
        </w:rPr>
        <w:t>हुनेछ</w:t>
      </w:r>
      <w:r w:rsidRPr="00116BFD">
        <w:rPr>
          <w:rFonts w:ascii="Kalimati" w:hAnsi="Kalimati"/>
          <w:b/>
          <w:color w:val="222222"/>
        </w:rPr>
        <w:t xml:space="preserve"> </w:t>
      </w:r>
      <w:r w:rsidRPr="00116BFD">
        <w:rPr>
          <w:rFonts w:ascii="Kalimati" w:hAnsi="Kalimati"/>
          <w:b/>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४</w:t>
      </w:r>
      <w:r>
        <w:rPr>
          <w:rFonts w:ascii="Kalimati" w:hAnsi="Kalimati"/>
          <w:b/>
          <w:color w:val="222222"/>
          <w:sz w:val="24"/>
        </w:rPr>
        <w:t xml:space="preserve">. </w:t>
      </w:r>
      <w:r>
        <w:rPr>
          <w:rFonts w:ascii="Kalimati" w:hAnsi="Kalimati"/>
          <w:b/>
          <w:bCs/>
          <w:color w:val="222222"/>
          <w:sz w:val="24"/>
          <w:szCs w:val="24"/>
          <w:cs/>
          <w:lang w:bidi="hi-IN"/>
        </w:rPr>
        <w:t>संस्थाका</w:t>
      </w:r>
      <w:r>
        <w:rPr>
          <w:rFonts w:ascii="Kalimati" w:hAnsi="Kalimati"/>
          <w:b/>
          <w:color w:val="222222"/>
          <w:sz w:val="24"/>
        </w:rPr>
        <w:t xml:space="preserve"> </w:t>
      </w:r>
      <w:r>
        <w:rPr>
          <w:rFonts w:ascii="Kalimati" w:hAnsi="Kalimati"/>
          <w:b/>
          <w:bCs/>
          <w:color w:val="222222"/>
          <w:sz w:val="24"/>
          <w:szCs w:val="24"/>
          <w:cs/>
          <w:lang w:bidi="hi-IN"/>
        </w:rPr>
        <w:t>उद्देश्यहरु</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संस्थागत</w:t>
      </w:r>
      <w:r>
        <w:rPr>
          <w:rFonts w:ascii="Kalimati" w:hAnsi="Kalimati"/>
          <w:color w:val="222222"/>
        </w:rPr>
        <w:t xml:space="preserve">, </w:t>
      </w:r>
      <w:r>
        <w:rPr>
          <w:rFonts w:ascii="Kalimati" w:hAnsi="Kalimati"/>
          <w:color w:val="222222"/>
          <w:cs/>
          <w:lang w:bidi="hi-IN"/>
        </w:rPr>
        <w:t>सामाजिक</w:t>
      </w:r>
      <w:r>
        <w:rPr>
          <w:rFonts w:ascii="Kalimati" w:hAnsi="Kalimati"/>
          <w:color w:val="222222"/>
        </w:rPr>
        <w:t xml:space="preserve"> </w:t>
      </w:r>
      <w:r>
        <w:rPr>
          <w:rFonts w:ascii="Kalimati" w:hAnsi="Kalimati"/>
          <w:color w:val="222222"/>
          <w:cs/>
          <w:lang w:bidi="hi-IN"/>
        </w:rPr>
        <w:t>तथा</w:t>
      </w:r>
      <w:r>
        <w:rPr>
          <w:rFonts w:ascii="Kalimati" w:hAnsi="Kalimati"/>
          <w:color w:val="222222"/>
        </w:rPr>
        <w:t xml:space="preserve"> </w:t>
      </w:r>
      <w:r>
        <w:rPr>
          <w:rFonts w:ascii="Kalimati" w:hAnsi="Kalimati"/>
          <w:color w:val="222222"/>
          <w:cs/>
          <w:lang w:bidi="hi-IN"/>
        </w:rPr>
        <w:t>आर्थिक</w:t>
      </w:r>
      <w:r>
        <w:rPr>
          <w:rFonts w:ascii="Kalimati" w:hAnsi="Kalimati"/>
          <w:color w:val="222222"/>
        </w:rPr>
        <w:t xml:space="preserve"> </w:t>
      </w:r>
      <w:r>
        <w:rPr>
          <w:rFonts w:ascii="Kalimati" w:hAnsi="Kalimati"/>
          <w:color w:val="222222"/>
          <w:cs/>
          <w:lang w:bidi="hi-IN"/>
        </w:rPr>
        <w:t>विकासका</w:t>
      </w:r>
      <w:r>
        <w:rPr>
          <w:rFonts w:ascii="Kalimati" w:hAnsi="Kalimati"/>
          <w:color w:val="222222"/>
        </w:rPr>
        <w:t xml:space="preserve"> </w:t>
      </w:r>
      <w:r>
        <w:rPr>
          <w:rFonts w:ascii="Kalimati" w:hAnsi="Kalimati"/>
          <w:color w:val="222222"/>
          <w:cs/>
          <w:lang w:bidi="hi-IN"/>
        </w:rPr>
        <w:t>लागि</w:t>
      </w:r>
      <w:r>
        <w:rPr>
          <w:rFonts w:ascii="Kalimati" w:hAnsi="Kalimati"/>
          <w:color w:val="222222"/>
        </w:rPr>
        <w:t xml:space="preserve"> </w:t>
      </w:r>
      <w:r>
        <w:rPr>
          <w:rFonts w:ascii="Kalimati" w:hAnsi="Kalimati"/>
          <w:color w:val="222222"/>
          <w:cs/>
          <w:lang w:bidi="hi-IN"/>
        </w:rPr>
        <w:t>देहाय</w:t>
      </w:r>
      <w:r>
        <w:rPr>
          <w:rFonts w:ascii="Kalimati" w:hAnsi="Kalimati"/>
          <w:color w:val="222222"/>
        </w:rPr>
        <w:t xml:space="preserve"> </w:t>
      </w:r>
      <w:r>
        <w:rPr>
          <w:rFonts w:ascii="Kalimati" w:hAnsi="Kalimati"/>
          <w:color w:val="222222"/>
          <w:cs/>
          <w:lang w:bidi="hi-IN"/>
        </w:rPr>
        <w:t>बमोजिम</w:t>
      </w:r>
      <w:r>
        <w:rPr>
          <w:rFonts w:ascii="Kalimati" w:hAnsi="Kalimati"/>
          <w:color w:val="222222"/>
        </w:rPr>
        <w:t xml:space="preserve"> </w:t>
      </w:r>
      <w:r>
        <w:rPr>
          <w:rFonts w:ascii="Kalimati" w:hAnsi="Kalimati"/>
          <w:color w:val="222222"/>
          <w:cs/>
          <w:lang w:bidi="hi-IN"/>
        </w:rPr>
        <w:t>उद्देश्य</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क</w:t>
      </w:r>
      <w:r w:rsidRPr="00116BFD">
        <w:rPr>
          <w:rFonts w:ascii="Kalimati" w:hAnsi="Kalimati"/>
          <w:b/>
          <w:color w:val="222222"/>
        </w:rPr>
        <w:t xml:space="preserve">) </w:t>
      </w:r>
      <w:r w:rsidRPr="00116BFD">
        <w:rPr>
          <w:rFonts w:ascii="Kalimati" w:hAnsi="Kalimati"/>
          <w:b/>
          <w:color w:val="222222"/>
          <w:cs/>
          <w:lang w:bidi="hi-IN"/>
        </w:rPr>
        <w:t>टोलस्तरमा</w:t>
      </w:r>
      <w:r w:rsidRPr="00116BFD">
        <w:rPr>
          <w:rFonts w:ascii="Kalimati" w:hAnsi="Kalimati"/>
          <w:b/>
          <w:color w:val="222222"/>
        </w:rPr>
        <w:t xml:space="preserve"> </w:t>
      </w:r>
      <w:r w:rsidRPr="00116BFD">
        <w:rPr>
          <w:rFonts w:ascii="Kalimati" w:hAnsi="Kalimati"/>
          <w:b/>
          <w:color w:val="222222"/>
          <w:cs/>
          <w:lang w:bidi="hi-IN"/>
        </w:rPr>
        <w:t>सक्षम</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दिगो</w:t>
      </w:r>
      <w:r w:rsidRPr="00116BFD">
        <w:rPr>
          <w:rFonts w:ascii="Kalimati" w:hAnsi="Kalimati"/>
          <w:b/>
          <w:color w:val="222222"/>
        </w:rPr>
        <w:t xml:space="preserve"> </w:t>
      </w:r>
      <w:r w:rsidRPr="00116BFD">
        <w:rPr>
          <w:rFonts w:ascii="Kalimati" w:hAnsi="Kalimati"/>
          <w:b/>
          <w:color w:val="222222"/>
          <w:cs/>
          <w:lang w:bidi="hi-IN"/>
        </w:rPr>
        <w:t>स्वायत्त</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ख</w:t>
      </w:r>
      <w:r w:rsidRPr="00116BFD">
        <w:rPr>
          <w:rFonts w:ascii="Kalimati" w:hAnsi="Kalimati"/>
          <w:b/>
          <w:color w:val="222222"/>
        </w:rPr>
        <w:t xml:space="preserve">) </w:t>
      </w:r>
      <w:r w:rsidRPr="00116BFD">
        <w:rPr>
          <w:rFonts w:ascii="Kalimati" w:hAnsi="Kalimati"/>
          <w:b/>
          <w:color w:val="222222"/>
          <w:cs/>
          <w:lang w:bidi="hi-IN"/>
        </w:rPr>
        <w:t>टोलका</w:t>
      </w:r>
      <w:r w:rsidRPr="00116BFD">
        <w:rPr>
          <w:rFonts w:ascii="Kalimati" w:hAnsi="Kalimati"/>
          <w:b/>
          <w:color w:val="222222"/>
        </w:rPr>
        <w:t xml:space="preserve"> </w:t>
      </w:r>
      <w:r w:rsidRPr="00116BFD">
        <w:rPr>
          <w:rFonts w:ascii="Kalimati" w:hAnsi="Kalimati"/>
          <w:b/>
          <w:color w:val="222222"/>
          <w:cs/>
          <w:lang w:bidi="hi-IN"/>
        </w:rPr>
        <w:t>व्यक्तिहरुको</w:t>
      </w:r>
      <w:r w:rsidRPr="00116BFD">
        <w:rPr>
          <w:rFonts w:ascii="Kalimati" w:hAnsi="Kalimati"/>
          <w:b/>
          <w:color w:val="222222"/>
        </w:rPr>
        <w:t xml:space="preserve"> </w:t>
      </w:r>
      <w:r w:rsidRPr="00116BFD">
        <w:rPr>
          <w:rFonts w:ascii="Kalimati" w:hAnsi="Kalimati"/>
          <w:b/>
          <w:color w:val="222222"/>
          <w:cs/>
          <w:lang w:bidi="hi-IN"/>
        </w:rPr>
        <w:t>आयमा</w:t>
      </w:r>
      <w:r w:rsidRPr="00116BFD">
        <w:rPr>
          <w:rFonts w:ascii="Kalimati" w:hAnsi="Kalimati"/>
          <w:b/>
          <w:color w:val="222222"/>
        </w:rPr>
        <w:t xml:space="preserve"> </w:t>
      </w:r>
      <w:r w:rsidRPr="00116BFD">
        <w:rPr>
          <w:rFonts w:ascii="Kalimati" w:hAnsi="Kalimati"/>
          <w:b/>
          <w:color w:val="222222"/>
          <w:cs/>
          <w:lang w:bidi="hi-IN"/>
        </w:rPr>
        <w:t>वृद्धि</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कार्यक्रमको</w:t>
      </w:r>
      <w:r w:rsidRPr="00116BFD">
        <w:rPr>
          <w:rFonts w:ascii="Kalimati" w:hAnsi="Kalimati"/>
          <w:b/>
          <w:color w:val="222222"/>
        </w:rPr>
        <w:t xml:space="preserve"> </w:t>
      </w:r>
      <w:r w:rsidRPr="00116BFD">
        <w:rPr>
          <w:rFonts w:ascii="Kalimati" w:hAnsi="Kalimati"/>
          <w:b/>
          <w:color w:val="222222"/>
          <w:cs/>
          <w:lang w:bidi="hi-IN"/>
        </w:rPr>
        <w:t>संचालन</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गरिबी</w:t>
      </w:r>
      <w:r w:rsidRPr="00116BFD">
        <w:rPr>
          <w:rFonts w:ascii="Kalimati" w:hAnsi="Kalimati"/>
          <w:b/>
          <w:color w:val="222222"/>
        </w:rPr>
        <w:t xml:space="preserve"> </w:t>
      </w:r>
      <w:r w:rsidRPr="00116BFD">
        <w:rPr>
          <w:rFonts w:ascii="Kalimati" w:hAnsi="Kalimati"/>
          <w:b/>
          <w:color w:val="222222"/>
          <w:cs/>
          <w:lang w:bidi="hi-IN"/>
        </w:rPr>
        <w:t>न्यूनीकरणमा</w:t>
      </w:r>
      <w:r w:rsidRPr="00116BFD">
        <w:rPr>
          <w:rFonts w:ascii="Kalimati" w:hAnsi="Kalimati"/>
          <w:b/>
          <w:color w:val="222222"/>
        </w:rPr>
        <w:t xml:space="preserve"> </w:t>
      </w:r>
      <w:r w:rsidRPr="00116BFD">
        <w:rPr>
          <w:rFonts w:ascii="Kalimati" w:hAnsi="Kalimati"/>
          <w:b/>
          <w:color w:val="222222"/>
          <w:cs/>
          <w:lang w:bidi="hi-IN"/>
        </w:rPr>
        <w:t>मद्दत</w:t>
      </w:r>
      <w:r w:rsidRPr="00116BFD">
        <w:rPr>
          <w:rFonts w:ascii="Kalimati" w:hAnsi="Kalimati"/>
          <w:b/>
          <w:color w:val="222222"/>
        </w:rPr>
        <w:t xml:space="preserve"> </w:t>
      </w:r>
      <w:r w:rsidRPr="00116BFD">
        <w:rPr>
          <w:rFonts w:ascii="Kalimati" w:hAnsi="Kalimati"/>
          <w:b/>
          <w:color w:val="222222"/>
          <w:cs/>
          <w:lang w:bidi="hi-IN"/>
        </w:rPr>
        <w:t>पुर्याउने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ग</w:t>
      </w:r>
      <w:r w:rsidRPr="00116BFD">
        <w:rPr>
          <w:rFonts w:ascii="Kalimati" w:hAnsi="Kalimati"/>
          <w:b/>
          <w:color w:val="222222"/>
        </w:rPr>
        <w:t xml:space="preserve">) </w:t>
      </w:r>
      <w:r w:rsidRPr="00116BFD">
        <w:rPr>
          <w:rFonts w:ascii="Kalimati" w:hAnsi="Kalimati"/>
          <w:b/>
          <w:color w:val="222222"/>
          <w:cs/>
          <w:lang w:bidi="hi-IN"/>
        </w:rPr>
        <w:t>स्थानीय</w:t>
      </w:r>
      <w:r w:rsidRPr="00116BFD">
        <w:rPr>
          <w:rFonts w:ascii="Kalimati" w:hAnsi="Kalimati"/>
          <w:b/>
          <w:color w:val="222222"/>
        </w:rPr>
        <w:t xml:space="preserve"> </w:t>
      </w:r>
      <w:r w:rsidRPr="00116BFD">
        <w:rPr>
          <w:rFonts w:ascii="Kalimati" w:hAnsi="Kalimati"/>
          <w:b/>
          <w:color w:val="222222"/>
          <w:cs/>
          <w:lang w:bidi="hi-IN"/>
        </w:rPr>
        <w:t>स्तरको</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प्रक्रियालाई</w:t>
      </w:r>
      <w:r w:rsidRPr="00116BFD">
        <w:rPr>
          <w:rFonts w:ascii="Kalimati" w:hAnsi="Kalimati"/>
          <w:b/>
          <w:color w:val="222222"/>
        </w:rPr>
        <w:t xml:space="preserve"> </w:t>
      </w:r>
      <w:r w:rsidRPr="00116BFD">
        <w:rPr>
          <w:rFonts w:ascii="Kalimati" w:hAnsi="Kalimati"/>
          <w:b/>
          <w:color w:val="222222"/>
          <w:cs/>
          <w:lang w:bidi="hi-IN"/>
        </w:rPr>
        <w:t>दिगो</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आत्मनिर्भर</w:t>
      </w:r>
      <w:r w:rsidRPr="00116BFD">
        <w:rPr>
          <w:rFonts w:ascii="Kalimati" w:hAnsi="Kalimati"/>
          <w:b/>
          <w:color w:val="222222"/>
        </w:rPr>
        <w:t xml:space="preserve"> </w:t>
      </w:r>
      <w:r w:rsidRPr="00116BFD">
        <w:rPr>
          <w:rFonts w:ascii="Kalimati" w:hAnsi="Kalimati"/>
          <w:b/>
          <w:color w:val="222222"/>
          <w:cs/>
          <w:lang w:bidi="hi-IN"/>
        </w:rPr>
        <w:t>बनाउन</w:t>
      </w:r>
      <w:r w:rsidRPr="00116BFD">
        <w:rPr>
          <w:rFonts w:ascii="Kalimati" w:hAnsi="Kalimati"/>
          <w:b/>
          <w:color w:val="222222"/>
        </w:rPr>
        <w:t xml:space="preserve"> </w:t>
      </w:r>
      <w:r w:rsidRPr="00116BFD">
        <w:rPr>
          <w:rFonts w:ascii="Kalimati" w:hAnsi="Kalimati"/>
          <w:b/>
          <w:color w:val="222222"/>
          <w:cs/>
          <w:lang w:bidi="hi-IN"/>
        </w:rPr>
        <w:t>स्थानीय</w:t>
      </w:r>
      <w:r w:rsidRPr="00116BFD">
        <w:rPr>
          <w:rFonts w:ascii="Kalimati" w:hAnsi="Kalimati"/>
          <w:b/>
          <w:color w:val="222222"/>
        </w:rPr>
        <w:t xml:space="preserve"> </w:t>
      </w:r>
      <w:r w:rsidRPr="00116BFD">
        <w:rPr>
          <w:rFonts w:ascii="Kalimati" w:hAnsi="Kalimati"/>
          <w:b/>
          <w:color w:val="222222"/>
          <w:cs/>
          <w:lang w:bidi="hi-IN"/>
        </w:rPr>
        <w:t>स्तरको</w:t>
      </w:r>
      <w:r w:rsidRPr="00116BFD">
        <w:rPr>
          <w:rFonts w:ascii="Kalimati" w:hAnsi="Kalimati"/>
          <w:b/>
          <w:color w:val="222222"/>
        </w:rPr>
        <w:t xml:space="preserve"> </w:t>
      </w:r>
      <w:r w:rsidRPr="00116BFD">
        <w:rPr>
          <w:rFonts w:ascii="Kalimati" w:hAnsi="Kalimati"/>
          <w:b/>
          <w:color w:val="222222"/>
          <w:cs/>
          <w:lang w:bidi="hi-IN"/>
        </w:rPr>
        <w:t>समुदायको</w:t>
      </w:r>
      <w:r w:rsidRPr="00116BFD">
        <w:rPr>
          <w:rFonts w:ascii="Kalimati" w:hAnsi="Kalimati"/>
          <w:b/>
          <w:color w:val="222222"/>
        </w:rPr>
        <w:t xml:space="preserve"> </w:t>
      </w:r>
      <w:r w:rsidRPr="00116BFD">
        <w:rPr>
          <w:rFonts w:ascii="Kalimati" w:hAnsi="Kalimati"/>
          <w:b/>
          <w:color w:val="222222"/>
          <w:cs/>
          <w:lang w:bidi="hi-IN"/>
        </w:rPr>
        <w:t>व्यक्तिहरुको</w:t>
      </w:r>
      <w:r w:rsidRPr="00116BFD">
        <w:rPr>
          <w:rFonts w:ascii="Kalimati" w:hAnsi="Kalimati"/>
          <w:b/>
          <w:color w:val="222222"/>
        </w:rPr>
        <w:t xml:space="preserve"> </w:t>
      </w:r>
      <w:r w:rsidRPr="00116BFD">
        <w:rPr>
          <w:rFonts w:ascii="Kalimati" w:hAnsi="Kalimati"/>
          <w:b/>
          <w:color w:val="222222"/>
          <w:cs/>
          <w:lang w:bidi="hi-IN"/>
        </w:rPr>
        <w:t>क्षमता</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कार्यक्रम</w:t>
      </w:r>
      <w:r w:rsidRPr="00116BFD">
        <w:rPr>
          <w:rFonts w:ascii="Kalimati" w:hAnsi="Kalimati"/>
          <w:b/>
          <w:color w:val="222222"/>
        </w:rPr>
        <w:t xml:space="preserve"> </w:t>
      </w:r>
      <w:r w:rsidRPr="00116BFD">
        <w:rPr>
          <w:rFonts w:ascii="Kalimati" w:hAnsi="Kalimati"/>
          <w:b/>
          <w:color w:val="222222"/>
          <w:cs/>
          <w:lang w:bidi="hi-IN"/>
        </w:rPr>
        <w:t>कार्यान्वयनमा</w:t>
      </w:r>
      <w:r w:rsidRPr="00116BFD">
        <w:rPr>
          <w:rFonts w:ascii="Kalimati" w:hAnsi="Kalimati"/>
          <w:b/>
          <w:color w:val="222222"/>
        </w:rPr>
        <w:t xml:space="preserve"> </w:t>
      </w:r>
      <w:r w:rsidRPr="00116BFD">
        <w:rPr>
          <w:rFonts w:ascii="Kalimati" w:hAnsi="Kalimati"/>
          <w:b/>
          <w:color w:val="222222"/>
          <w:cs/>
          <w:lang w:bidi="hi-IN"/>
        </w:rPr>
        <w:t>टेवा</w:t>
      </w:r>
      <w:r w:rsidRPr="00116BFD">
        <w:rPr>
          <w:rFonts w:ascii="Kalimati" w:hAnsi="Kalimati"/>
          <w:b/>
          <w:color w:val="222222"/>
        </w:rPr>
        <w:t xml:space="preserve"> </w:t>
      </w:r>
      <w:r w:rsidRPr="00116BFD">
        <w:rPr>
          <w:rFonts w:ascii="Kalimati" w:hAnsi="Kalimati"/>
          <w:b/>
          <w:color w:val="222222"/>
          <w:cs/>
          <w:lang w:bidi="hi-IN"/>
        </w:rPr>
        <w:t>पुर्याउने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घ</w:t>
      </w:r>
      <w:r w:rsidRPr="00116BFD">
        <w:rPr>
          <w:rFonts w:ascii="Kalimati" w:hAnsi="Kalimati"/>
          <w:b/>
          <w:color w:val="222222"/>
        </w:rPr>
        <w:t xml:space="preserve">) </w:t>
      </w:r>
      <w:r w:rsidRPr="00116BFD">
        <w:rPr>
          <w:rFonts w:ascii="Kalimati" w:hAnsi="Kalimati"/>
          <w:b/>
          <w:color w:val="222222"/>
          <w:cs/>
          <w:lang w:bidi="hi-IN"/>
        </w:rPr>
        <w:t>संस्थालाई</w:t>
      </w:r>
      <w:r w:rsidRPr="00116BFD">
        <w:rPr>
          <w:rFonts w:ascii="Kalimati" w:hAnsi="Kalimati"/>
          <w:b/>
          <w:color w:val="222222"/>
        </w:rPr>
        <w:t xml:space="preserve"> </w:t>
      </w:r>
      <w:r w:rsidRPr="00116BFD">
        <w:rPr>
          <w:rFonts w:ascii="Kalimati" w:hAnsi="Kalimati"/>
          <w:b/>
          <w:color w:val="222222"/>
          <w:cs/>
          <w:lang w:bidi="hi-IN"/>
        </w:rPr>
        <w:t>सहभागितामूलक</w:t>
      </w:r>
      <w:r w:rsidRPr="00116BFD">
        <w:rPr>
          <w:rFonts w:ascii="Kalimati" w:hAnsi="Kalimati"/>
          <w:b/>
          <w:color w:val="222222"/>
        </w:rPr>
        <w:t xml:space="preserve"> </w:t>
      </w:r>
      <w:r w:rsidRPr="00116BFD">
        <w:rPr>
          <w:rFonts w:ascii="Kalimati" w:hAnsi="Kalimati"/>
          <w:b/>
          <w:color w:val="222222"/>
          <w:cs/>
          <w:lang w:bidi="hi-IN"/>
        </w:rPr>
        <w:t>योजना</w:t>
      </w:r>
      <w:r w:rsidRPr="00116BFD">
        <w:rPr>
          <w:rFonts w:ascii="Kalimati" w:hAnsi="Kalimati"/>
          <w:b/>
          <w:color w:val="222222"/>
        </w:rPr>
        <w:t xml:space="preserve"> </w:t>
      </w:r>
      <w:r w:rsidRPr="00116BFD">
        <w:rPr>
          <w:rFonts w:ascii="Kalimati" w:hAnsi="Kalimati"/>
          <w:b/>
          <w:color w:val="222222"/>
          <w:cs/>
          <w:lang w:bidi="hi-IN"/>
        </w:rPr>
        <w:t>तर्जुमा</w:t>
      </w:r>
      <w:r w:rsidRPr="00116BFD">
        <w:rPr>
          <w:rFonts w:ascii="Kalimati" w:hAnsi="Kalimati"/>
          <w:b/>
          <w:color w:val="222222"/>
        </w:rPr>
        <w:t xml:space="preserve">, </w:t>
      </w:r>
      <w:r w:rsidRPr="00116BFD">
        <w:rPr>
          <w:rFonts w:ascii="Kalimati" w:hAnsi="Kalimati"/>
          <w:b/>
          <w:color w:val="222222"/>
          <w:cs/>
          <w:lang w:bidi="hi-IN"/>
        </w:rPr>
        <w:t>अनुगमन</w:t>
      </w:r>
      <w:r w:rsidRPr="00116BFD">
        <w:rPr>
          <w:rFonts w:ascii="Kalimati" w:hAnsi="Kalimati"/>
          <w:b/>
          <w:color w:val="222222"/>
        </w:rPr>
        <w:t xml:space="preserve"> </w:t>
      </w:r>
      <w:r w:rsidRPr="00116BFD">
        <w:rPr>
          <w:rFonts w:ascii="Kalimati" w:hAnsi="Kalimati"/>
          <w:b/>
          <w:color w:val="222222"/>
          <w:cs/>
          <w:lang w:bidi="hi-IN"/>
        </w:rPr>
        <w:t>तथा</w:t>
      </w:r>
      <w:r w:rsidRPr="00116BFD">
        <w:rPr>
          <w:rFonts w:ascii="Kalimati" w:hAnsi="Kalimati"/>
          <w:b/>
          <w:color w:val="222222"/>
        </w:rPr>
        <w:t xml:space="preserve"> </w:t>
      </w:r>
      <w:r w:rsidRPr="00116BFD">
        <w:rPr>
          <w:rFonts w:ascii="Kalimati" w:hAnsi="Kalimati"/>
          <w:b/>
          <w:color w:val="222222"/>
          <w:cs/>
          <w:lang w:bidi="hi-IN"/>
        </w:rPr>
        <w:t>मूल्याङ्कन</w:t>
      </w:r>
      <w:r w:rsidRPr="00116BFD">
        <w:rPr>
          <w:rFonts w:ascii="Kalimati" w:hAnsi="Kalimati"/>
          <w:b/>
          <w:color w:val="222222"/>
        </w:rPr>
        <w:t xml:space="preserve"> </w:t>
      </w:r>
      <w:r w:rsidRPr="00116BFD">
        <w:rPr>
          <w:rFonts w:ascii="Kalimati" w:hAnsi="Kalimati"/>
          <w:b/>
          <w:color w:val="222222"/>
          <w:cs/>
          <w:lang w:bidi="hi-IN"/>
        </w:rPr>
        <w:t>प्रक्रियामा</w:t>
      </w:r>
      <w:r w:rsidRPr="00116BFD">
        <w:rPr>
          <w:rFonts w:ascii="Kalimati" w:hAnsi="Kalimati"/>
          <w:b/>
          <w:color w:val="222222"/>
        </w:rPr>
        <w:t xml:space="preserve"> </w:t>
      </w:r>
      <w:r w:rsidRPr="00116BFD">
        <w:rPr>
          <w:rFonts w:ascii="Kalimati" w:hAnsi="Kalimati"/>
          <w:b/>
          <w:color w:val="222222"/>
          <w:cs/>
          <w:lang w:bidi="hi-IN"/>
        </w:rPr>
        <w:t>सक्रिय</w:t>
      </w:r>
      <w:r w:rsidRPr="00116BFD">
        <w:rPr>
          <w:rFonts w:ascii="Kalimati" w:hAnsi="Kalimati"/>
          <w:b/>
          <w:color w:val="222222"/>
        </w:rPr>
        <w:t xml:space="preserve"> </w:t>
      </w:r>
      <w:r w:rsidRPr="00116BFD">
        <w:rPr>
          <w:rFonts w:ascii="Kalimati" w:hAnsi="Kalimati"/>
          <w:b/>
          <w:color w:val="222222"/>
          <w:cs/>
          <w:lang w:bidi="hi-IN"/>
        </w:rPr>
        <w:t>सहभागी</w:t>
      </w:r>
      <w:r w:rsidRPr="00116BFD">
        <w:rPr>
          <w:rFonts w:ascii="Kalimati" w:hAnsi="Kalimati"/>
          <w:b/>
          <w:color w:val="222222"/>
        </w:rPr>
        <w:t xml:space="preserve"> </w:t>
      </w:r>
      <w:r w:rsidRPr="00116BFD">
        <w:rPr>
          <w:rFonts w:ascii="Kalimati" w:hAnsi="Kalimati"/>
          <w:b/>
          <w:color w:val="222222"/>
          <w:cs/>
          <w:lang w:bidi="hi-IN"/>
        </w:rPr>
        <w:t>बनाउने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ङ</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सदस्यहरुको</w:t>
      </w:r>
      <w:r w:rsidRPr="00116BFD">
        <w:rPr>
          <w:rFonts w:ascii="Kalimati" w:hAnsi="Kalimati"/>
          <w:b/>
          <w:color w:val="222222"/>
        </w:rPr>
        <w:t xml:space="preserve"> </w:t>
      </w:r>
      <w:r w:rsidRPr="00116BFD">
        <w:rPr>
          <w:rFonts w:ascii="Kalimati" w:hAnsi="Kalimati"/>
          <w:b/>
          <w:color w:val="222222"/>
          <w:cs/>
          <w:lang w:bidi="hi-IN"/>
        </w:rPr>
        <w:t>क्षमता</w:t>
      </w:r>
      <w:r w:rsidRPr="00116BFD">
        <w:rPr>
          <w:rFonts w:ascii="Kalimati" w:hAnsi="Kalimati"/>
          <w:b/>
          <w:color w:val="222222"/>
        </w:rPr>
        <w:t xml:space="preserve"> </w:t>
      </w:r>
      <w:r w:rsidRPr="00116BFD">
        <w:rPr>
          <w:rFonts w:ascii="Kalimati" w:hAnsi="Kalimati"/>
          <w:b/>
          <w:color w:val="222222"/>
          <w:cs/>
          <w:lang w:bidi="hi-IN"/>
        </w:rPr>
        <w:t>विकासका</w:t>
      </w:r>
      <w:r w:rsidRPr="00116BFD">
        <w:rPr>
          <w:rFonts w:ascii="Kalimati" w:hAnsi="Kalimati"/>
          <w:b/>
          <w:color w:val="222222"/>
        </w:rPr>
        <w:t xml:space="preserve"> </w:t>
      </w:r>
      <w:r w:rsidRPr="00116BFD">
        <w:rPr>
          <w:rFonts w:ascii="Kalimati" w:hAnsi="Kalimati"/>
          <w:b/>
          <w:color w:val="222222"/>
          <w:cs/>
          <w:lang w:bidi="hi-IN"/>
        </w:rPr>
        <w:t>लागि</w:t>
      </w:r>
      <w:r w:rsidRPr="00116BFD">
        <w:rPr>
          <w:rFonts w:ascii="Kalimati" w:hAnsi="Kalimati"/>
          <w:b/>
          <w:color w:val="222222"/>
        </w:rPr>
        <w:t xml:space="preserve"> </w:t>
      </w:r>
      <w:r w:rsidRPr="00116BFD">
        <w:rPr>
          <w:rFonts w:ascii="Kalimati" w:hAnsi="Kalimati"/>
          <w:b/>
          <w:color w:val="222222"/>
          <w:cs/>
          <w:lang w:bidi="hi-IN"/>
        </w:rPr>
        <w:t>तालिम</w:t>
      </w:r>
      <w:r w:rsidRPr="00116BFD">
        <w:rPr>
          <w:rFonts w:ascii="Kalimati" w:hAnsi="Kalimati"/>
          <w:b/>
          <w:color w:val="222222"/>
        </w:rPr>
        <w:t xml:space="preserve"> </w:t>
      </w:r>
      <w:r w:rsidRPr="00116BFD">
        <w:rPr>
          <w:rFonts w:ascii="Kalimati" w:hAnsi="Kalimati"/>
          <w:b/>
          <w:color w:val="222222"/>
          <w:cs/>
          <w:lang w:bidi="hi-IN"/>
        </w:rPr>
        <w:t>संचालन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आदि</w:t>
      </w:r>
      <w:r w:rsidRPr="00116BFD">
        <w:rPr>
          <w:rFonts w:ascii="Kalimati" w:hAnsi="Kalimati"/>
          <w:b/>
          <w:color w:val="222222"/>
        </w:rPr>
        <w:t xml:space="preserve"> </w:t>
      </w:r>
      <w:r w:rsidRPr="00116BFD">
        <w:rPr>
          <w:rFonts w:ascii="Kalimati" w:hAnsi="Kalimati"/>
          <w:b/>
          <w:color w:val="222222"/>
          <w:cs/>
          <w:lang w:bidi="hi-IN"/>
        </w:rPr>
        <w:t>।</w:t>
      </w:r>
    </w:p>
    <w:p w:rsidR="00116BFD" w:rsidRDefault="00116BFD" w:rsidP="00116BFD">
      <w:pPr>
        <w:spacing w:before="40"/>
        <w:ind w:left="288"/>
        <w:jc w:val="both"/>
        <w:rPr>
          <w:rFonts w:hint="eastAsia"/>
        </w:rPr>
      </w:pPr>
      <w:r w:rsidRPr="00116BFD">
        <w:rPr>
          <w:rFonts w:ascii="Kalimati" w:hAnsi="Kalimati"/>
          <w:b/>
          <w:color w:val="222222"/>
        </w:rPr>
        <w:t>(</w:t>
      </w:r>
      <w:r w:rsidRPr="00116BFD">
        <w:rPr>
          <w:rFonts w:ascii="Kalimati" w:hAnsi="Kalimati"/>
          <w:b/>
          <w:color w:val="222222"/>
          <w:cs/>
          <w:lang w:bidi="hi-IN"/>
        </w:rPr>
        <w:t>च</w:t>
      </w:r>
      <w:r w:rsidRPr="00116BFD">
        <w:rPr>
          <w:rFonts w:ascii="Kalimati" w:hAnsi="Kalimati"/>
          <w:b/>
          <w:color w:val="222222"/>
        </w:rPr>
        <w:t xml:space="preserve">) </w:t>
      </w:r>
      <w:r w:rsidRPr="00116BFD">
        <w:rPr>
          <w:rFonts w:ascii="Kalimati" w:hAnsi="Kalimati"/>
          <w:b/>
          <w:color w:val="222222"/>
          <w:cs/>
          <w:lang w:bidi="hi-IN"/>
        </w:rPr>
        <w:t>नेपाल</w:t>
      </w:r>
      <w:r w:rsidRPr="00116BFD">
        <w:rPr>
          <w:rFonts w:ascii="Kalimati" w:hAnsi="Kalimati"/>
          <w:b/>
          <w:color w:val="222222"/>
        </w:rPr>
        <w:t xml:space="preserve"> </w:t>
      </w:r>
      <w:r w:rsidRPr="00116BFD">
        <w:rPr>
          <w:rFonts w:ascii="Kalimati" w:hAnsi="Kalimati"/>
          <w:b/>
          <w:color w:val="222222"/>
          <w:cs/>
          <w:lang w:bidi="hi-IN"/>
        </w:rPr>
        <w:t>सरकार</w:t>
      </w:r>
      <w:r w:rsidRPr="00116BFD">
        <w:rPr>
          <w:rFonts w:ascii="Kalimati" w:hAnsi="Kalimati"/>
          <w:b/>
          <w:color w:val="222222"/>
        </w:rPr>
        <w:t xml:space="preserve">, </w:t>
      </w:r>
      <w:r w:rsidRPr="00116BFD">
        <w:rPr>
          <w:rFonts w:ascii="Kalimati" w:hAnsi="Kalimati"/>
          <w:b/>
          <w:color w:val="222222"/>
          <w:cs/>
          <w:lang w:bidi="hi-IN"/>
        </w:rPr>
        <w:t>प्रदेश</w:t>
      </w:r>
      <w:r w:rsidRPr="00116BFD">
        <w:rPr>
          <w:rFonts w:ascii="Kalimati" w:hAnsi="Kalimati"/>
          <w:b/>
          <w:color w:val="222222"/>
        </w:rPr>
        <w:t xml:space="preserve"> </w:t>
      </w:r>
      <w:r w:rsidRPr="00116BFD">
        <w:rPr>
          <w:rFonts w:ascii="Kalimati" w:hAnsi="Kalimati"/>
          <w:b/>
          <w:color w:val="222222"/>
          <w:cs/>
          <w:lang w:bidi="hi-IN"/>
        </w:rPr>
        <w:t>सरकार</w:t>
      </w:r>
      <w:r w:rsidRPr="00116BFD">
        <w:rPr>
          <w:rFonts w:ascii="Kalimati" w:hAnsi="Kalimati"/>
          <w:b/>
          <w:color w:val="222222"/>
        </w:rPr>
        <w:t xml:space="preserve">, </w:t>
      </w:r>
      <w:r w:rsidRPr="00116BFD">
        <w:rPr>
          <w:rFonts w:ascii="Kalimati" w:hAnsi="Kalimati"/>
          <w:b/>
          <w:color w:val="222222"/>
          <w:cs/>
          <w:lang w:bidi="hi-IN"/>
        </w:rPr>
        <w:t>स्थानीय</w:t>
      </w:r>
      <w:r w:rsidRPr="00116BFD">
        <w:rPr>
          <w:rFonts w:ascii="Kalimati" w:hAnsi="Kalimati"/>
          <w:b/>
          <w:color w:val="222222"/>
        </w:rPr>
        <w:t xml:space="preserve"> </w:t>
      </w:r>
      <w:r w:rsidRPr="00116BFD">
        <w:rPr>
          <w:rFonts w:ascii="Kalimati" w:hAnsi="Kalimati"/>
          <w:b/>
          <w:color w:val="222222"/>
          <w:cs/>
          <w:lang w:bidi="hi-IN"/>
        </w:rPr>
        <w:t>तह</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अन्य</w:t>
      </w:r>
      <w:r w:rsidRPr="00116BFD">
        <w:rPr>
          <w:rFonts w:ascii="Kalimati" w:hAnsi="Kalimati"/>
          <w:b/>
          <w:color w:val="222222"/>
        </w:rPr>
        <w:t xml:space="preserve"> </w:t>
      </w:r>
      <w:r w:rsidRPr="00116BFD">
        <w:rPr>
          <w:rFonts w:ascii="Kalimati" w:hAnsi="Kalimati"/>
          <w:b/>
          <w:color w:val="222222"/>
          <w:cs/>
          <w:lang w:bidi="hi-IN"/>
        </w:rPr>
        <w:t>गैरसरकारी</w:t>
      </w:r>
      <w:r w:rsidRPr="00116BFD">
        <w:rPr>
          <w:rFonts w:ascii="Kalimati" w:hAnsi="Kalimati"/>
          <w:b/>
          <w:color w:val="222222"/>
        </w:rPr>
        <w:t xml:space="preserve"> </w:t>
      </w:r>
      <w:r w:rsidRPr="00116BFD">
        <w:rPr>
          <w:rFonts w:ascii="Kalimati" w:hAnsi="Kalimati"/>
          <w:b/>
          <w:color w:val="222222"/>
          <w:cs/>
          <w:lang w:bidi="hi-IN"/>
        </w:rPr>
        <w:t>संघसस्थाहरुसंगको</w:t>
      </w:r>
      <w:r w:rsidRPr="00116BFD">
        <w:rPr>
          <w:rFonts w:ascii="Kalimati" w:hAnsi="Kalimati"/>
          <w:b/>
          <w:color w:val="222222"/>
        </w:rPr>
        <w:t xml:space="preserve"> </w:t>
      </w:r>
      <w:r w:rsidRPr="00116BFD">
        <w:rPr>
          <w:rFonts w:ascii="Kalimati" w:hAnsi="Kalimati"/>
          <w:b/>
          <w:color w:val="222222"/>
          <w:cs/>
          <w:lang w:bidi="hi-IN"/>
        </w:rPr>
        <w:t>साँझेदारी</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सहकार्यमा</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निर्माणका</w:t>
      </w:r>
      <w:r w:rsidRPr="00116BFD">
        <w:rPr>
          <w:rFonts w:ascii="Kalimati" w:hAnsi="Kalimati"/>
          <w:b/>
          <w:color w:val="222222"/>
        </w:rPr>
        <w:t xml:space="preserve"> </w:t>
      </w:r>
      <w:r w:rsidRPr="00116BFD">
        <w:rPr>
          <w:rFonts w:ascii="Kalimati" w:hAnsi="Kalimati"/>
          <w:b/>
          <w:color w:val="222222"/>
          <w:cs/>
          <w:lang w:bidi="hi-IN"/>
        </w:rPr>
        <w:t>कार्यका</w:t>
      </w:r>
      <w:r w:rsidRPr="00116BFD">
        <w:rPr>
          <w:rFonts w:ascii="Kalimati" w:hAnsi="Kalimati"/>
          <w:b/>
          <w:color w:val="222222"/>
        </w:rPr>
        <w:t xml:space="preserve"> </w:t>
      </w:r>
      <w:r w:rsidRPr="00116BFD">
        <w:rPr>
          <w:rFonts w:ascii="Kalimati" w:hAnsi="Kalimati"/>
          <w:b/>
          <w:color w:val="222222"/>
          <w:cs/>
          <w:lang w:bidi="hi-IN"/>
        </w:rPr>
        <w:t>साथै</w:t>
      </w:r>
      <w:r w:rsidRPr="00116BFD">
        <w:rPr>
          <w:rFonts w:ascii="Kalimati" w:hAnsi="Kalimati"/>
          <w:b/>
          <w:color w:val="222222"/>
        </w:rPr>
        <w:t xml:space="preserve"> </w:t>
      </w:r>
      <w:r w:rsidRPr="00116BFD">
        <w:rPr>
          <w:rFonts w:ascii="Kalimati" w:hAnsi="Kalimati"/>
          <w:b/>
          <w:color w:val="222222"/>
          <w:cs/>
          <w:lang w:bidi="hi-IN"/>
        </w:rPr>
        <w:t>विविध</w:t>
      </w:r>
      <w:r w:rsidRPr="00116BFD">
        <w:rPr>
          <w:rFonts w:ascii="Kalimati" w:hAnsi="Kalimati"/>
          <w:b/>
          <w:color w:val="222222"/>
        </w:rPr>
        <w:t xml:space="preserve"> </w:t>
      </w:r>
      <w:r w:rsidRPr="00116BFD">
        <w:rPr>
          <w:rFonts w:ascii="Kalimati" w:hAnsi="Kalimati"/>
          <w:b/>
          <w:color w:val="222222"/>
          <w:cs/>
          <w:lang w:bidi="hi-IN"/>
        </w:rPr>
        <w:t>सामाजिक</w:t>
      </w:r>
      <w:r w:rsidRPr="00116BFD">
        <w:rPr>
          <w:rFonts w:ascii="Kalimati" w:hAnsi="Kalimati"/>
          <w:b/>
          <w:color w:val="222222"/>
        </w:rPr>
        <w:t xml:space="preserve"> </w:t>
      </w:r>
      <w:r w:rsidRPr="00116BFD">
        <w:rPr>
          <w:rFonts w:ascii="Kalimati" w:hAnsi="Kalimati"/>
          <w:b/>
          <w:color w:val="222222"/>
          <w:cs/>
          <w:lang w:bidi="hi-IN"/>
        </w:rPr>
        <w:t>क्रियाकलापहरु</w:t>
      </w:r>
      <w:r w:rsidRPr="00116BFD">
        <w:rPr>
          <w:rFonts w:ascii="Kalimati" w:hAnsi="Kalimati"/>
          <w:b/>
          <w:color w:val="222222"/>
        </w:rPr>
        <w:t xml:space="preserve"> </w:t>
      </w:r>
      <w:r w:rsidRPr="00116BFD">
        <w:rPr>
          <w:rFonts w:ascii="Kalimati" w:hAnsi="Kalimati"/>
          <w:b/>
          <w:color w:val="222222"/>
          <w:cs/>
          <w:lang w:bidi="hi-IN"/>
        </w:rPr>
        <w:t>सञ्चालन</w:t>
      </w:r>
      <w:r w:rsidRPr="00116BFD">
        <w:rPr>
          <w:rFonts w:ascii="Kalimati" w:hAnsi="Kalimati"/>
          <w:b/>
          <w:color w:val="222222"/>
        </w:rPr>
        <w:t xml:space="preserve"> </w:t>
      </w:r>
      <w:r w:rsidRPr="00116BFD">
        <w:rPr>
          <w:rFonts w:ascii="Kalimati" w:hAnsi="Kalimati"/>
          <w:b/>
          <w:color w:val="222222"/>
          <w:cs/>
          <w:lang w:bidi="hi-IN"/>
        </w:rPr>
        <w:t>गर्ने।</w:t>
      </w:r>
    </w:p>
    <w:p w:rsidR="00116BFD" w:rsidRDefault="00116BFD" w:rsidP="00116BFD">
      <w:pPr>
        <w:spacing w:before="200"/>
        <w:rPr>
          <w:rFonts w:hint="eastAsia"/>
        </w:rPr>
      </w:pPr>
      <w:r>
        <w:rPr>
          <w:rFonts w:ascii="Kalimati" w:hAnsi="Kalimati"/>
          <w:b/>
          <w:bCs/>
          <w:color w:val="222222"/>
          <w:sz w:val="24"/>
          <w:szCs w:val="24"/>
          <w:cs/>
          <w:lang w:bidi="hi-IN"/>
        </w:rPr>
        <w:t>५</w:t>
      </w:r>
      <w:r>
        <w:rPr>
          <w:rFonts w:ascii="Kalimati" w:hAnsi="Kalimati"/>
          <w:b/>
          <w:color w:val="222222"/>
          <w:sz w:val="24"/>
        </w:rPr>
        <w:t xml:space="preserve">. </w:t>
      </w:r>
      <w:r>
        <w:rPr>
          <w:rFonts w:ascii="Kalimati" w:hAnsi="Kalimati"/>
          <w:b/>
          <w:bCs/>
          <w:color w:val="222222"/>
          <w:sz w:val="24"/>
          <w:szCs w:val="24"/>
          <w:cs/>
          <w:lang w:bidi="hi-IN"/>
        </w:rPr>
        <w:t>टोल</w:t>
      </w:r>
      <w:r>
        <w:rPr>
          <w:rFonts w:ascii="Kalimati" w:hAnsi="Kalimati"/>
          <w:b/>
          <w:color w:val="222222"/>
          <w:sz w:val="24"/>
        </w:rPr>
        <w:t xml:space="preserve"> </w:t>
      </w:r>
      <w:r>
        <w:rPr>
          <w:rFonts w:ascii="Kalimati" w:hAnsi="Kalimati"/>
          <w:b/>
          <w:bCs/>
          <w:color w:val="222222"/>
          <w:sz w:val="24"/>
          <w:szCs w:val="24"/>
          <w:cs/>
          <w:lang w:bidi="hi-IN"/>
        </w:rPr>
        <w:t>विकास</w:t>
      </w:r>
      <w:r>
        <w:rPr>
          <w:rFonts w:ascii="Kalimati" w:hAnsi="Kalimati"/>
          <w:b/>
          <w:color w:val="222222"/>
          <w:sz w:val="24"/>
        </w:rPr>
        <w:t xml:space="preserve"> </w:t>
      </w:r>
      <w:r>
        <w:rPr>
          <w:rFonts w:ascii="Kalimati" w:hAnsi="Kalimati"/>
          <w:b/>
          <w:bCs/>
          <w:color w:val="222222"/>
          <w:sz w:val="24"/>
          <w:szCs w:val="24"/>
          <w:cs/>
          <w:lang w:bidi="hi-IN"/>
        </w:rPr>
        <w:t>कार्य</w:t>
      </w:r>
      <w:r>
        <w:rPr>
          <w:rFonts w:ascii="Kalimati" w:hAnsi="Kalimati"/>
          <w:b/>
          <w:color w:val="222222"/>
          <w:sz w:val="24"/>
        </w:rPr>
        <w:t xml:space="preserve"> </w:t>
      </w:r>
      <w:r>
        <w:rPr>
          <w:rFonts w:ascii="Kalimati" w:hAnsi="Kalimati"/>
          <w:b/>
          <w:bCs/>
          <w:color w:val="222222"/>
          <w:sz w:val="24"/>
          <w:szCs w:val="24"/>
          <w:cs/>
          <w:lang w:bidi="hi-IN"/>
        </w:rPr>
        <w:t>समितिको</w:t>
      </w:r>
      <w:r>
        <w:rPr>
          <w:rFonts w:ascii="Kalimati" w:hAnsi="Kalimati"/>
          <w:b/>
          <w:color w:val="222222"/>
          <w:sz w:val="24"/>
        </w:rPr>
        <w:t xml:space="preserve"> </w:t>
      </w:r>
      <w:r>
        <w:rPr>
          <w:rFonts w:ascii="Kalimati" w:hAnsi="Kalimati"/>
          <w:b/>
          <w:bCs/>
          <w:color w:val="222222"/>
          <w:sz w:val="24"/>
          <w:szCs w:val="24"/>
          <w:cs/>
          <w:lang w:bidi="hi-IN"/>
        </w:rPr>
        <w:t>गठन</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टोल</w:t>
      </w:r>
      <w:r>
        <w:rPr>
          <w:rFonts w:ascii="Kalimati" w:hAnsi="Kalimati"/>
          <w:color w:val="222222"/>
        </w:rPr>
        <w:t xml:space="preserve"> </w:t>
      </w:r>
      <w:r>
        <w:rPr>
          <w:rFonts w:ascii="Kalimati" w:hAnsi="Kalimati"/>
          <w:color w:val="222222"/>
          <w:cs/>
          <w:lang w:bidi="hi-IN"/>
        </w:rPr>
        <w:t>विकास</w:t>
      </w:r>
      <w:r>
        <w:rPr>
          <w:rFonts w:ascii="Kalimati" w:hAnsi="Kalimati"/>
          <w:color w:val="222222"/>
        </w:rPr>
        <w:t xml:space="preserve"> </w:t>
      </w:r>
      <w:r>
        <w:rPr>
          <w:rFonts w:ascii="Kalimati" w:hAnsi="Kalimati"/>
          <w:color w:val="222222"/>
          <w:cs/>
          <w:lang w:bidi="hi-IN"/>
        </w:rPr>
        <w:t>कार्य</w:t>
      </w:r>
      <w:r>
        <w:rPr>
          <w:rFonts w:ascii="Kalimati" w:hAnsi="Kalimati"/>
          <w:color w:val="222222"/>
        </w:rPr>
        <w:t xml:space="preserve"> </w:t>
      </w:r>
      <w:r>
        <w:rPr>
          <w:rFonts w:ascii="Kalimati" w:hAnsi="Kalimati"/>
          <w:color w:val="222222"/>
          <w:cs/>
          <w:lang w:bidi="hi-IN"/>
        </w:rPr>
        <w:t>समितिको</w:t>
      </w:r>
      <w:r>
        <w:rPr>
          <w:rFonts w:ascii="Kalimati" w:hAnsi="Kalimati"/>
          <w:color w:val="222222"/>
        </w:rPr>
        <w:t xml:space="preserve"> </w:t>
      </w:r>
      <w:r>
        <w:rPr>
          <w:rFonts w:ascii="Kalimati" w:hAnsi="Kalimati"/>
          <w:color w:val="222222"/>
          <w:cs/>
          <w:lang w:bidi="hi-IN"/>
        </w:rPr>
        <w:t>गठन</w:t>
      </w:r>
      <w:r>
        <w:rPr>
          <w:rFonts w:ascii="Kalimati" w:hAnsi="Kalimati"/>
          <w:color w:val="222222"/>
        </w:rPr>
        <w:t xml:space="preserve"> </w:t>
      </w:r>
      <w:r>
        <w:rPr>
          <w:rFonts w:ascii="Kalimati" w:hAnsi="Kalimati"/>
          <w:color w:val="222222"/>
          <w:cs/>
          <w:lang w:bidi="hi-IN"/>
        </w:rPr>
        <w:t>देहाय</w:t>
      </w:r>
      <w:r>
        <w:rPr>
          <w:rFonts w:ascii="Kalimati" w:hAnsi="Kalimati"/>
          <w:color w:val="222222"/>
        </w:rPr>
        <w:t xml:space="preserve"> </w:t>
      </w:r>
      <w:r>
        <w:rPr>
          <w:rFonts w:ascii="Kalimati" w:hAnsi="Kalimati"/>
          <w:color w:val="222222"/>
          <w:cs/>
          <w:lang w:bidi="hi-IN"/>
        </w:rPr>
        <w:t>बमोजिम</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p>
    <w:p w:rsidR="00116BFD" w:rsidRPr="00116BFD" w:rsidRDefault="00116BFD" w:rsidP="00116BFD">
      <w:pPr>
        <w:spacing w:before="40"/>
        <w:ind w:left="288"/>
        <w:jc w:val="both"/>
        <w:rPr>
          <w:rFonts w:hint="eastAsia"/>
        </w:rPr>
      </w:pPr>
      <w:r w:rsidRPr="00116BFD">
        <w:rPr>
          <w:rFonts w:ascii="Kalimati" w:hAnsi="Kalimati"/>
          <w:color w:val="222222"/>
          <w:cs/>
          <w:lang w:bidi="hi-IN"/>
        </w:rPr>
        <w:lastRenderedPageBreak/>
        <w:t>१</w:t>
      </w:r>
      <w:r w:rsidRPr="00116BFD">
        <w:rPr>
          <w:rFonts w:ascii="Kalimati" w:hAnsi="Kalimati"/>
          <w:color w:val="222222"/>
        </w:rPr>
        <w:t xml:space="preserve">) </w:t>
      </w:r>
      <w:r w:rsidRPr="00116BFD">
        <w:rPr>
          <w:rFonts w:ascii="Kalimati" w:hAnsi="Kalimati"/>
          <w:color w:val="222222"/>
          <w:cs/>
          <w:lang w:bidi="hi-IN"/>
        </w:rPr>
        <w:t>गाउँपालिका</w:t>
      </w:r>
      <w:r w:rsidRPr="00116BFD">
        <w:rPr>
          <w:rFonts w:ascii="Kalimati" w:hAnsi="Kalimati"/>
          <w:color w:val="222222"/>
        </w:rPr>
        <w:t xml:space="preserve"> </w:t>
      </w:r>
      <w:r w:rsidRPr="00116BFD">
        <w:rPr>
          <w:rFonts w:ascii="Kalimati" w:hAnsi="Kalimati"/>
          <w:color w:val="222222"/>
          <w:cs/>
          <w:lang w:bidi="hi-IN"/>
        </w:rPr>
        <w:t>क्षेत्र</w:t>
      </w:r>
      <w:r w:rsidRPr="00116BFD">
        <w:rPr>
          <w:rFonts w:ascii="Kalimati" w:hAnsi="Kalimati"/>
          <w:color w:val="222222"/>
        </w:rPr>
        <w:t xml:space="preserve"> </w:t>
      </w:r>
      <w:r w:rsidRPr="00116BFD">
        <w:rPr>
          <w:rFonts w:ascii="Kalimati" w:hAnsi="Kalimati"/>
          <w:color w:val="222222"/>
          <w:cs/>
          <w:lang w:bidi="hi-IN"/>
        </w:rPr>
        <w:t>भित्रका</w:t>
      </w:r>
      <w:r w:rsidRPr="00116BFD">
        <w:rPr>
          <w:rFonts w:ascii="Kalimati" w:hAnsi="Kalimati"/>
          <w:color w:val="222222"/>
        </w:rPr>
        <w:t xml:space="preserve"> </w:t>
      </w:r>
      <w:r w:rsidRPr="00116BFD">
        <w:rPr>
          <w:rFonts w:ascii="Kalimati" w:hAnsi="Kalimati"/>
          <w:color w:val="222222"/>
          <w:cs/>
          <w:lang w:bidi="hi-IN"/>
        </w:rPr>
        <w:t>बस्तिहरुको</w:t>
      </w:r>
      <w:r w:rsidRPr="00116BFD">
        <w:rPr>
          <w:rFonts w:ascii="Kalimati" w:hAnsi="Kalimati"/>
          <w:color w:val="222222"/>
        </w:rPr>
        <w:t xml:space="preserve"> </w:t>
      </w:r>
      <w:r w:rsidRPr="00116BFD">
        <w:rPr>
          <w:rFonts w:ascii="Kalimati" w:hAnsi="Kalimati"/>
          <w:color w:val="222222"/>
          <w:cs/>
          <w:lang w:bidi="hi-IN"/>
        </w:rPr>
        <w:t>निश्चित</w:t>
      </w:r>
      <w:r w:rsidRPr="00116BFD">
        <w:rPr>
          <w:rFonts w:ascii="Kalimati" w:hAnsi="Kalimati"/>
          <w:color w:val="222222"/>
        </w:rPr>
        <w:t xml:space="preserve"> </w:t>
      </w:r>
      <w:r w:rsidRPr="00116BFD">
        <w:rPr>
          <w:rFonts w:ascii="Kalimati" w:hAnsi="Kalimati"/>
          <w:color w:val="222222"/>
          <w:cs/>
          <w:lang w:bidi="hi-IN"/>
        </w:rPr>
        <w:t>भौगोलिक</w:t>
      </w:r>
      <w:r w:rsidRPr="00116BFD">
        <w:rPr>
          <w:rFonts w:ascii="Kalimati" w:hAnsi="Kalimati"/>
          <w:color w:val="222222"/>
        </w:rPr>
        <w:t xml:space="preserve"> </w:t>
      </w:r>
      <w:r w:rsidRPr="00116BFD">
        <w:rPr>
          <w:rFonts w:ascii="Kalimati" w:hAnsi="Kalimati"/>
          <w:color w:val="222222"/>
          <w:cs/>
          <w:lang w:bidi="hi-IN"/>
        </w:rPr>
        <w:t>क्षेत्रभित्रका</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तहमा</w:t>
      </w:r>
      <w:r w:rsidRPr="00116BFD">
        <w:rPr>
          <w:rFonts w:ascii="Kalimati" w:hAnsi="Kalimati"/>
          <w:color w:val="222222"/>
        </w:rPr>
        <w:t xml:space="preserve"> </w:t>
      </w:r>
      <w:r w:rsidRPr="00116BFD">
        <w:rPr>
          <w:rFonts w:ascii="Kalimati" w:hAnsi="Kalimati"/>
          <w:color w:val="222222"/>
          <w:cs/>
          <w:lang w:bidi="hi-IN"/>
        </w:rPr>
        <w:t>रहेका</w:t>
      </w:r>
      <w:r w:rsidRPr="00116BFD">
        <w:rPr>
          <w:rFonts w:ascii="Kalimati" w:hAnsi="Kalimati"/>
          <w:color w:val="222222"/>
        </w:rPr>
        <w:t xml:space="preserve"> </w:t>
      </w:r>
      <w:r w:rsidRPr="00116BFD">
        <w:rPr>
          <w:rFonts w:ascii="Kalimati" w:hAnsi="Kalimati"/>
          <w:color w:val="222222"/>
          <w:cs/>
          <w:lang w:bidi="hi-IN"/>
        </w:rPr>
        <w:t>घरपरिवारका</w:t>
      </w:r>
      <w:r w:rsidRPr="00116BFD">
        <w:rPr>
          <w:rFonts w:ascii="Kalimati" w:hAnsi="Kalimati"/>
          <w:color w:val="222222"/>
        </w:rPr>
        <w:t xml:space="preserve"> </w:t>
      </w:r>
      <w:r w:rsidRPr="00116BFD">
        <w:rPr>
          <w:rFonts w:ascii="Kalimati" w:hAnsi="Kalimati"/>
          <w:color w:val="222222"/>
          <w:cs/>
          <w:lang w:bidi="hi-IN"/>
        </w:rPr>
        <w:t>सदस्यहरुबाट</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संस्थाको</w:t>
      </w:r>
      <w:r w:rsidRPr="00116BFD">
        <w:rPr>
          <w:rFonts w:ascii="Kalimati" w:hAnsi="Kalimati"/>
          <w:color w:val="222222"/>
        </w:rPr>
        <w:t xml:space="preserve"> </w:t>
      </w:r>
      <w:r w:rsidRPr="00116BFD">
        <w:rPr>
          <w:rFonts w:ascii="Kalimati" w:hAnsi="Kalimati"/>
          <w:color w:val="222222"/>
          <w:cs/>
          <w:lang w:bidi="hi-IN"/>
        </w:rPr>
        <w:t>गठन</w:t>
      </w:r>
      <w:r w:rsidRPr="00116BFD">
        <w:rPr>
          <w:rFonts w:ascii="Kalimati" w:hAnsi="Kalimati"/>
          <w:color w:val="222222"/>
        </w:rPr>
        <w:t xml:space="preserve"> </w:t>
      </w:r>
      <w:r w:rsidRPr="00116BFD">
        <w:rPr>
          <w:rFonts w:ascii="Kalimati" w:hAnsi="Kalimati"/>
          <w:color w:val="222222"/>
          <w:cs/>
          <w:lang w:bidi="hi-IN"/>
        </w:rPr>
        <w:t>गरिनेछ</w:t>
      </w:r>
      <w:r w:rsidRPr="00116BFD">
        <w:rPr>
          <w:rFonts w:ascii="Kalimati" w:hAnsi="Kalimati"/>
          <w:color w:val="222222"/>
        </w:rPr>
        <w:t xml:space="preserve"> </w:t>
      </w:r>
      <w:r w:rsidRPr="00116BFD">
        <w:rPr>
          <w:rFonts w:ascii="Kalimati" w:hAnsi="Kalimati"/>
          <w:color w:val="222222"/>
          <w:cs/>
          <w:lang w:bidi="hi-IN"/>
        </w:rPr>
        <w:t>।</w:t>
      </w:r>
    </w:p>
    <w:p w:rsidR="00116BFD" w:rsidRPr="00116BFD" w:rsidRDefault="00116BFD" w:rsidP="00116BFD">
      <w:pPr>
        <w:spacing w:before="40"/>
        <w:ind w:left="288"/>
        <w:jc w:val="both"/>
        <w:rPr>
          <w:rFonts w:hint="eastAsia"/>
        </w:rPr>
      </w:pPr>
      <w:r w:rsidRPr="00116BFD">
        <w:rPr>
          <w:rFonts w:ascii="Kalimati" w:hAnsi="Kalimati"/>
          <w:color w:val="222222"/>
          <w:cs/>
          <w:lang w:bidi="hi-IN"/>
        </w:rPr>
        <w:t>२</w:t>
      </w:r>
      <w:r w:rsidRPr="00116BFD">
        <w:rPr>
          <w:rFonts w:ascii="Kalimati" w:hAnsi="Kalimati"/>
          <w:color w:val="222222"/>
        </w:rPr>
        <w:t xml:space="preserve">) </w:t>
      </w:r>
      <w:r w:rsidRPr="00116BFD">
        <w:rPr>
          <w:rFonts w:ascii="Kalimati" w:hAnsi="Kalimati"/>
          <w:color w:val="222222"/>
          <w:cs/>
          <w:lang w:bidi="hi-IN"/>
        </w:rPr>
        <w:t>पहिलो</w:t>
      </w:r>
      <w:r w:rsidRPr="00116BFD">
        <w:rPr>
          <w:rFonts w:ascii="Kalimati" w:hAnsi="Kalimati"/>
          <w:color w:val="222222"/>
        </w:rPr>
        <w:t xml:space="preserve"> </w:t>
      </w:r>
      <w:r w:rsidRPr="00116BFD">
        <w:rPr>
          <w:rFonts w:ascii="Kalimati" w:hAnsi="Kalimati"/>
          <w:color w:val="222222"/>
          <w:cs/>
          <w:lang w:bidi="hi-IN"/>
        </w:rPr>
        <w:t>पटकका</w:t>
      </w:r>
      <w:r w:rsidRPr="00116BFD">
        <w:rPr>
          <w:rFonts w:ascii="Kalimati" w:hAnsi="Kalimati"/>
          <w:color w:val="222222"/>
        </w:rPr>
        <w:t xml:space="preserve"> </w:t>
      </w:r>
      <w:r w:rsidRPr="00116BFD">
        <w:rPr>
          <w:rFonts w:ascii="Kalimati" w:hAnsi="Kalimati"/>
          <w:color w:val="222222"/>
          <w:cs/>
          <w:lang w:bidi="hi-IN"/>
        </w:rPr>
        <w:t>लागि</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वासीको</w:t>
      </w:r>
      <w:r w:rsidRPr="00116BFD">
        <w:rPr>
          <w:rFonts w:ascii="Kalimati" w:hAnsi="Kalimati"/>
          <w:color w:val="222222"/>
        </w:rPr>
        <w:t xml:space="preserve"> </w:t>
      </w:r>
      <w:r w:rsidRPr="00116BFD">
        <w:rPr>
          <w:rFonts w:ascii="Kalimati" w:hAnsi="Kalimati"/>
          <w:color w:val="222222"/>
          <w:cs/>
          <w:lang w:bidi="hi-IN"/>
        </w:rPr>
        <w:t>आम</w:t>
      </w:r>
      <w:r w:rsidRPr="00116BFD">
        <w:rPr>
          <w:rFonts w:ascii="Kalimati" w:hAnsi="Kalimati"/>
          <w:color w:val="222222"/>
        </w:rPr>
        <w:t xml:space="preserve"> </w:t>
      </w:r>
      <w:r w:rsidRPr="00116BFD">
        <w:rPr>
          <w:rFonts w:ascii="Kalimati" w:hAnsi="Kalimati"/>
          <w:color w:val="222222"/>
          <w:cs/>
          <w:lang w:bidi="hi-IN"/>
        </w:rPr>
        <w:t>भेलाबाट</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संस्थाका</w:t>
      </w:r>
      <w:r w:rsidRPr="00116BFD">
        <w:rPr>
          <w:rFonts w:ascii="Kalimati" w:hAnsi="Kalimati"/>
          <w:color w:val="222222"/>
        </w:rPr>
        <w:t xml:space="preserve"> </w:t>
      </w:r>
      <w:r w:rsidRPr="00116BFD">
        <w:rPr>
          <w:rFonts w:ascii="Kalimati" w:hAnsi="Kalimati"/>
          <w:color w:val="222222"/>
          <w:cs/>
          <w:lang w:bidi="hi-IN"/>
        </w:rPr>
        <w:t>कामलाई</w:t>
      </w:r>
      <w:r w:rsidRPr="00116BFD">
        <w:rPr>
          <w:rFonts w:ascii="Kalimati" w:hAnsi="Kalimati"/>
          <w:color w:val="222222"/>
        </w:rPr>
        <w:t xml:space="preserve"> </w:t>
      </w:r>
      <w:r w:rsidRPr="00116BFD">
        <w:rPr>
          <w:rFonts w:ascii="Kalimati" w:hAnsi="Kalimati"/>
          <w:color w:val="222222"/>
          <w:cs/>
          <w:lang w:bidi="hi-IN"/>
        </w:rPr>
        <w:t>व्यवस्थित</w:t>
      </w:r>
      <w:r w:rsidRPr="00116BFD">
        <w:rPr>
          <w:rFonts w:ascii="Kalimati" w:hAnsi="Kalimati"/>
          <w:color w:val="222222"/>
        </w:rPr>
        <w:t xml:space="preserve"> </w:t>
      </w:r>
      <w:r w:rsidRPr="00116BFD">
        <w:rPr>
          <w:rFonts w:ascii="Kalimati" w:hAnsi="Kalimati"/>
          <w:color w:val="222222"/>
          <w:cs/>
          <w:lang w:bidi="hi-IN"/>
        </w:rPr>
        <w:t>गर्न</w:t>
      </w:r>
      <w:r w:rsidRPr="00116BFD">
        <w:rPr>
          <w:rFonts w:ascii="Kalimati" w:hAnsi="Kalimati"/>
          <w:color w:val="222222"/>
        </w:rPr>
        <w:t xml:space="preserve"> </w:t>
      </w:r>
      <w:r w:rsidRPr="00116BFD">
        <w:rPr>
          <w:rFonts w:ascii="Kalimati" w:hAnsi="Kalimati"/>
          <w:color w:val="222222"/>
          <w:cs/>
          <w:lang w:bidi="hi-IN"/>
        </w:rPr>
        <w:t>अध्यक्ष</w:t>
      </w:r>
      <w:r w:rsidRPr="00116BFD">
        <w:rPr>
          <w:rFonts w:ascii="Kalimati" w:hAnsi="Kalimati"/>
          <w:color w:val="222222"/>
        </w:rPr>
        <w:t xml:space="preserve">, </w:t>
      </w:r>
      <w:r w:rsidRPr="00116BFD">
        <w:rPr>
          <w:rFonts w:ascii="Kalimati" w:hAnsi="Kalimati"/>
          <w:color w:val="222222"/>
          <w:cs/>
          <w:lang w:bidi="hi-IN"/>
        </w:rPr>
        <w:t>कोषाध्यक्ष</w:t>
      </w:r>
      <w:r w:rsidRPr="00116BFD">
        <w:rPr>
          <w:rFonts w:ascii="Kalimati" w:hAnsi="Kalimati"/>
          <w:color w:val="222222"/>
        </w:rPr>
        <w:t xml:space="preserve">, </w:t>
      </w:r>
      <w:r w:rsidRPr="00116BFD">
        <w:rPr>
          <w:rFonts w:ascii="Kalimati" w:hAnsi="Kalimati"/>
          <w:color w:val="222222"/>
          <w:cs/>
          <w:lang w:bidi="hi-IN"/>
        </w:rPr>
        <w:t>सचिव</w:t>
      </w:r>
      <w:r w:rsidRPr="00116BFD">
        <w:rPr>
          <w:rFonts w:ascii="Kalimati" w:hAnsi="Kalimati"/>
          <w:color w:val="222222"/>
        </w:rPr>
        <w:t xml:space="preserve"> </w:t>
      </w:r>
      <w:r w:rsidRPr="00116BFD">
        <w:rPr>
          <w:rFonts w:ascii="Kalimati" w:hAnsi="Kalimati"/>
          <w:color w:val="222222"/>
          <w:cs/>
          <w:lang w:bidi="hi-IN"/>
        </w:rPr>
        <w:t>र</w:t>
      </w:r>
      <w:r w:rsidRPr="00116BFD">
        <w:rPr>
          <w:rFonts w:ascii="Kalimati" w:hAnsi="Kalimati"/>
          <w:color w:val="222222"/>
        </w:rPr>
        <w:t xml:space="preserve"> </w:t>
      </w:r>
      <w:r w:rsidRPr="00116BFD">
        <w:rPr>
          <w:rFonts w:ascii="Kalimati" w:hAnsi="Kalimati"/>
          <w:color w:val="222222"/>
          <w:cs/>
          <w:lang w:bidi="hi-IN"/>
        </w:rPr>
        <w:t>आवश्यकता</w:t>
      </w:r>
      <w:r w:rsidRPr="00116BFD">
        <w:rPr>
          <w:rFonts w:ascii="Kalimati" w:hAnsi="Kalimati"/>
          <w:color w:val="222222"/>
        </w:rPr>
        <w:t xml:space="preserve"> </w:t>
      </w:r>
      <w:r w:rsidRPr="00116BFD">
        <w:rPr>
          <w:rFonts w:ascii="Kalimati" w:hAnsi="Kalimati"/>
          <w:color w:val="222222"/>
          <w:cs/>
          <w:lang w:bidi="hi-IN"/>
        </w:rPr>
        <w:t>अनुसारका</w:t>
      </w:r>
      <w:r w:rsidRPr="00116BFD">
        <w:rPr>
          <w:rFonts w:ascii="Kalimati" w:hAnsi="Kalimati"/>
          <w:color w:val="222222"/>
        </w:rPr>
        <w:t xml:space="preserve"> </w:t>
      </w:r>
      <w:r w:rsidRPr="00116BFD">
        <w:rPr>
          <w:rFonts w:ascii="Kalimati" w:hAnsi="Kalimati"/>
          <w:color w:val="222222"/>
          <w:cs/>
          <w:lang w:bidi="hi-IN"/>
        </w:rPr>
        <w:t>सदस्यहरु</w:t>
      </w:r>
      <w:r w:rsidRPr="00116BFD">
        <w:rPr>
          <w:rFonts w:ascii="Kalimati" w:hAnsi="Kalimati"/>
          <w:color w:val="222222"/>
        </w:rPr>
        <w:t xml:space="preserve"> </w:t>
      </w:r>
      <w:r w:rsidRPr="00116BFD">
        <w:rPr>
          <w:rFonts w:ascii="Kalimati" w:hAnsi="Kalimati"/>
          <w:color w:val="222222"/>
          <w:cs/>
          <w:lang w:bidi="hi-IN"/>
        </w:rPr>
        <w:t>रहेको</w:t>
      </w:r>
      <w:r w:rsidRPr="00116BFD">
        <w:rPr>
          <w:rFonts w:ascii="Kalimati" w:hAnsi="Kalimati"/>
          <w:color w:val="222222"/>
        </w:rPr>
        <w:t xml:space="preserve"> </w:t>
      </w:r>
      <w:r w:rsidRPr="00116BFD">
        <w:rPr>
          <w:rFonts w:ascii="Kalimati" w:hAnsi="Kalimati"/>
          <w:color w:val="222222"/>
          <w:cs/>
          <w:lang w:bidi="hi-IN"/>
        </w:rPr>
        <w:t>एक</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संस्थाको</w:t>
      </w:r>
      <w:r w:rsidRPr="00116BFD">
        <w:rPr>
          <w:rFonts w:ascii="Kalimati" w:hAnsi="Kalimati"/>
          <w:color w:val="222222"/>
        </w:rPr>
        <w:t xml:space="preserve"> </w:t>
      </w:r>
      <w:r w:rsidRPr="00116BFD">
        <w:rPr>
          <w:rFonts w:ascii="Kalimati" w:hAnsi="Kalimati"/>
          <w:color w:val="222222"/>
          <w:cs/>
          <w:lang w:bidi="hi-IN"/>
        </w:rPr>
        <w:t>तदर्थ</w:t>
      </w:r>
      <w:r w:rsidRPr="00116BFD">
        <w:rPr>
          <w:rFonts w:ascii="Kalimati" w:hAnsi="Kalimati"/>
          <w:color w:val="222222"/>
        </w:rPr>
        <w:t xml:space="preserve"> </w:t>
      </w:r>
      <w:r w:rsidRPr="00116BFD">
        <w:rPr>
          <w:rFonts w:ascii="Kalimati" w:hAnsi="Kalimati"/>
          <w:color w:val="222222"/>
          <w:cs/>
          <w:lang w:bidi="hi-IN"/>
        </w:rPr>
        <w:t>कार्य</w:t>
      </w:r>
      <w:r w:rsidRPr="00116BFD">
        <w:rPr>
          <w:rFonts w:ascii="Kalimati" w:hAnsi="Kalimati"/>
          <w:color w:val="222222"/>
        </w:rPr>
        <w:t xml:space="preserve"> </w:t>
      </w:r>
      <w:r w:rsidRPr="00116BFD">
        <w:rPr>
          <w:rFonts w:ascii="Kalimati" w:hAnsi="Kalimati"/>
          <w:color w:val="222222"/>
          <w:cs/>
          <w:lang w:bidi="hi-IN"/>
        </w:rPr>
        <w:t>समिति</w:t>
      </w:r>
      <w:r w:rsidRPr="00116BFD">
        <w:rPr>
          <w:rFonts w:ascii="Kalimati" w:hAnsi="Kalimati"/>
          <w:color w:val="222222"/>
        </w:rPr>
        <w:t xml:space="preserve"> </w:t>
      </w:r>
      <w:r w:rsidRPr="00116BFD">
        <w:rPr>
          <w:rFonts w:ascii="Kalimati" w:hAnsi="Kalimati"/>
          <w:color w:val="222222"/>
          <w:cs/>
          <w:lang w:bidi="hi-IN"/>
        </w:rPr>
        <w:t>गठन</w:t>
      </w:r>
      <w:r w:rsidRPr="00116BFD">
        <w:rPr>
          <w:rFonts w:ascii="Kalimati" w:hAnsi="Kalimati"/>
          <w:color w:val="222222"/>
        </w:rPr>
        <w:t xml:space="preserve"> </w:t>
      </w:r>
      <w:r w:rsidRPr="00116BFD">
        <w:rPr>
          <w:rFonts w:ascii="Kalimati" w:hAnsi="Kalimati"/>
          <w:color w:val="222222"/>
          <w:cs/>
          <w:lang w:bidi="hi-IN"/>
        </w:rPr>
        <w:t>हुनेछ</w:t>
      </w:r>
      <w:r w:rsidRPr="00116BFD">
        <w:rPr>
          <w:rFonts w:ascii="Kalimati" w:hAnsi="Kalimati"/>
          <w:color w:val="222222"/>
        </w:rPr>
        <w:t xml:space="preserve"> </w:t>
      </w:r>
      <w:r w:rsidRPr="00116BFD">
        <w:rPr>
          <w:rFonts w:ascii="Kalimati" w:hAnsi="Kalimati"/>
          <w:color w:val="222222"/>
          <w:cs/>
          <w:lang w:bidi="hi-IN"/>
        </w:rPr>
        <w:t>।</w:t>
      </w:r>
      <w:r w:rsidRPr="00116BFD">
        <w:rPr>
          <w:rFonts w:ascii="Kalimati" w:hAnsi="Kalimati"/>
          <w:color w:val="222222"/>
        </w:rPr>
        <w:t xml:space="preserve"> </w:t>
      </w:r>
      <w:r w:rsidRPr="00116BFD">
        <w:rPr>
          <w:rFonts w:ascii="Kalimati" w:hAnsi="Kalimati"/>
          <w:color w:val="222222"/>
          <w:cs/>
          <w:lang w:bidi="hi-IN"/>
        </w:rPr>
        <w:t>तर</w:t>
      </w:r>
      <w:r w:rsidRPr="00116BFD">
        <w:rPr>
          <w:rFonts w:ascii="Kalimati" w:hAnsi="Kalimati"/>
          <w:color w:val="222222"/>
        </w:rPr>
        <w:t xml:space="preserve"> </w:t>
      </w:r>
      <w:r w:rsidRPr="00116BFD">
        <w:rPr>
          <w:rFonts w:ascii="Kalimati" w:hAnsi="Kalimati"/>
          <w:color w:val="222222"/>
          <w:cs/>
          <w:lang w:bidi="hi-IN"/>
        </w:rPr>
        <w:t>दोस्रो</w:t>
      </w:r>
      <w:r w:rsidRPr="00116BFD">
        <w:rPr>
          <w:rFonts w:ascii="Kalimati" w:hAnsi="Kalimati"/>
          <w:color w:val="222222"/>
        </w:rPr>
        <w:t xml:space="preserve"> </w:t>
      </w:r>
      <w:r w:rsidRPr="00116BFD">
        <w:rPr>
          <w:rFonts w:ascii="Kalimati" w:hAnsi="Kalimati"/>
          <w:color w:val="222222"/>
          <w:cs/>
          <w:lang w:bidi="hi-IN"/>
        </w:rPr>
        <w:t>पटकका</w:t>
      </w:r>
      <w:r w:rsidRPr="00116BFD">
        <w:rPr>
          <w:rFonts w:ascii="Kalimati" w:hAnsi="Kalimati"/>
          <w:color w:val="222222"/>
        </w:rPr>
        <w:t xml:space="preserve"> </w:t>
      </w:r>
      <w:r w:rsidRPr="00116BFD">
        <w:rPr>
          <w:rFonts w:ascii="Kalimati" w:hAnsi="Kalimati"/>
          <w:color w:val="222222"/>
          <w:cs/>
          <w:lang w:bidi="hi-IN"/>
        </w:rPr>
        <w:t>लागि</w:t>
      </w:r>
      <w:r w:rsidRPr="00116BFD">
        <w:rPr>
          <w:rFonts w:ascii="Kalimati" w:hAnsi="Kalimati"/>
          <w:color w:val="222222"/>
        </w:rPr>
        <w:t xml:space="preserve"> </w:t>
      </w:r>
      <w:r w:rsidRPr="00116BFD">
        <w:rPr>
          <w:rFonts w:ascii="Kalimati" w:hAnsi="Kalimati"/>
          <w:color w:val="222222"/>
          <w:cs/>
          <w:lang w:bidi="hi-IN"/>
        </w:rPr>
        <w:t>यस्तो</w:t>
      </w:r>
      <w:r w:rsidRPr="00116BFD">
        <w:rPr>
          <w:rFonts w:ascii="Kalimati" w:hAnsi="Kalimati"/>
          <w:color w:val="222222"/>
        </w:rPr>
        <w:t xml:space="preserve"> </w:t>
      </w:r>
      <w:r w:rsidRPr="00116BFD">
        <w:rPr>
          <w:rFonts w:ascii="Kalimati" w:hAnsi="Kalimati"/>
          <w:color w:val="222222"/>
          <w:cs/>
          <w:lang w:bidi="hi-IN"/>
        </w:rPr>
        <w:t>कार्य</w:t>
      </w:r>
      <w:r w:rsidRPr="00116BFD">
        <w:rPr>
          <w:rFonts w:ascii="Kalimati" w:hAnsi="Kalimati"/>
          <w:color w:val="222222"/>
        </w:rPr>
        <w:t xml:space="preserve"> </w:t>
      </w:r>
      <w:r w:rsidRPr="00116BFD">
        <w:rPr>
          <w:rFonts w:ascii="Kalimati" w:hAnsi="Kalimati"/>
          <w:color w:val="222222"/>
          <w:cs/>
          <w:lang w:bidi="hi-IN"/>
        </w:rPr>
        <w:t>समिति</w:t>
      </w:r>
      <w:r w:rsidRPr="00116BFD">
        <w:rPr>
          <w:rFonts w:ascii="Kalimati" w:hAnsi="Kalimati"/>
          <w:color w:val="222222"/>
        </w:rPr>
        <w:t xml:space="preserve"> </w:t>
      </w:r>
      <w:r w:rsidRPr="00116BFD">
        <w:rPr>
          <w:rFonts w:ascii="Kalimati" w:hAnsi="Kalimati"/>
          <w:color w:val="222222"/>
          <w:cs/>
          <w:lang w:bidi="hi-IN"/>
        </w:rPr>
        <w:t>साधारण</w:t>
      </w:r>
      <w:r w:rsidRPr="00116BFD">
        <w:rPr>
          <w:rFonts w:ascii="Kalimati" w:hAnsi="Kalimati"/>
          <w:color w:val="222222"/>
        </w:rPr>
        <w:t xml:space="preserve"> </w:t>
      </w:r>
      <w:r w:rsidRPr="00116BFD">
        <w:rPr>
          <w:rFonts w:ascii="Kalimati" w:hAnsi="Kalimati"/>
          <w:color w:val="222222"/>
          <w:cs/>
          <w:lang w:bidi="hi-IN"/>
        </w:rPr>
        <w:t>सभाको</w:t>
      </w:r>
      <w:r w:rsidRPr="00116BFD">
        <w:rPr>
          <w:rFonts w:ascii="Kalimati" w:hAnsi="Kalimati"/>
          <w:color w:val="222222"/>
        </w:rPr>
        <w:t xml:space="preserve"> </w:t>
      </w:r>
      <w:r w:rsidRPr="00116BFD">
        <w:rPr>
          <w:rFonts w:ascii="Kalimati" w:hAnsi="Kalimati"/>
          <w:color w:val="222222"/>
          <w:cs/>
          <w:lang w:bidi="hi-IN"/>
        </w:rPr>
        <w:t>सर्वसम्मती</w:t>
      </w:r>
      <w:r w:rsidRPr="00116BFD">
        <w:rPr>
          <w:rFonts w:ascii="Kalimati" w:hAnsi="Kalimati"/>
          <w:color w:val="222222"/>
        </w:rPr>
        <w:t xml:space="preserve"> </w:t>
      </w:r>
      <w:r w:rsidRPr="00116BFD">
        <w:rPr>
          <w:rFonts w:ascii="Kalimati" w:hAnsi="Kalimati"/>
          <w:color w:val="222222"/>
          <w:cs/>
          <w:lang w:bidi="hi-IN"/>
        </w:rPr>
        <w:t>वा</w:t>
      </w:r>
      <w:r w:rsidRPr="00116BFD">
        <w:rPr>
          <w:rFonts w:ascii="Kalimati" w:hAnsi="Kalimati"/>
          <w:color w:val="222222"/>
        </w:rPr>
        <w:t xml:space="preserve"> </w:t>
      </w:r>
      <w:r w:rsidRPr="00116BFD">
        <w:rPr>
          <w:rFonts w:ascii="Kalimati" w:hAnsi="Kalimati"/>
          <w:color w:val="222222"/>
          <w:cs/>
          <w:lang w:bidi="hi-IN"/>
        </w:rPr>
        <w:t>सो</w:t>
      </w:r>
      <w:r w:rsidRPr="00116BFD">
        <w:rPr>
          <w:rFonts w:ascii="Kalimati" w:hAnsi="Kalimati"/>
          <w:color w:val="222222"/>
        </w:rPr>
        <w:t xml:space="preserve"> </w:t>
      </w:r>
      <w:r w:rsidRPr="00116BFD">
        <w:rPr>
          <w:rFonts w:ascii="Kalimati" w:hAnsi="Kalimati"/>
          <w:color w:val="222222"/>
          <w:cs/>
          <w:lang w:bidi="hi-IN"/>
        </w:rPr>
        <w:t>नभएमा</w:t>
      </w:r>
      <w:r w:rsidRPr="00116BFD">
        <w:rPr>
          <w:rFonts w:ascii="Kalimati" w:hAnsi="Kalimati"/>
          <w:color w:val="222222"/>
        </w:rPr>
        <w:t xml:space="preserve"> </w:t>
      </w:r>
      <w:r w:rsidRPr="00116BFD">
        <w:rPr>
          <w:rFonts w:ascii="Kalimati" w:hAnsi="Kalimati"/>
          <w:color w:val="222222"/>
          <w:cs/>
          <w:lang w:bidi="hi-IN"/>
        </w:rPr>
        <w:t>बहुमतबाट</w:t>
      </w:r>
      <w:r w:rsidRPr="00116BFD">
        <w:rPr>
          <w:rFonts w:ascii="Kalimati" w:hAnsi="Kalimati"/>
          <w:color w:val="222222"/>
        </w:rPr>
        <w:t xml:space="preserve"> </w:t>
      </w:r>
      <w:r w:rsidRPr="00116BFD">
        <w:rPr>
          <w:rFonts w:ascii="Kalimati" w:hAnsi="Kalimati"/>
          <w:color w:val="222222"/>
          <w:cs/>
          <w:lang w:bidi="hi-IN"/>
        </w:rPr>
        <w:t>पुनर्गठन</w:t>
      </w:r>
      <w:r w:rsidRPr="00116BFD">
        <w:rPr>
          <w:rFonts w:ascii="Kalimati" w:hAnsi="Kalimati"/>
          <w:color w:val="222222"/>
        </w:rPr>
        <w:t xml:space="preserve"> </w:t>
      </w:r>
      <w:r w:rsidRPr="00116BFD">
        <w:rPr>
          <w:rFonts w:ascii="Kalimati" w:hAnsi="Kalimati"/>
          <w:color w:val="222222"/>
          <w:cs/>
          <w:lang w:bidi="hi-IN"/>
        </w:rPr>
        <w:t>हुनेछ</w:t>
      </w:r>
      <w:r w:rsidRPr="00116BFD">
        <w:rPr>
          <w:rFonts w:ascii="Kalimati" w:hAnsi="Kalimati"/>
          <w:color w:val="222222"/>
        </w:rPr>
        <w:t xml:space="preserve"> </w:t>
      </w:r>
      <w:r w:rsidRPr="00116BFD">
        <w:rPr>
          <w:rFonts w:ascii="Kalimati" w:hAnsi="Kalimati"/>
          <w:color w:val="222222"/>
          <w:cs/>
          <w:lang w:bidi="hi-IN"/>
        </w:rPr>
        <w:t>।</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संस्थाको</w:t>
      </w:r>
      <w:r w:rsidRPr="00116BFD">
        <w:rPr>
          <w:rFonts w:ascii="Kalimati" w:hAnsi="Kalimati"/>
          <w:color w:val="222222"/>
        </w:rPr>
        <w:t xml:space="preserve"> </w:t>
      </w:r>
      <w:r w:rsidRPr="00116BFD">
        <w:rPr>
          <w:rFonts w:ascii="Kalimati" w:hAnsi="Kalimati"/>
          <w:color w:val="222222"/>
          <w:cs/>
          <w:lang w:bidi="hi-IN"/>
        </w:rPr>
        <w:t>कार्य</w:t>
      </w:r>
      <w:r w:rsidRPr="00116BFD">
        <w:rPr>
          <w:rFonts w:ascii="Kalimati" w:hAnsi="Kalimati"/>
          <w:color w:val="222222"/>
        </w:rPr>
        <w:t xml:space="preserve"> </w:t>
      </w:r>
      <w:r w:rsidRPr="00116BFD">
        <w:rPr>
          <w:rFonts w:ascii="Kalimati" w:hAnsi="Kalimati"/>
          <w:color w:val="222222"/>
          <w:cs/>
          <w:lang w:bidi="hi-IN"/>
        </w:rPr>
        <w:t>समितिको</w:t>
      </w:r>
      <w:r w:rsidRPr="00116BFD">
        <w:rPr>
          <w:rFonts w:ascii="Kalimati" w:hAnsi="Kalimati"/>
          <w:color w:val="222222"/>
        </w:rPr>
        <w:t xml:space="preserve"> </w:t>
      </w:r>
      <w:r w:rsidRPr="00116BFD">
        <w:rPr>
          <w:rFonts w:ascii="Kalimati" w:hAnsi="Kalimati"/>
          <w:color w:val="222222"/>
          <w:cs/>
          <w:lang w:bidi="hi-IN"/>
        </w:rPr>
        <w:t>पदाधिकारीको</w:t>
      </w:r>
      <w:r w:rsidRPr="00116BFD">
        <w:rPr>
          <w:rFonts w:ascii="Kalimati" w:hAnsi="Kalimati"/>
          <w:color w:val="222222"/>
        </w:rPr>
        <w:t xml:space="preserve"> </w:t>
      </w:r>
      <w:r w:rsidRPr="00116BFD">
        <w:rPr>
          <w:rFonts w:ascii="Kalimati" w:hAnsi="Kalimati"/>
          <w:color w:val="222222"/>
          <w:cs/>
          <w:lang w:bidi="hi-IN"/>
        </w:rPr>
        <w:t>पदावधि</w:t>
      </w:r>
      <w:r w:rsidRPr="00116BFD">
        <w:rPr>
          <w:rFonts w:ascii="Kalimati" w:hAnsi="Kalimati"/>
          <w:color w:val="222222"/>
        </w:rPr>
        <w:t xml:space="preserve"> </w:t>
      </w:r>
      <w:r w:rsidRPr="00116BFD">
        <w:rPr>
          <w:rFonts w:ascii="Kalimati" w:hAnsi="Kalimati"/>
          <w:color w:val="222222"/>
          <w:cs/>
          <w:lang w:bidi="hi-IN"/>
        </w:rPr>
        <w:t>२</w:t>
      </w:r>
      <w:r w:rsidRPr="00116BFD">
        <w:rPr>
          <w:rFonts w:ascii="Kalimati" w:hAnsi="Kalimati"/>
          <w:color w:val="222222"/>
        </w:rPr>
        <w:t xml:space="preserve"> </w:t>
      </w:r>
      <w:r w:rsidRPr="00116BFD">
        <w:rPr>
          <w:rFonts w:ascii="Kalimati" w:hAnsi="Kalimati"/>
          <w:color w:val="222222"/>
          <w:cs/>
          <w:lang w:bidi="hi-IN"/>
        </w:rPr>
        <w:t>वर्षको</w:t>
      </w:r>
      <w:r w:rsidRPr="00116BFD">
        <w:rPr>
          <w:rFonts w:ascii="Kalimati" w:hAnsi="Kalimati"/>
          <w:color w:val="222222"/>
        </w:rPr>
        <w:t xml:space="preserve"> </w:t>
      </w:r>
      <w:r w:rsidRPr="00116BFD">
        <w:rPr>
          <w:rFonts w:ascii="Kalimati" w:hAnsi="Kalimati"/>
          <w:color w:val="222222"/>
          <w:cs/>
          <w:lang w:bidi="hi-IN"/>
        </w:rPr>
        <w:t>हुनेछ</w:t>
      </w:r>
      <w:r w:rsidRPr="00116BFD">
        <w:rPr>
          <w:rFonts w:ascii="Kalimati" w:hAnsi="Kalimati"/>
          <w:color w:val="222222"/>
        </w:rPr>
        <w:t xml:space="preserve"> </w:t>
      </w:r>
      <w:r w:rsidRPr="00116BFD">
        <w:rPr>
          <w:rFonts w:ascii="Kalimati" w:hAnsi="Kalimati"/>
          <w:color w:val="222222"/>
          <w:cs/>
          <w:lang w:bidi="hi-IN"/>
        </w:rPr>
        <w:t>।</w:t>
      </w:r>
      <w:r w:rsidRPr="00116BFD">
        <w:rPr>
          <w:rFonts w:ascii="Kalimati" w:hAnsi="Kalimati"/>
          <w:color w:val="222222"/>
        </w:rPr>
        <w:t xml:space="preserve"> </w:t>
      </w:r>
      <w:r w:rsidRPr="00116BFD">
        <w:rPr>
          <w:rFonts w:ascii="Kalimati" w:hAnsi="Kalimati"/>
          <w:color w:val="222222"/>
          <w:cs/>
          <w:lang w:bidi="hi-IN"/>
        </w:rPr>
        <w:t>समितिमा</w:t>
      </w:r>
      <w:r w:rsidRPr="00116BFD">
        <w:rPr>
          <w:rFonts w:ascii="Kalimati" w:hAnsi="Kalimati"/>
          <w:color w:val="222222"/>
        </w:rPr>
        <w:t xml:space="preserve"> </w:t>
      </w:r>
      <w:r w:rsidRPr="00116BFD">
        <w:rPr>
          <w:rFonts w:ascii="Kalimati" w:hAnsi="Kalimati"/>
          <w:color w:val="222222"/>
          <w:cs/>
          <w:lang w:bidi="hi-IN"/>
        </w:rPr>
        <w:t>अध्यक्ष</w:t>
      </w:r>
      <w:r w:rsidRPr="00116BFD">
        <w:rPr>
          <w:rFonts w:ascii="Kalimati" w:hAnsi="Kalimati"/>
          <w:color w:val="222222"/>
        </w:rPr>
        <w:t xml:space="preserve">, </w:t>
      </w:r>
      <w:r w:rsidRPr="00116BFD">
        <w:rPr>
          <w:rFonts w:ascii="Kalimati" w:hAnsi="Kalimati"/>
          <w:color w:val="222222"/>
          <w:cs/>
          <w:lang w:bidi="hi-IN"/>
        </w:rPr>
        <w:t>सचिव</w:t>
      </w:r>
      <w:r w:rsidRPr="00116BFD">
        <w:rPr>
          <w:rFonts w:ascii="Kalimati" w:hAnsi="Kalimati"/>
          <w:color w:val="222222"/>
        </w:rPr>
        <w:t xml:space="preserve"> </w:t>
      </w:r>
      <w:r w:rsidRPr="00116BFD">
        <w:rPr>
          <w:rFonts w:ascii="Kalimati" w:hAnsi="Kalimati"/>
          <w:color w:val="222222"/>
          <w:cs/>
          <w:lang w:bidi="hi-IN"/>
        </w:rPr>
        <w:t>वा</w:t>
      </w:r>
      <w:r w:rsidRPr="00116BFD">
        <w:rPr>
          <w:rFonts w:ascii="Kalimati" w:hAnsi="Kalimati"/>
          <w:color w:val="222222"/>
        </w:rPr>
        <w:t xml:space="preserve"> </w:t>
      </w:r>
      <w:r w:rsidRPr="00116BFD">
        <w:rPr>
          <w:rFonts w:ascii="Kalimati" w:hAnsi="Kalimati"/>
          <w:color w:val="222222"/>
          <w:cs/>
          <w:lang w:bidi="hi-IN"/>
        </w:rPr>
        <w:t>कोषाध्यक्ष</w:t>
      </w:r>
      <w:r w:rsidRPr="00116BFD">
        <w:rPr>
          <w:rFonts w:ascii="Kalimati" w:hAnsi="Kalimati"/>
          <w:color w:val="222222"/>
        </w:rPr>
        <w:t xml:space="preserve"> </w:t>
      </w:r>
      <w:r w:rsidRPr="00116BFD">
        <w:rPr>
          <w:rFonts w:ascii="Kalimati" w:hAnsi="Kalimati"/>
          <w:color w:val="222222"/>
          <w:cs/>
          <w:lang w:bidi="hi-IN"/>
        </w:rPr>
        <w:t>मध्ये</w:t>
      </w:r>
      <w:r w:rsidRPr="00116BFD">
        <w:rPr>
          <w:rFonts w:ascii="Kalimati" w:hAnsi="Kalimati"/>
          <w:color w:val="222222"/>
        </w:rPr>
        <w:t xml:space="preserve"> </w:t>
      </w:r>
      <w:r w:rsidRPr="00116BFD">
        <w:rPr>
          <w:rFonts w:ascii="Kalimati" w:hAnsi="Kalimati"/>
          <w:color w:val="222222"/>
          <w:cs/>
          <w:lang w:bidi="hi-IN"/>
        </w:rPr>
        <w:t>कुनै</w:t>
      </w:r>
      <w:r w:rsidRPr="00116BFD">
        <w:rPr>
          <w:rFonts w:ascii="Kalimati" w:hAnsi="Kalimati"/>
          <w:color w:val="222222"/>
        </w:rPr>
        <w:t xml:space="preserve"> </w:t>
      </w:r>
      <w:r w:rsidRPr="00116BFD">
        <w:rPr>
          <w:rFonts w:ascii="Kalimati" w:hAnsi="Kalimati"/>
          <w:color w:val="222222"/>
          <w:cs/>
          <w:lang w:bidi="hi-IN"/>
        </w:rPr>
        <w:t>एक</w:t>
      </w:r>
      <w:r w:rsidRPr="00116BFD">
        <w:rPr>
          <w:rFonts w:ascii="Kalimati" w:hAnsi="Kalimati"/>
          <w:color w:val="222222"/>
        </w:rPr>
        <w:t xml:space="preserve"> </w:t>
      </w:r>
      <w:r w:rsidRPr="00116BFD">
        <w:rPr>
          <w:rFonts w:ascii="Kalimati" w:hAnsi="Kalimati"/>
          <w:color w:val="222222"/>
          <w:cs/>
          <w:lang w:bidi="hi-IN"/>
        </w:rPr>
        <w:t>पदमा</w:t>
      </w:r>
      <w:r w:rsidRPr="00116BFD">
        <w:rPr>
          <w:rFonts w:ascii="Kalimati" w:hAnsi="Kalimati"/>
          <w:color w:val="222222"/>
        </w:rPr>
        <w:t xml:space="preserve"> </w:t>
      </w:r>
      <w:r w:rsidRPr="00116BFD">
        <w:rPr>
          <w:rFonts w:ascii="Kalimati" w:hAnsi="Kalimati"/>
          <w:color w:val="222222"/>
          <w:cs/>
          <w:lang w:bidi="hi-IN"/>
        </w:rPr>
        <w:t>अनिर्वाय</w:t>
      </w:r>
      <w:r w:rsidRPr="00116BFD">
        <w:rPr>
          <w:rFonts w:ascii="Kalimati" w:hAnsi="Kalimati"/>
          <w:color w:val="222222"/>
        </w:rPr>
        <w:t xml:space="preserve"> </w:t>
      </w:r>
      <w:r w:rsidRPr="00116BFD">
        <w:rPr>
          <w:rFonts w:ascii="Kalimati" w:hAnsi="Kalimati"/>
          <w:color w:val="222222"/>
          <w:cs/>
          <w:lang w:bidi="hi-IN"/>
        </w:rPr>
        <w:t>रुपमा</w:t>
      </w:r>
      <w:r w:rsidRPr="00116BFD">
        <w:rPr>
          <w:rFonts w:ascii="Kalimati" w:hAnsi="Kalimati"/>
          <w:color w:val="222222"/>
        </w:rPr>
        <w:t xml:space="preserve"> </w:t>
      </w:r>
      <w:r w:rsidRPr="00116BFD">
        <w:rPr>
          <w:rFonts w:ascii="Kalimati" w:hAnsi="Kalimati"/>
          <w:color w:val="222222"/>
          <w:cs/>
          <w:lang w:bidi="hi-IN"/>
        </w:rPr>
        <w:t>महिला</w:t>
      </w:r>
      <w:r w:rsidRPr="00116BFD">
        <w:rPr>
          <w:rFonts w:ascii="Kalimati" w:hAnsi="Kalimati"/>
          <w:color w:val="222222"/>
        </w:rPr>
        <w:t xml:space="preserve"> </w:t>
      </w:r>
      <w:r w:rsidRPr="00116BFD">
        <w:rPr>
          <w:rFonts w:ascii="Kalimati" w:hAnsi="Kalimati"/>
          <w:color w:val="222222"/>
          <w:cs/>
          <w:lang w:bidi="hi-IN"/>
        </w:rPr>
        <w:t>हुनुपर्नेछ</w:t>
      </w:r>
      <w:r w:rsidRPr="00116BFD">
        <w:rPr>
          <w:rFonts w:ascii="Kalimati" w:hAnsi="Kalimati"/>
          <w:color w:val="222222"/>
        </w:rPr>
        <w:t xml:space="preserve"> </w:t>
      </w:r>
      <w:r w:rsidRPr="00116BFD">
        <w:rPr>
          <w:rFonts w:ascii="Kalimati" w:hAnsi="Kalimati"/>
          <w:color w:val="222222"/>
          <w:cs/>
          <w:lang w:bidi="hi-IN"/>
        </w:rPr>
        <w:t>।</w:t>
      </w:r>
      <w:r w:rsidRPr="00116BFD">
        <w:rPr>
          <w:rFonts w:ascii="Kalimati" w:hAnsi="Kalimati"/>
          <w:color w:val="222222"/>
        </w:rPr>
        <w:t xml:space="preserve"> </w:t>
      </w:r>
      <w:r w:rsidRPr="00116BFD">
        <w:rPr>
          <w:rFonts w:ascii="Kalimati" w:hAnsi="Kalimati"/>
          <w:color w:val="222222"/>
          <w:cs/>
          <w:lang w:bidi="hi-IN"/>
        </w:rPr>
        <w:t>तदर्थ</w:t>
      </w:r>
      <w:r w:rsidRPr="00116BFD">
        <w:rPr>
          <w:rFonts w:ascii="Kalimati" w:hAnsi="Kalimati"/>
          <w:color w:val="222222"/>
        </w:rPr>
        <w:t xml:space="preserve"> </w:t>
      </w:r>
      <w:r w:rsidRPr="00116BFD">
        <w:rPr>
          <w:rFonts w:ascii="Kalimati" w:hAnsi="Kalimati"/>
          <w:color w:val="222222"/>
          <w:cs/>
          <w:lang w:bidi="hi-IN"/>
        </w:rPr>
        <w:t>कार्य</w:t>
      </w:r>
      <w:r w:rsidRPr="00116BFD">
        <w:rPr>
          <w:rFonts w:ascii="Kalimati" w:hAnsi="Kalimati"/>
          <w:color w:val="222222"/>
        </w:rPr>
        <w:t xml:space="preserve"> </w:t>
      </w:r>
      <w:r w:rsidRPr="00116BFD">
        <w:rPr>
          <w:rFonts w:ascii="Kalimati" w:hAnsi="Kalimati"/>
          <w:color w:val="222222"/>
          <w:cs/>
          <w:lang w:bidi="hi-IN"/>
        </w:rPr>
        <w:t>समितिले</w:t>
      </w:r>
      <w:r w:rsidRPr="00116BFD">
        <w:rPr>
          <w:rFonts w:ascii="Kalimati" w:hAnsi="Kalimati"/>
          <w:color w:val="222222"/>
        </w:rPr>
        <w:t xml:space="preserve"> </w:t>
      </w:r>
      <w:r w:rsidRPr="00116BFD">
        <w:rPr>
          <w:rFonts w:ascii="Kalimati" w:hAnsi="Kalimati"/>
          <w:color w:val="222222"/>
          <w:cs/>
          <w:lang w:bidi="hi-IN"/>
        </w:rPr>
        <w:t>१</w:t>
      </w:r>
      <w:r w:rsidRPr="00116BFD">
        <w:rPr>
          <w:rFonts w:ascii="Kalimati" w:hAnsi="Kalimati"/>
          <w:color w:val="222222"/>
        </w:rPr>
        <w:t xml:space="preserve"> </w:t>
      </w:r>
      <w:r w:rsidRPr="00116BFD">
        <w:rPr>
          <w:rFonts w:ascii="Kalimati" w:hAnsi="Kalimati"/>
          <w:color w:val="222222"/>
          <w:cs/>
          <w:lang w:bidi="hi-IN"/>
        </w:rPr>
        <w:t>वर्ष</w:t>
      </w:r>
      <w:r w:rsidRPr="00116BFD">
        <w:rPr>
          <w:rFonts w:ascii="Kalimati" w:hAnsi="Kalimati"/>
          <w:color w:val="222222"/>
        </w:rPr>
        <w:t xml:space="preserve"> </w:t>
      </w:r>
      <w:r w:rsidRPr="00116BFD">
        <w:rPr>
          <w:rFonts w:ascii="Kalimati" w:hAnsi="Kalimati"/>
          <w:color w:val="222222"/>
          <w:cs/>
          <w:lang w:bidi="hi-IN"/>
        </w:rPr>
        <w:t>भित्र</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सभा</w:t>
      </w:r>
      <w:r w:rsidRPr="00116BFD">
        <w:rPr>
          <w:rFonts w:ascii="Kalimati" w:hAnsi="Kalimati"/>
          <w:color w:val="222222"/>
        </w:rPr>
        <w:t xml:space="preserve"> </w:t>
      </w:r>
      <w:r w:rsidRPr="00116BFD">
        <w:rPr>
          <w:rFonts w:ascii="Kalimati" w:hAnsi="Kalimati"/>
          <w:color w:val="222222"/>
          <w:cs/>
          <w:lang w:bidi="hi-IN"/>
        </w:rPr>
        <w:t>बोलाई</w:t>
      </w:r>
      <w:r w:rsidRPr="00116BFD">
        <w:rPr>
          <w:rFonts w:ascii="Kalimati" w:hAnsi="Kalimati"/>
          <w:color w:val="222222"/>
        </w:rPr>
        <w:t xml:space="preserve"> </w:t>
      </w:r>
      <w:r w:rsidRPr="00116BFD">
        <w:rPr>
          <w:rFonts w:ascii="Kalimati" w:hAnsi="Kalimati"/>
          <w:color w:val="222222"/>
          <w:cs/>
          <w:lang w:bidi="hi-IN"/>
        </w:rPr>
        <w:t>कार्य</w:t>
      </w:r>
      <w:r w:rsidRPr="00116BFD">
        <w:rPr>
          <w:rFonts w:ascii="Kalimati" w:hAnsi="Kalimati"/>
          <w:color w:val="222222"/>
        </w:rPr>
        <w:t xml:space="preserve"> </w:t>
      </w:r>
      <w:r w:rsidRPr="00116BFD">
        <w:rPr>
          <w:rFonts w:ascii="Kalimati" w:hAnsi="Kalimati"/>
          <w:color w:val="222222"/>
          <w:cs/>
          <w:lang w:bidi="hi-IN"/>
        </w:rPr>
        <w:t>समिति</w:t>
      </w:r>
      <w:r w:rsidRPr="00116BFD">
        <w:rPr>
          <w:rFonts w:ascii="Kalimati" w:hAnsi="Kalimati"/>
          <w:color w:val="222222"/>
        </w:rPr>
        <w:t xml:space="preserve"> </w:t>
      </w:r>
      <w:r w:rsidRPr="00116BFD">
        <w:rPr>
          <w:rFonts w:ascii="Kalimati" w:hAnsi="Kalimati"/>
          <w:color w:val="222222"/>
          <w:cs/>
          <w:lang w:bidi="hi-IN"/>
        </w:rPr>
        <w:t>गठन</w:t>
      </w:r>
      <w:r w:rsidRPr="00116BFD">
        <w:rPr>
          <w:rFonts w:ascii="Kalimati" w:hAnsi="Kalimati"/>
          <w:color w:val="222222"/>
        </w:rPr>
        <w:t xml:space="preserve"> </w:t>
      </w:r>
      <w:r w:rsidRPr="00116BFD">
        <w:rPr>
          <w:rFonts w:ascii="Kalimati" w:hAnsi="Kalimati"/>
          <w:color w:val="222222"/>
          <w:cs/>
          <w:lang w:bidi="hi-IN"/>
        </w:rPr>
        <w:t>गनुपर्नेछ</w:t>
      </w:r>
      <w:r w:rsidRPr="00116BFD">
        <w:rPr>
          <w:rFonts w:ascii="Kalimati" w:hAnsi="Kalimati"/>
          <w:color w:val="222222"/>
        </w:rPr>
        <w:t xml:space="preserve"> </w:t>
      </w:r>
      <w:r w:rsidRPr="00116BFD">
        <w:rPr>
          <w:rFonts w:ascii="Kalimati" w:hAnsi="Kalimati"/>
          <w:color w:val="222222"/>
          <w:cs/>
          <w:lang w:bidi="hi-IN"/>
        </w:rPr>
        <w:t>।</w:t>
      </w:r>
    </w:p>
    <w:p w:rsidR="00116BFD" w:rsidRPr="00116BFD" w:rsidRDefault="00116BFD" w:rsidP="00116BFD">
      <w:pPr>
        <w:spacing w:before="40"/>
        <w:ind w:left="288"/>
        <w:jc w:val="both"/>
        <w:rPr>
          <w:rFonts w:hint="eastAsia"/>
        </w:rPr>
      </w:pPr>
      <w:r w:rsidRPr="00116BFD">
        <w:rPr>
          <w:rFonts w:ascii="Kalimati" w:hAnsi="Kalimati"/>
          <w:color w:val="222222"/>
          <w:cs/>
          <w:lang w:bidi="hi-IN"/>
        </w:rPr>
        <w:t>३</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w:t>
      </w:r>
      <w:r w:rsidRPr="00116BFD">
        <w:rPr>
          <w:rFonts w:ascii="Kalimati" w:hAnsi="Kalimati"/>
          <w:color w:val="222222"/>
        </w:rPr>
        <w:t xml:space="preserve"> </w:t>
      </w:r>
      <w:r w:rsidRPr="00116BFD">
        <w:rPr>
          <w:rFonts w:ascii="Kalimati" w:hAnsi="Kalimati"/>
          <w:color w:val="222222"/>
          <w:cs/>
          <w:lang w:bidi="hi-IN"/>
        </w:rPr>
        <w:t>गठन</w:t>
      </w:r>
      <w:r w:rsidRPr="00116BFD">
        <w:rPr>
          <w:rFonts w:ascii="Kalimati" w:hAnsi="Kalimati"/>
          <w:color w:val="222222"/>
        </w:rPr>
        <w:t xml:space="preserve"> </w:t>
      </w:r>
      <w:r w:rsidRPr="00116BFD">
        <w:rPr>
          <w:rFonts w:ascii="Kalimati" w:hAnsi="Kalimati"/>
          <w:color w:val="222222"/>
          <w:cs/>
          <w:lang w:bidi="hi-IN"/>
        </w:rPr>
        <w:t>गर्दा</w:t>
      </w:r>
      <w:r w:rsidRPr="00116BFD">
        <w:rPr>
          <w:rFonts w:ascii="Kalimati" w:hAnsi="Kalimati"/>
          <w:color w:val="222222"/>
        </w:rPr>
        <w:t xml:space="preserve"> </w:t>
      </w:r>
      <w:r w:rsidRPr="00116BFD">
        <w:rPr>
          <w:rFonts w:ascii="Kalimati" w:hAnsi="Kalimati"/>
          <w:color w:val="222222"/>
          <w:cs/>
          <w:lang w:bidi="hi-IN"/>
        </w:rPr>
        <w:t>सकेसम्म</w:t>
      </w:r>
      <w:r w:rsidRPr="00116BFD">
        <w:rPr>
          <w:rFonts w:ascii="Kalimati" w:hAnsi="Kalimati"/>
          <w:color w:val="222222"/>
        </w:rPr>
        <w:t xml:space="preserve"> </w:t>
      </w:r>
      <w:r w:rsidRPr="00116BFD">
        <w:rPr>
          <w:rFonts w:ascii="Kalimati" w:hAnsi="Kalimati"/>
          <w:color w:val="222222"/>
          <w:cs/>
          <w:lang w:bidi="hi-IN"/>
        </w:rPr>
        <w:t>टोलका</w:t>
      </w:r>
      <w:r w:rsidRPr="00116BFD">
        <w:rPr>
          <w:rFonts w:ascii="Kalimati" w:hAnsi="Kalimati"/>
          <w:color w:val="222222"/>
        </w:rPr>
        <w:t xml:space="preserve"> </w:t>
      </w:r>
      <w:r w:rsidRPr="00116BFD">
        <w:rPr>
          <w:rFonts w:ascii="Kalimati" w:hAnsi="Kalimati"/>
          <w:color w:val="222222"/>
          <w:cs/>
          <w:lang w:bidi="hi-IN"/>
        </w:rPr>
        <w:t>सम्पूर्ण</w:t>
      </w:r>
      <w:r w:rsidRPr="00116BFD">
        <w:rPr>
          <w:rFonts w:ascii="Kalimati" w:hAnsi="Kalimati"/>
          <w:color w:val="222222"/>
        </w:rPr>
        <w:t xml:space="preserve"> </w:t>
      </w:r>
      <w:r w:rsidRPr="00116BFD">
        <w:rPr>
          <w:rFonts w:ascii="Kalimati" w:hAnsi="Kalimati"/>
          <w:color w:val="222222"/>
          <w:cs/>
          <w:lang w:bidi="hi-IN"/>
        </w:rPr>
        <w:t>घरधुरीलाई</w:t>
      </w:r>
      <w:r w:rsidRPr="00116BFD">
        <w:rPr>
          <w:rFonts w:ascii="Kalimati" w:hAnsi="Kalimati"/>
          <w:color w:val="222222"/>
        </w:rPr>
        <w:t xml:space="preserve"> </w:t>
      </w:r>
      <w:r w:rsidRPr="00116BFD">
        <w:rPr>
          <w:rFonts w:ascii="Kalimati" w:hAnsi="Kalimati"/>
          <w:color w:val="222222"/>
          <w:cs/>
          <w:lang w:bidi="hi-IN"/>
        </w:rPr>
        <w:t>एक</w:t>
      </w:r>
      <w:r w:rsidRPr="00116BFD">
        <w:rPr>
          <w:rFonts w:ascii="Kalimati" w:hAnsi="Kalimati"/>
          <w:color w:val="222222"/>
        </w:rPr>
        <w:t xml:space="preserve"> </w:t>
      </w:r>
      <w:r w:rsidRPr="00116BFD">
        <w:rPr>
          <w:rFonts w:ascii="Kalimati" w:hAnsi="Kalimati"/>
          <w:color w:val="222222"/>
          <w:cs/>
          <w:lang w:bidi="hi-IN"/>
        </w:rPr>
        <w:t>घर</w:t>
      </w:r>
      <w:r w:rsidRPr="00116BFD">
        <w:rPr>
          <w:rFonts w:ascii="Kalimati" w:hAnsi="Kalimati"/>
          <w:color w:val="222222"/>
        </w:rPr>
        <w:t xml:space="preserve"> </w:t>
      </w:r>
      <w:r w:rsidRPr="00116BFD">
        <w:rPr>
          <w:rFonts w:ascii="Kalimati" w:hAnsi="Kalimati"/>
          <w:color w:val="222222"/>
          <w:cs/>
          <w:lang w:bidi="hi-IN"/>
        </w:rPr>
        <w:t>एक</w:t>
      </w:r>
      <w:r w:rsidRPr="00116BFD">
        <w:rPr>
          <w:rFonts w:ascii="Kalimati" w:hAnsi="Kalimati"/>
          <w:color w:val="222222"/>
        </w:rPr>
        <w:t xml:space="preserve"> </w:t>
      </w:r>
      <w:r w:rsidRPr="00116BFD">
        <w:rPr>
          <w:rFonts w:ascii="Kalimati" w:hAnsi="Kalimati"/>
          <w:color w:val="222222"/>
          <w:cs/>
          <w:lang w:bidi="hi-IN"/>
        </w:rPr>
        <w:t>सदस्यको</w:t>
      </w:r>
      <w:r w:rsidRPr="00116BFD">
        <w:rPr>
          <w:rFonts w:ascii="Kalimati" w:hAnsi="Kalimati"/>
          <w:color w:val="222222"/>
        </w:rPr>
        <w:t xml:space="preserve"> </w:t>
      </w:r>
      <w:r w:rsidRPr="00116BFD">
        <w:rPr>
          <w:rFonts w:ascii="Kalimati" w:hAnsi="Kalimati"/>
          <w:color w:val="222222"/>
          <w:cs/>
          <w:lang w:bidi="hi-IN"/>
        </w:rPr>
        <w:t>रुपमा</w:t>
      </w:r>
      <w:r w:rsidRPr="00116BFD">
        <w:rPr>
          <w:rFonts w:ascii="Kalimati" w:hAnsi="Kalimati"/>
          <w:color w:val="222222"/>
        </w:rPr>
        <w:t xml:space="preserve"> </w:t>
      </w:r>
      <w:r w:rsidRPr="00116BFD">
        <w:rPr>
          <w:rFonts w:ascii="Kalimati" w:hAnsi="Kalimati"/>
          <w:color w:val="222222"/>
          <w:cs/>
          <w:lang w:bidi="hi-IN"/>
        </w:rPr>
        <w:t>समेट्नुपर्दछ</w:t>
      </w:r>
      <w:r w:rsidRPr="00116BFD">
        <w:rPr>
          <w:rFonts w:ascii="Kalimati" w:hAnsi="Kalimati"/>
          <w:color w:val="222222"/>
        </w:rPr>
        <w:t xml:space="preserve"> </w:t>
      </w:r>
      <w:r w:rsidRPr="00116BFD">
        <w:rPr>
          <w:rFonts w:ascii="Kalimati" w:hAnsi="Kalimati"/>
          <w:color w:val="222222"/>
          <w:cs/>
          <w:lang w:bidi="hi-IN"/>
        </w:rPr>
        <w:t>।</w:t>
      </w:r>
      <w:r w:rsidRPr="00116BFD">
        <w:rPr>
          <w:rFonts w:ascii="Kalimati" w:hAnsi="Kalimati"/>
          <w:color w:val="222222"/>
        </w:rPr>
        <w:t xml:space="preserve"> </w:t>
      </w:r>
      <w:r w:rsidRPr="00116BFD">
        <w:rPr>
          <w:rFonts w:ascii="Kalimati" w:hAnsi="Kalimati"/>
          <w:color w:val="222222"/>
          <w:cs/>
          <w:lang w:bidi="hi-IN"/>
        </w:rPr>
        <w:t>सो</w:t>
      </w:r>
      <w:r w:rsidRPr="00116BFD">
        <w:rPr>
          <w:rFonts w:ascii="Kalimati" w:hAnsi="Kalimati"/>
          <w:color w:val="222222"/>
        </w:rPr>
        <w:t xml:space="preserve"> </w:t>
      </w:r>
      <w:r w:rsidRPr="00116BFD">
        <w:rPr>
          <w:rFonts w:ascii="Kalimati" w:hAnsi="Kalimati"/>
          <w:color w:val="222222"/>
          <w:cs/>
          <w:lang w:bidi="hi-IN"/>
        </w:rPr>
        <w:t>सम्भव</w:t>
      </w:r>
      <w:r w:rsidRPr="00116BFD">
        <w:rPr>
          <w:rFonts w:ascii="Kalimati" w:hAnsi="Kalimati"/>
          <w:color w:val="222222"/>
        </w:rPr>
        <w:t xml:space="preserve"> </w:t>
      </w:r>
      <w:r w:rsidRPr="00116BFD">
        <w:rPr>
          <w:rFonts w:ascii="Kalimati" w:hAnsi="Kalimati"/>
          <w:color w:val="222222"/>
          <w:cs/>
          <w:lang w:bidi="hi-IN"/>
        </w:rPr>
        <w:t>नभए</w:t>
      </w:r>
      <w:r w:rsidRPr="00116BFD">
        <w:rPr>
          <w:rFonts w:ascii="Kalimati" w:hAnsi="Kalimati"/>
          <w:color w:val="222222"/>
        </w:rPr>
        <w:t xml:space="preserve"> </w:t>
      </w:r>
      <w:r w:rsidRPr="00116BFD">
        <w:rPr>
          <w:rFonts w:ascii="Kalimati" w:hAnsi="Kalimati"/>
          <w:color w:val="222222"/>
          <w:cs/>
          <w:lang w:bidi="hi-IN"/>
        </w:rPr>
        <w:t>कम्तीमा</w:t>
      </w:r>
      <w:r w:rsidRPr="00116BFD">
        <w:rPr>
          <w:rFonts w:ascii="Kalimati" w:hAnsi="Kalimati"/>
          <w:color w:val="222222"/>
        </w:rPr>
        <w:t xml:space="preserve"> </w:t>
      </w:r>
      <w:r w:rsidRPr="00116BFD">
        <w:rPr>
          <w:rFonts w:ascii="Kalimati" w:hAnsi="Kalimati"/>
          <w:color w:val="222222"/>
          <w:cs/>
          <w:lang w:bidi="hi-IN"/>
        </w:rPr>
        <w:t>८०</w:t>
      </w:r>
      <w:r w:rsidRPr="00116BFD">
        <w:rPr>
          <w:rFonts w:ascii="Kalimati" w:hAnsi="Kalimati"/>
          <w:color w:val="222222"/>
        </w:rPr>
        <w:t xml:space="preserve"> </w:t>
      </w:r>
      <w:r w:rsidRPr="00116BFD">
        <w:rPr>
          <w:rFonts w:ascii="Kalimati" w:hAnsi="Kalimati"/>
          <w:color w:val="222222"/>
          <w:cs/>
          <w:lang w:bidi="hi-IN"/>
        </w:rPr>
        <w:t>प्रतिशत</w:t>
      </w:r>
      <w:r w:rsidRPr="00116BFD">
        <w:rPr>
          <w:rFonts w:ascii="Kalimati" w:hAnsi="Kalimati"/>
          <w:color w:val="222222"/>
        </w:rPr>
        <w:t xml:space="preserve"> </w:t>
      </w:r>
      <w:r w:rsidRPr="00116BFD">
        <w:rPr>
          <w:rFonts w:ascii="Kalimati" w:hAnsi="Kalimati"/>
          <w:color w:val="222222"/>
          <w:cs/>
          <w:lang w:bidi="hi-IN"/>
        </w:rPr>
        <w:t>सहभागि</w:t>
      </w:r>
      <w:r w:rsidRPr="00116BFD">
        <w:rPr>
          <w:rFonts w:ascii="Kalimati" w:hAnsi="Kalimati"/>
          <w:color w:val="222222"/>
        </w:rPr>
        <w:t xml:space="preserve"> </w:t>
      </w:r>
      <w:r w:rsidRPr="00116BFD">
        <w:rPr>
          <w:rFonts w:ascii="Kalimati" w:hAnsi="Kalimati"/>
          <w:color w:val="222222"/>
          <w:cs/>
          <w:lang w:bidi="hi-IN"/>
        </w:rPr>
        <w:t>गराई</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w:t>
      </w:r>
      <w:r w:rsidRPr="00116BFD">
        <w:rPr>
          <w:rFonts w:ascii="Kalimati" w:hAnsi="Kalimati"/>
          <w:color w:val="222222"/>
        </w:rPr>
        <w:t xml:space="preserve"> </w:t>
      </w:r>
      <w:r w:rsidRPr="00116BFD">
        <w:rPr>
          <w:rFonts w:ascii="Kalimati" w:hAnsi="Kalimati"/>
          <w:color w:val="222222"/>
          <w:cs/>
          <w:lang w:bidi="hi-IN"/>
        </w:rPr>
        <w:t>गठन</w:t>
      </w:r>
      <w:r w:rsidRPr="00116BFD">
        <w:rPr>
          <w:rFonts w:ascii="Kalimati" w:hAnsi="Kalimati"/>
          <w:color w:val="222222"/>
        </w:rPr>
        <w:t xml:space="preserve"> </w:t>
      </w:r>
      <w:r w:rsidRPr="00116BFD">
        <w:rPr>
          <w:rFonts w:ascii="Kalimati" w:hAnsi="Kalimati"/>
          <w:color w:val="222222"/>
          <w:cs/>
          <w:lang w:bidi="hi-IN"/>
        </w:rPr>
        <w:t>गरिनेछ</w:t>
      </w:r>
      <w:r w:rsidRPr="00116BFD">
        <w:rPr>
          <w:rFonts w:ascii="Kalimati" w:hAnsi="Kalimati"/>
          <w:color w:val="222222"/>
        </w:rPr>
        <w:t xml:space="preserve"> </w:t>
      </w:r>
      <w:r w:rsidRPr="00116BFD">
        <w:rPr>
          <w:rFonts w:ascii="Kalimati" w:hAnsi="Kalimati"/>
          <w:color w:val="222222"/>
          <w:cs/>
          <w:lang w:bidi="hi-IN"/>
        </w:rPr>
        <w:t>।</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संस्थामा</w:t>
      </w:r>
      <w:r w:rsidRPr="00116BFD">
        <w:rPr>
          <w:rFonts w:ascii="Kalimati" w:hAnsi="Kalimati"/>
          <w:color w:val="222222"/>
        </w:rPr>
        <w:t xml:space="preserve"> </w:t>
      </w:r>
      <w:r w:rsidRPr="00116BFD">
        <w:rPr>
          <w:rFonts w:ascii="Kalimati" w:hAnsi="Kalimati"/>
          <w:color w:val="222222"/>
          <w:cs/>
          <w:lang w:bidi="hi-IN"/>
        </w:rPr>
        <w:t>सहभागि</w:t>
      </w:r>
      <w:r w:rsidRPr="00116BFD">
        <w:rPr>
          <w:rFonts w:ascii="Kalimati" w:hAnsi="Kalimati"/>
          <w:color w:val="222222"/>
        </w:rPr>
        <w:t xml:space="preserve"> </w:t>
      </w:r>
      <w:r w:rsidRPr="00116BFD">
        <w:rPr>
          <w:rFonts w:ascii="Kalimati" w:hAnsi="Kalimati"/>
          <w:color w:val="222222"/>
          <w:cs/>
          <w:lang w:bidi="hi-IN"/>
        </w:rPr>
        <w:t>भएका</w:t>
      </w:r>
      <w:r w:rsidRPr="00116BFD">
        <w:rPr>
          <w:rFonts w:ascii="Kalimati" w:hAnsi="Kalimati"/>
          <w:color w:val="222222"/>
        </w:rPr>
        <w:t xml:space="preserve"> </w:t>
      </w:r>
      <w:r w:rsidRPr="00116BFD">
        <w:rPr>
          <w:rFonts w:ascii="Kalimati" w:hAnsi="Kalimati"/>
          <w:color w:val="222222"/>
          <w:cs/>
          <w:lang w:bidi="hi-IN"/>
        </w:rPr>
        <w:t>सदस्यहरुमध्ये</w:t>
      </w:r>
      <w:r w:rsidRPr="00116BFD">
        <w:rPr>
          <w:rFonts w:ascii="Kalimati" w:hAnsi="Kalimati"/>
          <w:color w:val="222222"/>
        </w:rPr>
        <w:t xml:space="preserve"> </w:t>
      </w:r>
      <w:r w:rsidRPr="00116BFD">
        <w:rPr>
          <w:rFonts w:ascii="Kalimati" w:hAnsi="Kalimati"/>
          <w:color w:val="222222"/>
          <w:cs/>
          <w:lang w:bidi="hi-IN"/>
        </w:rPr>
        <w:t>कम्तीमा</w:t>
      </w:r>
      <w:r w:rsidRPr="00116BFD">
        <w:rPr>
          <w:rFonts w:ascii="Kalimati" w:hAnsi="Kalimati"/>
          <w:color w:val="222222"/>
        </w:rPr>
        <w:t xml:space="preserve"> </w:t>
      </w:r>
      <w:r w:rsidRPr="00116BFD">
        <w:rPr>
          <w:rFonts w:ascii="Kalimati" w:hAnsi="Kalimati"/>
          <w:color w:val="222222"/>
          <w:cs/>
          <w:lang w:bidi="hi-IN"/>
        </w:rPr>
        <w:t>५०</w:t>
      </w:r>
      <w:r w:rsidRPr="00116BFD">
        <w:rPr>
          <w:rFonts w:ascii="Kalimati" w:hAnsi="Kalimati"/>
          <w:color w:val="222222"/>
        </w:rPr>
        <w:t xml:space="preserve"> </w:t>
      </w:r>
      <w:r w:rsidRPr="00116BFD">
        <w:rPr>
          <w:rFonts w:ascii="Kalimati" w:hAnsi="Kalimati"/>
          <w:color w:val="222222"/>
          <w:cs/>
          <w:lang w:bidi="hi-IN"/>
        </w:rPr>
        <w:t>प्रतिशत</w:t>
      </w:r>
      <w:r w:rsidRPr="00116BFD">
        <w:rPr>
          <w:rFonts w:ascii="Kalimati" w:hAnsi="Kalimati"/>
          <w:color w:val="222222"/>
        </w:rPr>
        <w:t xml:space="preserve"> </w:t>
      </w:r>
      <w:r w:rsidRPr="00116BFD">
        <w:rPr>
          <w:rFonts w:ascii="Kalimati" w:hAnsi="Kalimati"/>
          <w:color w:val="222222"/>
          <w:cs/>
          <w:lang w:bidi="hi-IN"/>
        </w:rPr>
        <w:t>महिला</w:t>
      </w:r>
      <w:r w:rsidRPr="00116BFD">
        <w:rPr>
          <w:rFonts w:ascii="Kalimati" w:hAnsi="Kalimati"/>
          <w:color w:val="222222"/>
        </w:rPr>
        <w:t xml:space="preserve"> </w:t>
      </w:r>
      <w:r w:rsidRPr="00116BFD">
        <w:rPr>
          <w:rFonts w:ascii="Kalimati" w:hAnsi="Kalimati"/>
          <w:color w:val="222222"/>
          <w:cs/>
          <w:lang w:bidi="hi-IN"/>
        </w:rPr>
        <w:t>आवद्ध</w:t>
      </w:r>
      <w:r w:rsidRPr="00116BFD">
        <w:rPr>
          <w:rFonts w:ascii="Kalimati" w:hAnsi="Kalimati"/>
          <w:color w:val="222222"/>
        </w:rPr>
        <w:t xml:space="preserve"> </w:t>
      </w:r>
      <w:r w:rsidRPr="00116BFD">
        <w:rPr>
          <w:rFonts w:ascii="Kalimati" w:hAnsi="Kalimati"/>
          <w:color w:val="222222"/>
          <w:cs/>
          <w:lang w:bidi="hi-IN"/>
        </w:rPr>
        <w:t>गराउनु</w:t>
      </w:r>
      <w:r w:rsidRPr="00116BFD">
        <w:rPr>
          <w:rFonts w:ascii="Kalimati" w:hAnsi="Kalimati"/>
          <w:color w:val="222222"/>
        </w:rPr>
        <w:t xml:space="preserve"> </w:t>
      </w:r>
      <w:r w:rsidRPr="00116BFD">
        <w:rPr>
          <w:rFonts w:ascii="Kalimati" w:hAnsi="Kalimati"/>
          <w:color w:val="222222"/>
          <w:cs/>
          <w:lang w:bidi="hi-IN"/>
        </w:rPr>
        <w:t>पर्नेछ</w:t>
      </w:r>
      <w:r w:rsidRPr="00116BFD">
        <w:rPr>
          <w:rFonts w:ascii="Kalimati" w:hAnsi="Kalimati"/>
          <w:color w:val="222222"/>
        </w:rPr>
        <w:t xml:space="preserve"> </w:t>
      </w:r>
      <w:r w:rsidRPr="00116BFD">
        <w:rPr>
          <w:rFonts w:ascii="Kalimati" w:hAnsi="Kalimati"/>
          <w:color w:val="222222"/>
          <w:cs/>
          <w:lang w:bidi="hi-IN"/>
        </w:rPr>
        <w:t>।</w:t>
      </w:r>
    </w:p>
    <w:p w:rsidR="00116BFD" w:rsidRDefault="00116BFD" w:rsidP="00116BFD">
      <w:pPr>
        <w:spacing w:before="40"/>
        <w:ind w:left="288"/>
        <w:jc w:val="both"/>
        <w:rPr>
          <w:rFonts w:hint="eastAsia"/>
        </w:rPr>
      </w:pPr>
      <w:r w:rsidRPr="00116BFD">
        <w:rPr>
          <w:rFonts w:ascii="Kalimati" w:hAnsi="Kalimati"/>
          <w:color w:val="222222"/>
          <w:cs/>
          <w:lang w:bidi="hi-IN"/>
        </w:rPr>
        <w:t>४</w:t>
      </w:r>
      <w:r w:rsidRPr="00116BFD">
        <w:rPr>
          <w:rFonts w:ascii="Kalimati" w:hAnsi="Kalimati"/>
          <w:color w:val="222222"/>
        </w:rPr>
        <w:t xml:space="preserve">) </w:t>
      </w:r>
      <w:r w:rsidRPr="00116BFD">
        <w:rPr>
          <w:rFonts w:ascii="Kalimati" w:hAnsi="Kalimati"/>
          <w:color w:val="222222"/>
          <w:cs/>
          <w:lang w:bidi="hi-IN"/>
        </w:rPr>
        <w:t>टोल</w:t>
      </w:r>
      <w:r w:rsidRPr="00116BFD">
        <w:rPr>
          <w:rFonts w:ascii="Kalimati" w:hAnsi="Kalimati"/>
          <w:color w:val="222222"/>
        </w:rPr>
        <w:t xml:space="preserve"> </w:t>
      </w:r>
      <w:r w:rsidRPr="00116BFD">
        <w:rPr>
          <w:rFonts w:ascii="Kalimati" w:hAnsi="Kalimati"/>
          <w:color w:val="222222"/>
          <w:cs/>
          <w:lang w:bidi="hi-IN"/>
        </w:rPr>
        <w:t>विकास</w:t>
      </w:r>
      <w:r w:rsidRPr="00116BFD">
        <w:rPr>
          <w:rFonts w:ascii="Kalimati" w:hAnsi="Kalimati"/>
          <w:color w:val="222222"/>
        </w:rPr>
        <w:t xml:space="preserve"> </w:t>
      </w:r>
      <w:r w:rsidRPr="00116BFD">
        <w:rPr>
          <w:rFonts w:ascii="Kalimati" w:hAnsi="Kalimati"/>
          <w:color w:val="222222"/>
          <w:cs/>
          <w:lang w:bidi="hi-IN"/>
        </w:rPr>
        <w:t>संस्थामा</w:t>
      </w:r>
      <w:r w:rsidRPr="00116BFD">
        <w:rPr>
          <w:rFonts w:ascii="Kalimati" w:hAnsi="Kalimati"/>
          <w:color w:val="222222"/>
        </w:rPr>
        <w:t xml:space="preserve"> </w:t>
      </w:r>
      <w:r w:rsidRPr="00116BFD">
        <w:rPr>
          <w:rFonts w:ascii="Kalimati" w:hAnsi="Kalimati"/>
          <w:color w:val="222222"/>
          <w:cs/>
          <w:lang w:bidi="hi-IN"/>
        </w:rPr>
        <w:t>७</w:t>
      </w:r>
      <w:r w:rsidRPr="00116BFD">
        <w:rPr>
          <w:rFonts w:ascii="Kalimati" w:hAnsi="Kalimati"/>
          <w:color w:val="222222"/>
        </w:rPr>
        <w:t xml:space="preserve"> </w:t>
      </w:r>
      <w:r w:rsidRPr="00116BFD">
        <w:rPr>
          <w:rFonts w:ascii="Kalimati" w:hAnsi="Kalimati"/>
          <w:color w:val="222222"/>
          <w:cs/>
          <w:lang w:bidi="hi-IN"/>
        </w:rPr>
        <w:t>देखि</w:t>
      </w:r>
      <w:r w:rsidRPr="00116BFD">
        <w:rPr>
          <w:rFonts w:ascii="Kalimati" w:hAnsi="Kalimati"/>
          <w:color w:val="222222"/>
        </w:rPr>
        <w:t xml:space="preserve"> </w:t>
      </w:r>
      <w:r w:rsidRPr="00116BFD">
        <w:rPr>
          <w:rFonts w:ascii="Kalimati" w:hAnsi="Kalimati"/>
          <w:color w:val="222222"/>
          <w:cs/>
          <w:lang w:bidi="hi-IN"/>
        </w:rPr>
        <w:t>११</w:t>
      </w:r>
      <w:r w:rsidRPr="00116BFD">
        <w:rPr>
          <w:rFonts w:ascii="Kalimati" w:hAnsi="Kalimati"/>
          <w:color w:val="222222"/>
        </w:rPr>
        <w:t xml:space="preserve"> </w:t>
      </w:r>
      <w:r w:rsidRPr="00116BFD">
        <w:rPr>
          <w:rFonts w:ascii="Kalimati" w:hAnsi="Kalimati"/>
          <w:color w:val="222222"/>
          <w:cs/>
          <w:lang w:bidi="hi-IN"/>
        </w:rPr>
        <w:t>जनाको</w:t>
      </w:r>
      <w:r w:rsidRPr="00116BFD">
        <w:rPr>
          <w:rFonts w:ascii="Kalimati" w:hAnsi="Kalimati"/>
          <w:color w:val="222222"/>
        </w:rPr>
        <w:t xml:space="preserve"> </w:t>
      </w:r>
      <w:r w:rsidRPr="00116BFD">
        <w:rPr>
          <w:rFonts w:ascii="Kalimati" w:hAnsi="Kalimati"/>
          <w:color w:val="222222"/>
          <w:cs/>
          <w:lang w:bidi="hi-IN"/>
        </w:rPr>
        <w:t>कार्य</w:t>
      </w:r>
      <w:r w:rsidRPr="00116BFD">
        <w:rPr>
          <w:rFonts w:ascii="Kalimati" w:hAnsi="Kalimati"/>
          <w:color w:val="222222"/>
        </w:rPr>
        <w:t xml:space="preserve"> </w:t>
      </w:r>
      <w:r w:rsidRPr="00116BFD">
        <w:rPr>
          <w:rFonts w:ascii="Kalimati" w:hAnsi="Kalimati"/>
          <w:color w:val="222222"/>
          <w:cs/>
          <w:lang w:bidi="hi-IN"/>
        </w:rPr>
        <w:t>समिति</w:t>
      </w:r>
      <w:r w:rsidRPr="00116BFD">
        <w:rPr>
          <w:rFonts w:ascii="Kalimati" w:hAnsi="Kalimati"/>
          <w:color w:val="222222"/>
        </w:rPr>
        <w:t xml:space="preserve"> </w:t>
      </w:r>
      <w:r w:rsidRPr="00116BFD">
        <w:rPr>
          <w:rFonts w:ascii="Kalimati" w:hAnsi="Kalimati"/>
          <w:color w:val="222222"/>
          <w:cs/>
          <w:lang w:bidi="hi-IN"/>
        </w:rPr>
        <w:t>हुनेछ</w:t>
      </w:r>
      <w:r w:rsidRPr="00116BFD">
        <w:rPr>
          <w:rFonts w:ascii="Kalimati" w:hAnsi="Kalimati"/>
          <w:color w:val="222222"/>
        </w:rPr>
        <w:t xml:space="preserve"> </w:t>
      </w:r>
      <w:r w:rsidRPr="00116BFD">
        <w:rPr>
          <w:rFonts w:ascii="Kalimati" w:hAnsi="Kalimati"/>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६</w:t>
      </w:r>
      <w:r>
        <w:rPr>
          <w:rFonts w:ascii="Kalimati" w:hAnsi="Kalimati"/>
          <w:b/>
          <w:color w:val="222222"/>
          <w:sz w:val="24"/>
        </w:rPr>
        <w:t xml:space="preserve">. </w:t>
      </w:r>
      <w:r>
        <w:rPr>
          <w:rFonts w:ascii="Kalimati" w:hAnsi="Kalimati"/>
          <w:b/>
          <w:bCs/>
          <w:color w:val="222222"/>
          <w:sz w:val="24"/>
          <w:szCs w:val="24"/>
          <w:cs/>
          <w:lang w:bidi="hi-IN"/>
        </w:rPr>
        <w:t>संस्थाका</w:t>
      </w:r>
      <w:r>
        <w:rPr>
          <w:rFonts w:ascii="Kalimati" w:hAnsi="Kalimati"/>
          <w:b/>
          <w:color w:val="222222"/>
          <w:sz w:val="24"/>
        </w:rPr>
        <w:t xml:space="preserve"> </w:t>
      </w:r>
      <w:r>
        <w:rPr>
          <w:rFonts w:ascii="Kalimati" w:hAnsi="Kalimati"/>
          <w:b/>
          <w:bCs/>
          <w:color w:val="222222"/>
          <w:sz w:val="24"/>
          <w:szCs w:val="24"/>
          <w:cs/>
          <w:lang w:bidi="hi-IN"/>
        </w:rPr>
        <w:t>कार्यहरु</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टोल</w:t>
      </w:r>
      <w:r>
        <w:rPr>
          <w:rFonts w:ascii="Kalimati" w:hAnsi="Kalimati"/>
          <w:color w:val="222222"/>
        </w:rPr>
        <w:t xml:space="preserve"> </w:t>
      </w:r>
      <w:r>
        <w:rPr>
          <w:rFonts w:ascii="Kalimati" w:hAnsi="Kalimati"/>
          <w:color w:val="222222"/>
          <w:cs/>
          <w:lang w:bidi="hi-IN"/>
        </w:rPr>
        <w:t>विकास</w:t>
      </w:r>
      <w:r>
        <w:rPr>
          <w:rFonts w:ascii="Kalimati" w:hAnsi="Kalimati"/>
          <w:color w:val="222222"/>
        </w:rPr>
        <w:t xml:space="preserve"> </w:t>
      </w:r>
      <w:r>
        <w:rPr>
          <w:rFonts w:ascii="Kalimati" w:hAnsi="Kalimati"/>
          <w:color w:val="222222"/>
          <w:cs/>
          <w:lang w:bidi="hi-IN"/>
        </w:rPr>
        <w:t>संस्थाले</w:t>
      </w:r>
      <w:r>
        <w:rPr>
          <w:rFonts w:ascii="Kalimati" w:hAnsi="Kalimati"/>
          <w:color w:val="222222"/>
        </w:rPr>
        <w:t xml:space="preserve"> </w:t>
      </w:r>
      <w:r>
        <w:rPr>
          <w:rFonts w:ascii="Kalimati" w:hAnsi="Kalimati"/>
          <w:color w:val="222222"/>
          <w:cs/>
          <w:lang w:bidi="hi-IN"/>
        </w:rPr>
        <w:t>आफ्नो</w:t>
      </w:r>
      <w:r>
        <w:rPr>
          <w:rFonts w:ascii="Kalimati" w:hAnsi="Kalimati"/>
          <w:color w:val="222222"/>
        </w:rPr>
        <w:t xml:space="preserve"> </w:t>
      </w:r>
      <w:r>
        <w:rPr>
          <w:rFonts w:ascii="Kalimati" w:hAnsi="Kalimati"/>
          <w:color w:val="222222"/>
          <w:cs/>
          <w:lang w:bidi="hi-IN"/>
        </w:rPr>
        <w:t>टोल</w:t>
      </w:r>
      <w:r>
        <w:rPr>
          <w:rFonts w:ascii="Kalimati" w:hAnsi="Kalimati"/>
          <w:color w:val="222222"/>
        </w:rPr>
        <w:t xml:space="preserve"> </w:t>
      </w:r>
      <w:r>
        <w:rPr>
          <w:rFonts w:ascii="Kalimati" w:hAnsi="Kalimati"/>
          <w:color w:val="222222"/>
          <w:cs/>
          <w:lang w:bidi="hi-IN"/>
        </w:rPr>
        <w:t>क्षेत्रको</w:t>
      </w:r>
      <w:r>
        <w:rPr>
          <w:rFonts w:ascii="Kalimati" w:hAnsi="Kalimati"/>
          <w:color w:val="222222"/>
        </w:rPr>
        <w:t xml:space="preserve"> </w:t>
      </w:r>
      <w:r>
        <w:rPr>
          <w:rFonts w:ascii="Kalimati" w:hAnsi="Kalimati"/>
          <w:color w:val="222222"/>
          <w:cs/>
          <w:lang w:bidi="hi-IN"/>
        </w:rPr>
        <w:t>समग्र</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सदस्यहरुको</w:t>
      </w:r>
      <w:r>
        <w:rPr>
          <w:rFonts w:ascii="Kalimati" w:hAnsi="Kalimati"/>
          <w:color w:val="222222"/>
        </w:rPr>
        <w:t xml:space="preserve"> </w:t>
      </w:r>
      <w:r>
        <w:rPr>
          <w:rFonts w:ascii="Kalimati" w:hAnsi="Kalimati"/>
          <w:color w:val="222222"/>
          <w:cs/>
          <w:lang w:bidi="hi-IN"/>
        </w:rPr>
        <w:t>हितका</w:t>
      </w:r>
      <w:r>
        <w:rPr>
          <w:rFonts w:ascii="Kalimati" w:hAnsi="Kalimati"/>
          <w:color w:val="222222"/>
        </w:rPr>
        <w:t xml:space="preserve"> </w:t>
      </w:r>
      <w:r>
        <w:rPr>
          <w:rFonts w:ascii="Kalimati" w:hAnsi="Kalimati"/>
          <w:color w:val="222222"/>
          <w:cs/>
          <w:lang w:bidi="hi-IN"/>
        </w:rPr>
        <w:t>लागि</w:t>
      </w:r>
      <w:r>
        <w:rPr>
          <w:rFonts w:ascii="Kalimati" w:hAnsi="Kalimati"/>
          <w:color w:val="222222"/>
        </w:rPr>
        <w:t xml:space="preserve"> </w:t>
      </w:r>
      <w:r>
        <w:rPr>
          <w:rFonts w:ascii="Kalimati" w:hAnsi="Kalimati"/>
          <w:color w:val="222222"/>
          <w:cs/>
          <w:lang w:bidi="hi-IN"/>
        </w:rPr>
        <w:t>देहायका</w:t>
      </w:r>
      <w:r>
        <w:rPr>
          <w:rFonts w:ascii="Kalimati" w:hAnsi="Kalimati"/>
          <w:color w:val="222222"/>
        </w:rPr>
        <w:t xml:space="preserve"> </w:t>
      </w:r>
      <w:r>
        <w:rPr>
          <w:rFonts w:ascii="Kalimati" w:hAnsi="Kalimati"/>
          <w:color w:val="222222"/>
          <w:cs/>
          <w:lang w:bidi="hi-IN"/>
        </w:rPr>
        <w:t>कार्यहरु</w:t>
      </w:r>
      <w:r>
        <w:rPr>
          <w:rFonts w:ascii="Kalimati" w:hAnsi="Kalimati"/>
          <w:color w:val="222222"/>
        </w:rPr>
        <w:t xml:space="preserve"> </w:t>
      </w:r>
      <w:r>
        <w:rPr>
          <w:rFonts w:ascii="Kalimati" w:hAnsi="Kalimati"/>
          <w:color w:val="222222"/>
          <w:cs/>
          <w:lang w:bidi="hi-IN"/>
        </w:rPr>
        <w:t>गर्नेछ</w:t>
      </w:r>
      <w:r>
        <w:rPr>
          <w:rFonts w:ascii="Kalimati" w:hAnsi="Kalimati"/>
          <w:color w:val="222222"/>
        </w:rPr>
        <w:t xml:space="preserve"> :</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1. </w:t>
      </w:r>
      <w:r w:rsidRPr="00116BFD">
        <w:rPr>
          <w:rFonts w:ascii="Kalimati" w:hAnsi="Kalimati"/>
          <w:b/>
          <w:color w:val="222222"/>
          <w:cs/>
          <w:lang w:bidi="hi-IN"/>
        </w:rPr>
        <w:t>टोलमा</w:t>
      </w:r>
      <w:r w:rsidRPr="00116BFD">
        <w:rPr>
          <w:rFonts w:ascii="Kalimati" w:hAnsi="Kalimati"/>
          <w:b/>
          <w:color w:val="222222"/>
        </w:rPr>
        <w:t xml:space="preserve"> </w:t>
      </w:r>
      <w:r w:rsidRPr="00116BFD">
        <w:rPr>
          <w:rFonts w:ascii="Kalimati" w:hAnsi="Kalimati"/>
          <w:b/>
          <w:color w:val="222222"/>
          <w:cs/>
          <w:lang w:bidi="hi-IN"/>
        </w:rPr>
        <w:t>जातिय</w:t>
      </w:r>
      <w:r w:rsidRPr="00116BFD">
        <w:rPr>
          <w:rFonts w:ascii="Kalimati" w:hAnsi="Kalimati"/>
          <w:b/>
          <w:color w:val="222222"/>
        </w:rPr>
        <w:t xml:space="preserve">, </w:t>
      </w:r>
      <w:r w:rsidRPr="00116BFD">
        <w:rPr>
          <w:rFonts w:ascii="Kalimati" w:hAnsi="Kalimati"/>
          <w:b/>
          <w:color w:val="222222"/>
          <w:cs/>
          <w:lang w:bidi="hi-IN"/>
        </w:rPr>
        <w:t>लिंगीय</w:t>
      </w:r>
      <w:r w:rsidRPr="00116BFD">
        <w:rPr>
          <w:rFonts w:ascii="Kalimati" w:hAnsi="Kalimati"/>
          <w:b/>
          <w:color w:val="222222"/>
        </w:rPr>
        <w:t xml:space="preserve"> </w:t>
      </w:r>
      <w:r w:rsidRPr="00116BFD">
        <w:rPr>
          <w:rFonts w:ascii="Kalimati" w:hAnsi="Kalimati"/>
          <w:b/>
          <w:color w:val="222222"/>
          <w:cs/>
          <w:lang w:bidi="hi-IN"/>
        </w:rPr>
        <w:t>वा</w:t>
      </w:r>
      <w:r w:rsidRPr="00116BFD">
        <w:rPr>
          <w:rFonts w:ascii="Kalimati" w:hAnsi="Kalimati"/>
          <w:b/>
          <w:color w:val="222222"/>
        </w:rPr>
        <w:t xml:space="preserve"> </w:t>
      </w:r>
      <w:r w:rsidRPr="00116BFD">
        <w:rPr>
          <w:rFonts w:ascii="Kalimati" w:hAnsi="Kalimati"/>
          <w:b/>
          <w:color w:val="222222"/>
          <w:cs/>
          <w:lang w:bidi="hi-IN"/>
        </w:rPr>
        <w:t>वर्गीय</w:t>
      </w:r>
      <w:r w:rsidRPr="00116BFD">
        <w:rPr>
          <w:rFonts w:ascii="Kalimati" w:hAnsi="Kalimati"/>
          <w:b/>
          <w:color w:val="222222"/>
        </w:rPr>
        <w:t xml:space="preserve"> </w:t>
      </w:r>
      <w:r w:rsidRPr="00116BFD">
        <w:rPr>
          <w:rFonts w:ascii="Kalimati" w:hAnsi="Kalimati"/>
          <w:b/>
          <w:color w:val="222222"/>
          <w:cs/>
          <w:lang w:bidi="hi-IN"/>
        </w:rPr>
        <w:t>विभेदको</w:t>
      </w:r>
      <w:r w:rsidRPr="00116BFD">
        <w:rPr>
          <w:rFonts w:ascii="Kalimati" w:hAnsi="Kalimati"/>
          <w:b/>
          <w:color w:val="222222"/>
        </w:rPr>
        <w:t xml:space="preserve"> </w:t>
      </w:r>
      <w:r w:rsidRPr="00116BFD">
        <w:rPr>
          <w:rFonts w:ascii="Kalimati" w:hAnsi="Kalimati"/>
          <w:b/>
          <w:color w:val="222222"/>
          <w:cs/>
          <w:lang w:bidi="hi-IN"/>
        </w:rPr>
        <w:t>भावना</w:t>
      </w:r>
      <w:r w:rsidRPr="00116BFD">
        <w:rPr>
          <w:rFonts w:ascii="Kalimati" w:hAnsi="Kalimati"/>
          <w:b/>
          <w:color w:val="222222"/>
        </w:rPr>
        <w:t xml:space="preserve"> </w:t>
      </w:r>
      <w:r w:rsidRPr="00116BFD">
        <w:rPr>
          <w:rFonts w:ascii="Kalimati" w:hAnsi="Kalimati"/>
          <w:b/>
          <w:color w:val="222222"/>
          <w:cs/>
          <w:lang w:bidi="hi-IN"/>
        </w:rPr>
        <w:t>हटाई</w:t>
      </w:r>
      <w:r w:rsidRPr="00116BFD">
        <w:rPr>
          <w:rFonts w:ascii="Kalimati" w:hAnsi="Kalimati"/>
          <w:b/>
          <w:color w:val="222222"/>
        </w:rPr>
        <w:t xml:space="preserve"> </w:t>
      </w:r>
      <w:r w:rsidRPr="00116BFD">
        <w:rPr>
          <w:rFonts w:ascii="Kalimati" w:hAnsi="Kalimati"/>
          <w:b/>
          <w:color w:val="222222"/>
          <w:cs/>
          <w:lang w:bidi="hi-IN"/>
        </w:rPr>
        <w:t>सबै</w:t>
      </w:r>
      <w:r w:rsidRPr="00116BFD">
        <w:rPr>
          <w:rFonts w:ascii="Kalimati" w:hAnsi="Kalimati"/>
          <w:b/>
          <w:color w:val="222222"/>
        </w:rPr>
        <w:t xml:space="preserve"> </w:t>
      </w:r>
      <w:r w:rsidRPr="00116BFD">
        <w:rPr>
          <w:rFonts w:ascii="Kalimati" w:hAnsi="Kalimati"/>
          <w:b/>
          <w:color w:val="222222"/>
          <w:cs/>
          <w:lang w:bidi="hi-IN"/>
        </w:rPr>
        <w:t>सदस्यहलाई</w:t>
      </w:r>
      <w:r w:rsidRPr="00116BFD">
        <w:rPr>
          <w:rFonts w:ascii="Kalimati" w:hAnsi="Kalimati"/>
          <w:b/>
          <w:color w:val="222222"/>
        </w:rPr>
        <w:t xml:space="preserve"> </w:t>
      </w:r>
      <w:r w:rsidRPr="00116BFD">
        <w:rPr>
          <w:rFonts w:ascii="Kalimati" w:hAnsi="Kalimati"/>
          <w:b/>
          <w:color w:val="222222"/>
          <w:cs/>
          <w:lang w:bidi="hi-IN"/>
        </w:rPr>
        <w:t>निर्णय</w:t>
      </w:r>
      <w:r w:rsidRPr="00116BFD">
        <w:rPr>
          <w:rFonts w:ascii="Kalimati" w:hAnsi="Kalimati"/>
          <w:b/>
          <w:color w:val="222222"/>
        </w:rPr>
        <w:t xml:space="preserve"> </w:t>
      </w:r>
      <w:r w:rsidRPr="00116BFD">
        <w:rPr>
          <w:rFonts w:ascii="Kalimati" w:hAnsi="Kalimati"/>
          <w:b/>
          <w:color w:val="222222"/>
          <w:cs/>
          <w:lang w:bidi="hi-IN"/>
        </w:rPr>
        <w:t>प्रक्रिया</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स्रोतमा</w:t>
      </w:r>
      <w:r w:rsidRPr="00116BFD">
        <w:rPr>
          <w:rFonts w:ascii="Kalimati" w:hAnsi="Kalimati"/>
          <w:b/>
          <w:color w:val="222222"/>
        </w:rPr>
        <w:t xml:space="preserve"> </w:t>
      </w:r>
      <w:r w:rsidRPr="00116BFD">
        <w:rPr>
          <w:rFonts w:ascii="Kalimati" w:hAnsi="Kalimati"/>
          <w:b/>
          <w:color w:val="222222"/>
          <w:cs/>
          <w:lang w:bidi="hi-IN"/>
        </w:rPr>
        <w:t>समान</w:t>
      </w:r>
      <w:r w:rsidRPr="00116BFD">
        <w:rPr>
          <w:rFonts w:ascii="Kalimati" w:hAnsi="Kalimati"/>
          <w:b/>
          <w:color w:val="222222"/>
        </w:rPr>
        <w:t xml:space="preserve"> </w:t>
      </w:r>
      <w:r w:rsidRPr="00116BFD">
        <w:rPr>
          <w:rFonts w:ascii="Kalimati" w:hAnsi="Kalimati"/>
          <w:b/>
          <w:color w:val="222222"/>
          <w:cs/>
          <w:lang w:bidi="hi-IN"/>
        </w:rPr>
        <w:t>अधिकार</w:t>
      </w:r>
      <w:r w:rsidRPr="00116BFD">
        <w:rPr>
          <w:rFonts w:ascii="Kalimati" w:hAnsi="Kalimati"/>
          <w:b/>
          <w:color w:val="222222"/>
        </w:rPr>
        <w:t xml:space="preserve"> </w:t>
      </w:r>
      <w:r w:rsidRPr="00116BFD">
        <w:rPr>
          <w:rFonts w:ascii="Kalimati" w:hAnsi="Kalimati"/>
          <w:b/>
          <w:color w:val="222222"/>
          <w:cs/>
          <w:lang w:bidi="hi-IN"/>
        </w:rPr>
        <w:t>प्रदान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2. </w:t>
      </w:r>
      <w:r w:rsidRPr="00116BFD">
        <w:rPr>
          <w:rFonts w:ascii="Kalimati" w:hAnsi="Kalimati"/>
          <w:b/>
          <w:color w:val="222222"/>
          <w:cs/>
          <w:lang w:bidi="hi-IN"/>
        </w:rPr>
        <w:t>विभिन्न</w:t>
      </w:r>
      <w:r w:rsidRPr="00116BFD">
        <w:rPr>
          <w:rFonts w:ascii="Kalimati" w:hAnsi="Kalimati"/>
          <w:b/>
          <w:color w:val="222222"/>
        </w:rPr>
        <w:t xml:space="preserve"> </w:t>
      </w:r>
      <w:r w:rsidRPr="00116BFD">
        <w:rPr>
          <w:rFonts w:ascii="Kalimati" w:hAnsi="Kalimati"/>
          <w:b/>
          <w:color w:val="222222"/>
          <w:cs/>
          <w:lang w:bidi="hi-IN"/>
        </w:rPr>
        <w:t>सरकारी</w:t>
      </w:r>
      <w:r w:rsidRPr="00116BFD">
        <w:rPr>
          <w:rFonts w:ascii="Kalimati" w:hAnsi="Kalimati"/>
          <w:b/>
          <w:color w:val="222222"/>
        </w:rPr>
        <w:t xml:space="preserve"> </w:t>
      </w:r>
      <w:r w:rsidRPr="00116BFD">
        <w:rPr>
          <w:rFonts w:ascii="Kalimati" w:hAnsi="Kalimati"/>
          <w:b/>
          <w:color w:val="222222"/>
          <w:cs/>
          <w:lang w:bidi="hi-IN"/>
        </w:rPr>
        <w:t>एवं</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सरकारी</w:t>
      </w:r>
      <w:r w:rsidRPr="00116BFD">
        <w:rPr>
          <w:rFonts w:ascii="Kalimati" w:hAnsi="Kalimati"/>
          <w:b/>
          <w:color w:val="222222"/>
        </w:rPr>
        <w:t xml:space="preserve"> </w:t>
      </w:r>
      <w:r w:rsidRPr="00116BFD">
        <w:rPr>
          <w:rFonts w:ascii="Kalimati" w:hAnsi="Kalimati"/>
          <w:b/>
          <w:color w:val="222222"/>
          <w:cs/>
          <w:lang w:bidi="hi-IN"/>
        </w:rPr>
        <w:t>निकायहरुसँग</w:t>
      </w:r>
      <w:r w:rsidRPr="00116BFD">
        <w:rPr>
          <w:rFonts w:ascii="Kalimati" w:hAnsi="Kalimati"/>
          <w:b/>
          <w:color w:val="222222"/>
        </w:rPr>
        <w:t xml:space="preserve"> </w:t>
      </w:r>
      <w:r w:rsidRPr="00116BFD">
        <w:rPr>
          <w:rFonts w:ascii="Kalimati" w:hAnsi="Kalimati"/>
          <w:b/>
          <w:color w:val="222222"/>
          <w:cs/>
          <w:lang w:bidi="hi-IN"/>
        </w:rPr>
        <w:t>समन्वय</w:t>
      </w:r>
      <w:r w:rsidRPr="00116BFD">
        <w:rPr>
          <w:rFonts w:ascii="Kalimati" w:hAnsi="Kalimati"/>
          <w:b/>
          <w:color w:val="222222"/>
        </w:rPr>
        <w:t xml:space="preserve"> </w:t>
      </w:r>
      <w:r w:rsidRPr="00116BFD">
        <w:rPr>
          <w:rFonts w:ascii="Kalimati" w:hAnsi="Kalimati"/>
          <w:b/>
          <w:color w:val="222222"/>
          <w:cs/>
          <w:lang w:bidi="hi-IN"/>
        </w:rPr>
        <w:t>एवं</w:t>
      </w:r>
      <w:r w:rsidRPr="00116BFD">
        <w:rPr>
          <w:rFonts w:ascii="Kalimati" w:hAnsi="Kalimati"/>
          <w:b/>
          <w:color w:val="222222"/>
        </w:rPr>
        <w:t xml:space="preserve"> </w:t>
      </w:r>
      <w:r w:rsidRPr="00116BFD">
        <w:rPr>
          <w:rFonts w:ascii="Kalimati" w:hAnsi="Kalimati"/>
          <w:b/>
          <w:color w:val="222222"/>
          <w:cs/>
          <w:lang w:bidi="hi-IN"/>
        </w:rPr>
        <w:t>सहकार्य</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टोलको</w:t>
      </w:r>
      <w:r w:rsidRPr="00116BFD">
        <w:rPr>
          <w:rFonts w:ascii="Kalimati" w:hAnsi="Kalimati"/>
          <w:b/>
          <w:color w:val="222222"/>
        </w:rPr>
        <w:t xml:space="preserve"> </w:t>
      </w:r>
      <w:r w:rsidRPr="00116BFD">
        <w:rPr>
          <w:rFonts w:ascii="Kalimati" w:hAnsi="Kalimati"/>
          <w:b/>
          <w:color w:val="222222"/>
          <w:cs/>
          <w:lang w:bidi="hi-IN"/>
        </w:rPr>
        <w:t>विकासको</w:t>
      </w:r>
      <w:r w:rsidRPr="00116BFD">
        <w:rPr>
          <w:rFonts w:ascii="Kalimati" w:hAnsi="Kalimati"/>
          <w:b/>
          <w:color w:val="222222"/>
        </w:rPr>
        <w:t xml:space="preserve"> </w:t>
      </w:r>
      <w:r w:rsidRPr="00116BFD">
        <w:rPr>
          <w:rFonts w:ascii="Kalimati" w:hAnsi="Kalimati"/>
          <w:b/>
          <w:color w:val="222222"/>
          <w:cs/>
          <w:lang w:bidi="hi-IN"/>
        </w:rPr>
        <w:t>लागि</w:t>
      </w:r>
      <w:r w:rsidRPr="00116BFD">
        <w:rPr>
          <w:rFonts w:ascii="Kalimati" w:hAnsi="Kalimati"/>
          <w:b/>
          <w:color w:val="222222"/>
        </w:rPr>
        <w:t xml:space="preserve"> </w:t>
      </w:r>
      <w:r w:rsidRPr="00116BFD">
        <w:rPr>
          <w:rFonts w:ascii="Kalimati" w:hAnsi="Kalimati"/>
          <w:b/>
          <w:color w:val="222222"/>
          <w:cs/>
          <w:lang w:bidi="hi-IN"/>
        </w:rPr>
        <w:t>काम</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3. </w:t>
      </w:r>
      <w:r w:rsidRPr="00116BFD">
        <w:rPr>
          <w:rFonts w:ascii="Kalimati" w:hAnsi="Kalimati"/>
          <w:b/>
          <w:color w:val="222222"/>
          <w:cs/>
          <w:lang w:bidi="hi-IN"/>
        </w:rPr>
        <w:t>टोलमा</w:t>
      </w:r>
      <w:r w:rsidRPr="00116BFD">
        <w:rPr>
          <w:rFonts w:ascii="Kalimati" w:hAnsi="Kalimati"/>
          <w:b/>
          <w:color w:val="222222"/>
        </w:rPr>
        <w:t xml:space="preserve"> </w:t>
      </w:r>
      <w:r w:rsidRPr="00116BFD">
        <w:rPr>
          <w:rFonts w:ascii="Kalimati" w:hAnsi="Kalimati"/>
          <w:b/>
          <w:color w:val="222222"/>
          <w:cs/>
          <w:lang w:bidi="hi-IN"/>
        </w:rPr>
        <w:t>विकाससँग</w:t>
      </w:r>
      <w:r w:rsidRPr="00116BFD">
        <w:rPr>
          <w:rFonts w:ascii="Kalimati" w:hAnsi="Kalimati"/>
          <w:b/>
          <w:color w:val="222222"/>
        </w:rPr>
        <w:t xml:space="preserve"> </w:t>
      </w:r>
      <w:r w:rsidRPr="00116BFD">
        <w:rPr>
          <w:rFonts w:ascii="Kalimati" w:hAnsi="Kalimati"/>
          <w:b/>
          <w:color w:val="222222"/>
          <w:cs/>
          <w:lang w:bidi="hi-IN"/>
        </w:rPr>
        <w:t>सम्बन्धित</w:t>
      </w:r>
      <w:r w:rsidRPr="00116BFD">
        <w:rPr>
          <w:rFonts w:ascii="Kalimati" w:hAnsi="Kalimati"/>
          <w:b/>
          <w:color w:val="222222"/>
        </w:rPr>
        <w:t xml:space="preserve"> </w:t>
      </w:r>
      <w:r w:rsidRPr="00116BFD">
        <w:rPr>
          <w:rFonts w:ascii="Kalimati" w:hAnsi="Kalimati"/>
          <w:b/>
          <w:color w:val="222222"/>
          <w:cs/>
          <w:lang w:bidi="hi-IN"/>
        </w:rPr>
        <w:t>योजनाहरु</w:t>
      </w:r>
      <w:r w:rsidRPr="00116BFD">
        <w:rPr>
          <w:rFonts w:ascii="Kalimati" w:hAnsi="Kalimati"/>
          <w:b/>
          <w:color w:val="222222"/>
        </w:rPr>
        <w:t xml:space="preserve"> </w:t>
      </w:r>
      <w:r w:rsidRPr="00116BFD">
        <w:rPr>
          <w:rFonts w:ascii="Kalimati" w:hAnsi="Kalimati"/>
          <w:b/>
          <w:color w:val="222222"/>
          <w:cs/>
          <w:lang w:bidi="hi-IN"/>
        </w:rPr>
        <w:t>संचालन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आवश्यक</w:t>
      </w:r>
      <w:r w:rsidRPr="00116BFD">
        <w:rPr>
          <w:rFonts w:ascii="Kalimati" w:hAnsi="Kalimati"/>
          <w:b/>
          <w:color w:val="222222"/>
        </w:rPr>
        <w:t xml:space="preserve"> </w:t>
      </w:r>
      <w:r w:rsidRPr="00116BFD">
        <w:rPr>
          <w:rFonts w:ascii="Kalimati" w:hAnsi="Kalimati"/>
          <w:b/>
          <w:color w:val="222222"/>
          <w:cs/>
          <w:lang w:bidi="hi-IN"/>
        </w:rPr>
        <w:t>सहजीकरण</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4. </w:t>
      </w:r>
      <w:r w:rsidRPr="00116BFD">
        <w:rPr>
          <w:rFonts w:ascii="Kalimati" w:hAnsi="Kalimati"/>
          <w:b/>
          <w:color w:val="222222"/>
          <w:cs/>
          <w:lang w:bidi="hi-IN"/>
        </w:rPr>
        <w:t>टोलमा</w:t>
      </w:r>
      <w:r w:rsidRPr="00116BFD">
        <w:rPr>
          <w:rFonts w:ascii="Kalimati" w:hAnsi="Kalimati"/>
          <w:b/>
          <w:color w:val="222222"/>
        </w:rPr>
        <w:t xml:space="preserve"> </w:t>
      </w:r>
      <w:r w:rsidRPr="00116BFD">
        <w:rPr>
          <w:rFonts w:ascii="Kalimati" w:hAnsi="Kalimati"/>
          <w:b/>
          <w:color w:val="222222"/>
          <w:cs/>
          <w:lang w:bidi="hi-IN"/>
        </w:rPr>
        <w:t>ढल</w:t>
      </w:r>
      <w:r w:rsidRPr="00116BFD">
        <w:rPr>
          <w:rFonts w:ascii="Kalimati" w:hAnsi="Kalimati"/>
          <w:b/>
          <w:color w:val="222222"/>
        </w:rPr>
        <w:t xml:space="preserve"> </w:t>
      </w:r>
      <w:r w:rsidRPr="00116BFD">
        <w:rPr>
          <w:rFonts w:ascii="Kalimati" w:hAnsi="Kalimati"/>
          <w:b/>
          <w:color w:val="222222"/>
          <w:cs/>
          <w:lang w:bidi="hi-IN"/>
        </w:rPr>
        <w:t>तथा</w:t>
      </w:r>
      <w:r w:rsidRPr="00116BFD">
        <w:rPr>
          <w:rFonts w:ascii="Kalimati" w:hAnsi="Kalimati"/>
          <w:b/>
          <w:color w:val="222222"/>
        </w:rPr>
        <w:t xml:space="preserve"> </w:t>
      </w:r>
      <w:r w:rsidRPr="00116BFD">
        <w:rPr>
          <w:rFonts w:ascii="Kalimati" w:hAnsi="Kalimati"/>
          <w:b/>
          <w:color w:val="222222"/>
          <w:cs/>
          <w:lang w:bidi="hi-IN"/>
        </w:rPr>
        <w:t>फोहोरमैला</w:t>
      </w:r>
      <w:r w:rsidRPr="00116BFD">
        <w:rPr>
          <w:rFonts w:ascii="Kalimati" w:hAnsi="Kalimati"/>
          <w:b/>
          <w:color w:val="222222"/>
        </w:rPr>
        <w:t xml:space="preserve"> </w:t>
      </w:r>
      <w:r w:rsidRPr="00116BFD">
        <w:rPr>
          <w:rFonts w:ascii="Kalimati" w:hAnsi="Kalimati"/>
          <w:b/>
          <w:color w:val="222222"/>
          <w:cs/>
          <w:lang w:bidi="hi-IN"/>
        </w:rPr>
        <w:t>व्यवस्थापन</w:t>
      </w:r>
      <w:r w:rsidRPr="00116BFD">
        <w:rPr>
          <w:rFonts w:ascii="Kalimati" w:hAnsi="Kalimati"/>
          <w:b/>
          <w:color w:val="222222"/>
        </w:rPr>
        <w:t xml:space="preserve"> </w:t>
      </w:r>
      <w:r w:rsidRPr="00116BFD">
        <w:rPr>
          <w:rFonts w:ascii="Kalimati" w:hAnsi="Kalimati"/>
          <w:b/>
          <w:color w:val="222222"/>
          <w:cs/>
          <w:lang w:bidi="hi-IN"/>
        </w:rPr>
        <w:t>लगायतका</w:t>
      </w:r>
      <w:r w:rsidRPr="00116BFD">
        <w:rPr>
          <w:rFonts w:ascii="Kalimati" w:hAnsi="Kalimati"/>
          <w:b/>
          <w:color w:val="222222"/>
        </w:rPr>
        <w:t xml:space="preserve"> </w:t>
      </w:r>
      <w:r w:rsidRPr="00116BFD">
        <w:rPr>
          <w:rFonts w:ascii="Kalimati" w:hAnsi="Kalimati"/>
          <w:b/>
          <w:color w:val="222222"/>
          <w:cs/>
          <w:lang w:bidi="hi-IN"/>
        </w:rPr>
        <w:t>सेवा</w:t>
      </w:r>
      <w:r w:rsidRPr="00116BFD">
        <w:rPr>
          <w:rFonts w:ascii="Kalimati" w:hAnsi="Kalimati"/>
          <w:b/>
          <w:color w:val="222222"/>
        </w:rPr>
        <w:t xml:space="preserve"> </w:t>
      </w:r>
      <w:r w:rsidRPr="00116BFD">
        <w:rPr>
          <w:rFonts w:ascii="Kalimati" w:hAnsi="Kalimati"/>
          <w:b/>
          <w:color w:val="222222"/>
          <w:cs/>
          <w:lang w:bidi="hi-IN"/>
        </w:rPr>
        <w:t>प्रवाहमा</w:t>
      </w:r>
      <w:r w:rsidRPr="00116BFD">
        <w:rPr>
          <w:rFonts w:ascii="Kalimati" w:hAnsi="Kalimati"/>
          <w:b/>
          <w:color w:val="222222"/>
        </w:rPr>
        <w:t xml:space="preserve"> </w:t>
      </w:r>
      <w:r w:rsidRPr="00116BFD">
        <w:rPr>
          <w:rFonts w:ascii="Kalimati" w:hAnsi="Kalimati"/>
          <w:b/>
          <w:color w:val="222222"/>
          <w:cs/>
          <w:lang w:bidi="hi-IN"/>
        </w:rPr>
        <w:t>गाउँपालिकाको</w:t>
      </w:r>
      <w:r w:rsidRPr="00116BFD">
        <w:rPr>
          <w:rFonts w:ascii="Kalimati" w:hAnsi="Kalimati"/>
          <w:b/>
          <w:color w:val="222222"/>
        </w:rPr>
        <w:t xml:space="preserve"> </w:t>
      </w:r>
      <w:r w:rsidRPr="00116BFD">
        <w:rPr>
          <w:rFonts w:ascii="Kalimati" w:hAnsi="Kalimati"/>
          <w:b/>
          <w:color w:val="222222"/>
          <w:cs/>
          <w:lang w:bidi="hi-IN"/>
        </w:rPr>
        <w:t>स्विकृतिमा</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निर्णय</w:t>
      </w:r>
      <w:r w:rsidRPr="00116BFD">
        <w:rPr>
          <w:rFonts w:ascii="Kalimati" w:hAnsi="Kalimati"/>
          <w:b/>
          <w:color w:val="222222"/>
        </w:rPr>
        <w:t xml:space="preserve"> </w:t>
      </w:r>
      <w:r w:rsidRPr="00116BFD">
        <w:rPr>
          <w:rFonts w:ascii="Kalimati" w:hAnsi="Kalimati"/>
          <w:b/>
          <w:color w:val="222222"/>
          <w:cs/>
          <w:lang w:bidi="hi-IN"/>
        </w:rPr>
        <w:t>अनुसार</w:t>
      </w:r>
      <w:r w:rsidRPr="00116BFD">
        <w:rPr>
          <w:rFonts w:ascii="Kalimati" w:hAnsi="Kalimati"/>
          <w:b/>
          <w:color w:val="222222"/>
        </w:rPr>
        <w:t xml:space="preserve"> </w:t>
      </w:r>
      <w:r w:rsidRPr="00116BFD">
        <w:rPr>
          <w:rFonts w:ascii="Kalimati" w:hAnsi="Kalimati"/>
          <w:b/>
          <w:color w:val="222222"/>
          <w:cs/>
          <w:lang w:bidi="hi-IN"/>
        </w:rPr>
        <w:t>सेवा</w:t>
      </w:r>
      <w:r w:rsidRPr="00116BFD">
        <w:rPr>
          <w:rFonts w:ascii="Kalimati" w:hAnsi="Kalimati"/>
          <w:b/>
          <w:color w:val="222222"/>
        </w:rPr>
        <w:t xml:space="preserve"> </w:t>
      </w:r>
      <w:r w:rsidRPr="00116BFD">
        <w:rPr>
          <w:rFonts w:ascii="Kalimati" w:hAnsi="Kalimati"/>
          <w:b/>
          <w:color w:val="222222"/>
          <w:cs/>
          <w:lang w:bidi="hi-IN"/>
        </w:rPr>
        <w:t>शुल्क</w:t>
      </w:r>
      <w:r w:rsidRPr="00116BFD">
        <w:rPr>
          <w:rFonts w:ascii="Kalimati" w:hAnsi="Kalimati"/>
          <w:b/>
          <w:color w:val="222222"/>
        </w:rPr>
        <w:t xml:space="preserve"> </w:t>
      </w:r>
      <w:r w:rsidRPr="00116BFD">
        <w:rPr>
          <w:rFonts w:ascii="Kalimati" w:hAnsi="Kalimati"/>
          <w:b/>
          <w:color w:val="222222"/>
          <w:cs/>
          <w:lang w:bidi="hi-IN"/>
        </w:rPr>
        <w:t>लिन</w:t>
      </w:r>
      <w:r w:rsidRPr="00116BFD">
        <w:rPr>
          <w:rFonts w:ascii="Kalimati" w:hAnsi="Kalimati"/>
          <w:b/>
          <w:color w:val="222222"/>
        </w:rPr>
        <w:t xml:space="preserve"> </w:t>
      </w:r>
      <w:r w:rsidRPr="00116BFD">
        <w:rPr>
          <w:rFonts w:ascii="Kalimati" w:hAnsi="Kalimati"/>
          <w:b/>
          <w:color w:val="222222"/>
          <w:cs/>
          <w:lang w:bidi="hi-IN"/>
        </w:rPr>
        <w:t>सक्ने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5. </w:t>
      </w:r>
      <w:r w:rsidRPr="00116BFD">
        <w:rPr>
          <w:rFonts w:ascii="Kalimati" w:hAnsi="Kalimati"/>
          <w:b/>
          <w:color w:val="222222"/>
          <w:cs/>
          <w:lang w:bidi="hi-IN"/>
        </w:rPr>
        <w:t>टोलको</w:t>
      </w:r>
      <w:r w:rsidRPr="00116BFD">
        <w:rPr>
          <w:rFonts w:ascii="Kalimati" w:hAnsi="Kalimati"/>
          <w:b/>
          <w:color w:val="222222"/>
        </w:rPr>
        <w:t xml:space="preserve"> </w:t>
      </w:r>
      <w:r w:rsidRPr="00116BFD">
        <w:rPr>
          <w:rFonts w:ascii="Kalimati" w:hAnsi="Kalimati"/>
          <w:b/>
          <w:color w:val="222222"/>
          <w:cs/>
          <w:lang w:bidi="hi-IN"/>
        </w:rPr>
        <w:t>विकासका</w:t>
      </w:r>
      <w:r w:rsidRPr="00116BFD">
        <w:rPr>
          <w:rFonts w:ascii="Kalimati" w:hAnsi="Kalimati"/>
          <w:b/>
          <w:color w:val="222222"/>
        </w:rPr>
        <w:t xml:space="preserve"> </w:t>
      </w:r>
      <w:r w:rsidRPr="00116BFD">
        <w:rPr>
          <w:rFonts w:ascii="Kalimati" w:hAnsi="Kalimati"/>
          <w:b/>
          <w:color w:val="222222"/>
          <w:cs/>
          <w:lang w:bidi="hi-IN"/>
        </w:rPr>
        <w:t>लागि</w:t>
      </w:r>
      <w:r w:rsidRPr="00116BFD">
        <w:rPr>
          <w:rFonts w:ascii="Kalimati" w:hAnsi="Kalimati"/>
          <w:b/>
          <w:color w:val="222222"/>
        </w:rPr>
        <w:t xml:space="preserve"> </w:t>
      </w:r>
      <w:r w:rsidRPr="00116BFD">
        <w:rPr>
          <w:rFonts w:ascii="Kalimati" w:hAnsi="Kalimati"/>
          <w:b/>
          <w:color w:val="222222"/>
          <w:cs/>
          <w:lang w:bidi="hi-IN"/>
        </w:rPr>
        <w:t>विभिन्न</w:t>
      </w:r>
      <w:r w:rsidRPr="00116BFD">
        <w:rPr>
          <w:rFonts w:ascii="Kalimati" w:hAnsi="Kalimati"/>
          <w:b/>
          <w:color w:val="222222"/>
        </w:rPr>
        <w:t xml:space="preserve"> </w:t>
      </w:r>
      <w:r w:rsidRPr="00116BFD">
        <w:rPr>
          <w:rFonts w:ascii="Kalimati" w:hAnsi="Kalimati"/>
          <w:b/>
          <w:color w:val="222222"/>
          <w:cs/>
          <w:lang w:bidi="hi-IN"/>
        </w:rPr>
        <w:t>स्रोतबाट</w:t>
      </w:r>
      <w:r w:rsidRPr="00116BFD">
        <w:rPr>
          <w:rFonts w:ascii="Kalimati" w:hAnsi="Kalimati"/>
          <w:b/>
          <w:color w:val="222222"/>
        </w:rPr>
        <w:t xml:space="preserve"> </w:t>
      </w:r>
      <w:r w:rsidRPr="00116BFD">
        <w:rPr>
          <w:rFonts w:ascii="Kalimati" w:hAnsi="Kalimati"/>
          <w:b/>
          <w:color w:val="222222"/>
          <w:cs/>
          <w:lang w:bidi="hi-IN"/>
        </w:rPr>
        <w:t>प्राप्त</w:t>
      </w:r>
      <w:r w:rsidRPr="00116BFD">
        <w:rPr>
          <w:rFonts w:ascii="Kalimati" w:hAnsi="Kalimati"/>
          <w:b/>
          <w:color w:val="222222"/>
        </w:rPr>
        <w:t xml:space="preserve"> </w:t>
      </w:r>
      <w:r w:rsidRPr="00116BFD">
        <w:rPr>
          <w:rFonts w:ascii="Kalimati" w:hAnsi="Kalimati"/>
          <w:b/>
          <w:color w:val="222222"/>
          <w:cs/>
          <w:lang w:bidi="hi-IN"/>
        </w:rPr>
        <w:t>स्रोतको</w:t>
      </w:r>
      <w:r w:rsidRPr="00116BFD">
        <w:rPr>
          <w:rFonts w:ascii="Kalimati" w:hAnsi="Kalimati"/>
          <w:b/>
          <w:color w:val="222222"/>
        </w:rPr>
        <w:t xml:space="preserve"> </w:t>
      </w:r>
      <w:r w:rsidRPr="00116BFD">
        <w:rPr>
          <w:rFonts w:ascii="Kalimati" w:hAnsi="Kalimati"/>
          <w:b/>
          <w:color w:val="222222"/>
          <w:cs/>
          <w:lang w:bidi="hi-IN"/>
        </w:rPr>
        <w:t>उच्चतम्</w:t>
      </w:r>
      <w:r w:rsidRPr="00116BFD">
        <w:rPr>
          <w:rFonts w:ascii="Kalimati" w:hAnsi="Kalimati"/>
          <w:b/>
          <w:color w:val="222222"/>
        </w:rPr>
        <w:t xml:space="preserve"> </w:t>
      </w:r>
      <w:r w:rsidRPr="00116BFD">
        <w:rPr>
          <w:rFonts w:ascii="Kalimati" w:hAnsi="Kalimati"/>
          <w:b/>
          <w:color w:val="222222"/>
          <w:cs/>
          <w:lang w:bidi="hi-IN"/>
        </w:rPr>
        <w:t>सदुपयोग</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6. </w:t>
      </w:r>
      <w:r w:rsidRPr="00116BFD">
        <w:rPr>
          <w:rFonts w:ascii="Kalimati" w:hAnsi="Kalimati"/>
          <w:b/>
          <w:color w:val="222222"/>
          <w:cs/>
          <w:lang w:bidi="hi-IN"/>
        </w:rPr>
        <w:t>टोलको</w:t>
      </w:r>
      <w:r w:rsidRPr="00116BFD">
        <w:rPr>
          <w:rFonts w:ascii="Kalimati" w:hAnsi="Kalimati"/>
          <w:b/>
          <w:color w:val="222222"/>
        </w:rPr>
        <w:t xml:space="preserve"> </w:t>
      </w:r>
      <w:r w:rsidRPr="00116BFD">
        <w:rPr>
          <w:rFonts w:ascii="Kalimati" w:hAnsi="Kalimati"/>
          <w:b/>
          <w:color w:val="222222"/>
          <w:cs/>
          <w:lang w:bidi="hi-IN"/>
        </w:rPr>
        <w:t>सामूहिक</w:t>
      </w:r>
      <w:r w:rsidRPr="00116BFD">
        <w:rPr>
          <w:rFonts w:ascii="Kalimati" w:hAnsi="Kalimati"/>
          <w:b/>
          <w:color w:val="222222"/>
        </w:rPr>
        <w:t xml:space="preserve"> </w:t>
      </w:r>
      <w:r w:rsidRPr="00116BFD">
        <w:rPr>
          <w:rFonts w:ascii="Kalimati" w:hAnsi="Kalimati"/>
          <w:b/>
          <w:color w:val="222222"/>
          <w:cs/>
          <w:lang w:bidi="hi-IN"/>
        </w:rPr>
        <w:t>समस्या</w:t>
      </w:r>
      <w:r w:rsidRPr="00116BFD">
        <w:rPr>
          <w:rFonts w:ascii="Kalimati" w:hAnsi="Kalimati"/>
          <w:b/>
          <w:color w:val="222222"/>
        </w:rPr>
        <w:t xml:space="preserve"> </w:t>
      </w:r>
      <w:r w:rsidRPr="00116BFD">
        <w:rPr>
          <w:rFonts w:ascii="Kalimati" w:hAnsi="Kalimati"/>
          <w:b/>
          <w:color w:val="222222"/>
          <w:cs/>
          <w:lang w:bidi="hi-IN"/>
        </w:rPr>
        <w:t>पहिचान</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प्राथमिकताको</w:t>
      </w:r>
      <w:r w:rsidRPr="00116BFD">
        <w:rPr>
          <w:rFonts w:ascii="Kalimati" w:hAnsi="Kalimati"/>
          <w:b/>
          <w:color w:val="222222"/>
        </w:rPr>
        <w:t xml:space="preserve"> </w:t>
      </w:r>
      <w:r w:rsidRPr="00116BFD">
        <w:rPr>
          <w:rFonts w:ascii="Kalimati" w:hAnsi="Kalimati"/>
          <w:b/>
          <w:color w:val="222222"/>
          <w:cs/>
          <w:lang w:bidi="hi-IN"/>
        </w:rPr>
        <w:t>आधारमा</w:t>
      </w:r>
      <w:r w:rsidRPr="00116BFD">
        <w:rPr>
          <w:rFonts w:ascii="Kalimati" w:hAnsi="Kalimati"/>
          <w:b/>
          <w:color w:val="222222"/>
        </w:rPr>
        <w:t xml:space="preserve"> </w:t>
      </w:r>
      <w:r w:rsidRPr="00116BFD">
        <w:rPr>
          <w:rFonts w:ascii="Kalimati" w:hAnsi="Kalimati"/>
          <w:b/>
          <w:color w:val="222222"/>
          <w:cs/>
          <w:lang w:bidi="hi-IN"/>
        </w:rPr>
        <w:t>टोल</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योजना</w:t>
      </w:r>
      <w:r w:rsidRPr="00116BFD">
        <w:rPr>
          <w:rFonts w:ascii="Kalimati" w:hAnsi="Kalimati"/>
          <w:b/>
          <w:color w:val="222222"/>
        </w:rPr>
        <w:t xml:space="preserve"> </w:t>
      </w:r>
      <w:r w:rsidRPr="00116BFD">
        <w:rPr>
          <w:rFonts w:ascii="Kalimati" w:hAnsi="Kalimati"/>
          <w:b/>
          <w:color w:val="222222"/>
          <w:cs/>
          <w:lang w:bidi="hi-IN"/>
        </w:rPr>
        <w:t>बनाउने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7. </w:t>
      </w:r>
      <w:r w:rsidRPr="00116BFD">
        <w:rPr>
          <w:rFonts w:ascii="Kalimati" w:hAnsi="Kalimati"/>
          <w:b/>
          <w:color w:val="222222"/>
          <w:cs/>
          <w:lang w:bidi="hi-IN"/>
        </w:rPr>
        <w:t>छुवाछुत</w:t>
      </w:r>
      <w:r w:rsidRPr="00116BFD">
        <w:rPr>
          <w:rFonts w:ascii="Kalimati" w:hAnsi="Kalimati"/>
          <w:b/>
          <w:color w:val="222222"/>
        </w:rPr>
        <w:t xml:space="preserve">, </w:t>
      </w:r>
      <w:r w:rsidRPr="00116BFD">
        <w:rPr>
          <w:rFonts w:ascii="Kalimati" w:hAnsi="Kalimati"/>
          <w:b/>
          <w:color w:val="222222"/>
          <w:cs/>
          <w:lang w:bidi="hi-IN"/>
        </w:rPr>
        <w:t>अन्धविश्वास</w:t>
      </w:r>
      <w:r w:rsidRPr="00116BFD">
        <w:rPr>
          <w:rFonts w:ascii="Kalimati" w:hAnsi="Kalimati"/>
          <w:b/>
          <w:color w:val="222222"/>
        </w:rPr>
        <w:t xml:space="preserve">, </w:t>
      </w:r>
      <w:r w:rsidRPr="00116BFD">
        <w:rPr>
          <w:rFonts w:ascii="Kalimati" w:hAnsi="Kalimati"/>
          <w:b/>
          <w:color w:val="222222"/>
          <w:cs/>
          <w:lang w:bidi="hi-IN"/>
        </w:rPr>
        <w:t>कुप्रथा</w:t>
      </w:r>
      <w:r w:rsidRPr="00116BFD">
        <w:rPr>
          <w:rFonts w:ascii="Kalimati" w:hAnsi="Kalimati"/>
          <w:b/>
          <w:color w:val="222222"/>
        </w:rPr>
        <w:t xml:space="preserve">, </w:t>
      </w:r>
      <w:r w:rsidRPr="00116BFD">
        <w:rPr>
          <w:rFonts w:ascii="Kalimati" w:hAnsi="Kalimati"/>
          <w:b/>
          <w:color w:val="222222"/>
          <w:cs/>
          <w:lang w:bidi="hi-IN"/>
        </w:rPr>
        <w:t>बाल</w:t>
      </w:r>
      <w:r w:rsidRPr="00116BFD">
        <w:rPr>
          <w:rFonts w:ascii="Kalimati" w:hAnsi="Kalimati"/>
          <w:b/>
          <w:color w:val="222222"/>
        </w:rPr>
        <w:t xml:space="preserve"> </w:t>
      </w:r>
      <w:r w:rsidRPr="00116BFD">
        <w:rPr>
          <w:rFonts w:ascii="Kalimati" w:hAnsi="Kalimati"/>
          <w:b/>
          <w:color w:val="222222"/>
          <w:cs/>
          <w:lang w:bidi="hi-IN"/>
        </w:rPr>
        <w:t>विवाह</w:t>
      </w:r>
      <w:r w:rsidRPr="00116BFD">
        <w:rPr>
          <w:rFonts w:ascii="Kalimati" w:hAnsi="Kalimati"/>
          <w:b/>
          <w:color w:val="222222"/>
        </w:rPr>
        <w:t xml:space="preserve">, </w:t>
      </w:r>
      <w:r w:rsidRPr="00116BFD">
        <w:rPr>
          <w:rFonts w:ascii="Kalimati" w:hAnsi="Kalimati"/>
          <w:b/>
          <w:color w:val="222222"/>
          <w:cs/>
          <w:lang w:bidi="hi-IN"/>
        </w:rPr>
        <w:t>बहु</w:t>
      </w:r>
      <w:r w:rsidRPr="00116BFD">
        <w:rPr>
          <w:rFonts w:ascii="Kalimati" w:hAnsi="Kalimati"/>
          <w:b/>
          <w:color w:val="222222"/>
        </w:rPr>
        <w:t xml:space="preserve"> </w:t>
      </w:r>
      <w:r w:rsidRPr="00116BFD">
        <w:rPr>
          <w:rFonts w:ascii="Kalimati" w:hAnsi="Kalimati"/>
          <w:b/>
          <w:color w:val="222222"/>
          <w:cs/>
          <w:lang w:bidi="hi-IN"/>
        </w:rPr>
        <w:t>विवाह</w:t>
      </w:r>
      <w:r w:rsidRPr="00116BFD">
        <w:rPr>
          <w:rFonts w:ascii="Kalimati" w:hAnsi="Kalimati"/>
          <w:b/>
          <w:color w:val="222222"/>
        </w:rPr>
        <w:t xml:space="preserve"> </w:t>
      </w:r>
      <w:r w:rsidRPr="00116BFD">
        <w:rPr>
          <w:rFonts w:ascii="Kalimati" w:hAnsi="Kalimati"/>
          <w:b/>
          <w:color w:val="222222"/>
          <w:cs/>
          <w:lang w:bidi="hi-IN"/>
        </w:rPr>
        <w:t>जस्ता</w:t>
      </w:r>
      <w:r w:rsidRPr="00116BFD">
        <w:rPr>
          <w:rFonts w:ascii="Kalimati" w:hAnsi="Kalimati"/>
          <w:b/>
          <w:color w:val="222222"/>
        </w:rPr>
        <w:t xml:space="preserve"> </w:t>
      </w:r>
      <w:r w:rsidRPr="00116BFD">
        <w:rPr>
          <w:rFonts w:ascii="Kalimati" w:hAnsi="Kalimati"/>
          <w:b/>
          <w:color w:val="222222"/>
          <w:cs/>
          <w:lang w:bidi="hi-IN"/>
        </w:rPr>
        <w:t>सामाजिक</w:t>
      </w:r>
      <w:r w:rsidRPr="00116BFD">
        <w:rPr>
          <w:rFonts w:ascii="Kalimati" w:hAnsi="Kalimati"/>
          <w:b/>
          <w:color w:val="222222"/>
        </w:rPr>
        <w:t xml:space="preserve"> </w:t>
      </w:r>
      <w:r w:rsidRPr="00116BFD">
        <w:rPr>
          <w:rFonts w:ascii="Kalimati" w:hAnsi="Kalimati"/>
          <w:b/>
          <w:color w:val="222222"/>
          <w:cs/>
          <w:lang w:bidi="hi-IN"/>
        </w:rPr>
        <w:t>समस्याको</w:t>
      </w:r>
      <w:r w:rsidRPr="00116BFD">
        <w:rPr>
          <w:rFonts w:ascii="Kalimati" w:hAnsi="Kalimati"/>
          <w:b/>
          <w:color w:val="222222"/>
        </w:rPr>
        <w:t xml:space="preserve"> </w:t>
      </w:r>
      <w:r w:rsidRPr="00116BFD">
        <w:rPr>
          <w:rFonts w:ascii="Kalimati" w:hAnsi="Kalimati"/>
          <w:b/>
          <w:color w:val="222222"/>
          <w:cs/>
          <w:lang w:bidi="hi-IN"/>
        </w:rPr>
        <w:t>पहिचान</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सुधारका</w:t>
      </w:r>
      <w:r w:rsidRPr="00116BFD">
        <w:rPr>
          <w:rFonts w:ascii="Kalimati" w:hAnsi="Kalimati"/>
          <w:b/>
          <w:color w:val="222222"/>
        </w:rPr>
        <w:t xml:space="preserve"> </w:t>
      </w:r>
      <w:r w:rsidRPr="00116BFD">
        <w:rPr>
          <w:rFonts w:ascii="Kalimati" w:hAnsi="Kalimati"/>
          <w:b/>
          <w:color w:val="222222"/>
          <w:cs/>
          <w:lang w:bidi="hi-IN"/>
        </w:rPr>
        <w:t>कार्यक्रमहरु</w:t>
      </w:r>
      <w:r w:rsidRPr="00116BFD">
        <w:rPr>
          <w:rFonts w:ascii="Kalimati" w:hAnsi="Kalimati"/>
          <w:b/>
          <w:color w:val="222222"/>
        </w:rPr>
        <w:t xml:space="preserve"> </w:t>
      </w:r>
      <w:r w:rsidRPr="00116BFD">
        <w:rPr>
          <w:rFonts w:ascii="Kalimati" w:hAnsi="Kalimati"/>
          <w:b/>
          <w:color w:val="222222"/>
          <w:cs/>
          <w:lang w:bidi="hi-IN"/>
        </w:rPr>
        <w:t>संचालन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lastRenderedPageBreak/>
        <w:t xml:space="preserve">8. </w:t>
      </w:r>
      <w:r w:rsidRPr="00116BFD">
        <w:rPr>
          <w:rFonts w:ascii="Kalimati" w:hAnsi="Kalimati"/>
          <w:b/>
          <w:color w:val="222222"/>
          <w:cs/>
          <w:lang w:bidi="hi-IN"/>
        </w:rPr>
        <w:t>टोलको</w:t>
      </w:r>
      <w:r w:rsidRPr="00116BFD">
        <w:rPr>
          <w:rFonts w:ascii="Kalimati" w:hAnsi="Kalimati"/>
          <w:b/>
          <w:color w:val="222222"/>
        </w:rPr>
        <w:t xml:space="preserve"> </w:t>
      </w:r>
      <w:r w:rsidRPr="00116BFD">
        <w:rPr>
          <w:rFonts w:ascii="Kalimati" w:hAnsi="Kalimati"/>
          <w:b/>
          <w:color w:val="222222"/>
          <w:cs/>
          <w:lang w:bidi="hi-IN"/>
        </w:rPr>
        <w:t>आर्थिक</w:t>
      </w:r>
      <w:r w:rsidRPr="00116BFD">
        <w:rPr>
          <w:rFonts w:ascii="Kalimati" w:hAnsi="Kalimati"/>
          <w:b/>
          <w:color w:val="222222"/>
        </w:rPr>
        <w:t xml:space="preserve"> </w:t>
      </w:r>
      <w:r w:rsidRPr="00116BFD">
        <w:rPr>
          <w:rFonts w:ascii="Kalimati" w:hAnsi="Kalimati"/>
          <w:b/>
          <w:color w:val="222222"/>
          <w:cs/>
          <w:lang w:bidi="hi-IN"/>
        </w:rPr>
        <w:t>तथा</w:t>
      </w:r>
      <w:r w:rsidRPr="00116BFD">
        <w:rPr>
          <w:rFonts w:ascii="Kalimati" w:hAnsi="Kalimati"/>
          <w:b/>
          <w:color w:val="222222"/>
        </w:rPr>
        <w:t xml:space="preserve"> </w:t>
      </w:r>
      <w:r w:rsidRPr="00116BFD">
        <w:rPr>
          <w:rFonts w:ascii="Kalimati" w:hAnsi="Kalimati"/>
          <w:b/>
          <w:color w:val="222222"/>
          <w:cs/>
          <w:lang w:bidi="hi-IN"/>
        </w:rPr>
        <w:t>सामाजिक</w:t>
      </w:r>
      <w:r w:rsidRPr="00116BFD">
        <w:rPr>
          <w:rFonts w:ascii="Kalimati" w:hAnsi="Kalimati"/>
          <w:b/>
          <w:color w:val="222222"/>
        </w:rPr>
        <w:t xml:space="preserve"> </w:t>
      </w:r>
      <w:r w:rsidRPr="00116BFD">
        <w:rPr>
          <w:rFonts w:ascii="Kalimati" w:hAnsi="Kalimati"/>
          <w:b/>
          <w:color w:val="222222"/>
          <w:cs/>
          <w:lang w:bidi="hi-IN"/>
        </w:rPr>
        <w:t>सूचना</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तथ्याङ्क</w:t>
      </w:r>
      <w:r w:rsidRPr="00116BFD">
        <w:rPr>
          <w:rFonts w:ascii="Kalimati" w:hAnsi="Kalimati"/>
          <w:b/>
          <w:color w:val="222222"/>
        </w:rPr>
        <w:t xml:space="preserve"> </w:t>
      </w:r>
      <w:r w:rsidRPr="00116BFD">
        <w:rPr>
          <w:rFonts w:ascii="Kalimati" w:hAnsi="Kalimati"/>
          <w:b/>
          <w:color w:val="222222"/>
          <w:cs/>
          <w:lang w:bidi="hi-IN"/>
        </w:rPr>
        <w:t>अद्यावधि</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अभिलेख</w:t>
      </w:r>
      <w:r w:rsidRPr="00116BFD">
        <w:rPr>
          <w:rFonts w:ascii="Kalimati" w:hAnsi="Kalimati"/>
          <w:b/>
          <w:color w:val="222222"/>
        </w:rPr>
        <w:t xml:space="preserve"> </w:t>
      </w:r>
      <w:r w:rsidRPr="00116BFD">
        <w:rPr>
          <w:rFonts w:ascii="Kalimati" w:hAnsi="Kalimati"/>
          <w:b/>
          <w:color w:val="222222"/>
          <w:cs/>
          <w:lang w:bidi="hi-IN"/>
        </w:rPr>
        <w:t>राख्ने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9. </w:t>
      </w:r>
      <w:r w:rsidRPr="00116BFD">
        <w:rPr>
          <w:rFonts w:ascii="Kalimati" w:hAnsi="Kalimati"/>
          <w:b/>
          <w:color w:val="222222"/>
          <w:cs/>
          <w:lang w:bidi="hi-IN"/>
        </w:rPr>
        <w:t>सहभागिता</w:t>
      </w:r>
      <w:r w:rsidRPr="00116BFD">
        <w:rPr>
          <w:rFonts w:ascii="Kalimati" w:hAnsi="Kalimati"/>
          <w:b/>
          <w:color w:val="222222"/>
        </w:rPr>
        <w:t xml:space="preserve"> </w:t>
      </w:r>
      <w:r w:rsidRPr="00116BFD">
        <w:rPr>
          <w:rFonts w:ascii="Kalimati" w:hAnsi="Kalimati"/>
          <w:b/>
          <w:color w:val="222222"/>
          <w:cs/>
          <w:lang w:bidi="hi-IN"/>
        </w:rPr>
        <w:t>मूलक</w:t>
      </w:r>
      <w:r w:rsidRPr="00116BFD">
        <w:rPr>
          <w:rFonts w:ascii="Kalimati" w:hAnsi="Kalimati"/>
          <w:b/>
          <w:color w:val="222222"/>
        </w:rPr>
        <w:t xml:space="preserve"> </w:t>
      </w:r>
      <w:r w:rsidRPr="00116BFD">
        <w:rPr>
          <w:rFonts w:ascii="Kalimati" w:hAnsi="Kalimati"/>
          <w:b/>
          <w:color w:val="222222"/>
          <w:cs/>
          <w:lang w:bidi="hi-IN"/>
        </w:rPr>
        <w:t>योजना</w:t>
      </w:r>
      <w:r w:rsidRPr="00116BFD">
        <w:rPr>
          <w:rFonts w:ascii="Kalimati" w:hAnsi="Kalimati"/>
          <w:b/>
          <w:color w:val="222222"/>
        </w:rPr>
        <w:t xml:space="preserve"> </w:t>
      </w:r>
      <w:r w:rsidRPr="00116BFD">
        <w:rPr>
          <w:rFonts w:ascii="Kalimati" w:hAnsi="Kalimati"/>
          <w:b/>
          <w:color w:val="222222"/>
          <w:cs/>
          <w:lang w:bidi="hi-IN"/>
        </w:rPr>
        <w:t>तर्जुमा</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टोलको</w:t>
      </w:r>
      <w:r w:rsidRPr="00116BFD">
        <w:rPr>
          <w:rFonts w:ascii="Kalimati" w:hAnsi="Kalimati"/>
          <w:b/>
          <w:color w:val="222222"/>
        </w:rPr>
        <w:t xml:space="preserve"> </w:t>
      </w:r>
      <w:r w:rsidRPr="00116BFD">
        <w:rPr>
          <w:rFonts w:ascii="Kalimati" w:hAnsi="Kalimati"/>
          <w:b/>
          <w:color w:val="222222"/>
          <w:cs/>
          <w:lang w:bidi="hi-IN"/>
        </w:rPr>
        <w:t>प्राथमिकता</w:t>
      </w:r>
      <w:r w:rsidRPr="00116BFD">
        <w:rPr>
          <w:rFonts w:ascii="Kalimati" w:hAnsi="Kalimati"/>
          <w:b/>
          <w:color w:val="222222"/>
        </w:rPr>
        <w:t xml:space="preserve"> </w:t>
      </w:r>
      <w:r w:rsidRPr="00116BFD">
        <w:rPr>
          <w:rFonts w:ascii="Kalimati" w:hAnsi="Kalimati"/>
          <w:b/>
          <w:color w:val="222222"/>
          <w:cs/>
          <w:lang w:bidi="hi-IN"/>
        </w:rPr>
        <w:t>पहिचान</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वडामा</w:t>
      </w:r>
      <w:r w:rsidRPr="00116BFD">
        <w:rPr>
          <w:rFonts w:ascii="Kalimati" w:hAnsi="Kalimati"/>
          <w:b/>
          <w:color w:val="222222"/>
        </w:rPr>
        <w:t xml:space="preserve"> </w:t>
      </w:r>
      <w:r w:rsidRPr="00116BFD">
        <w:rPr>
          <w:rFonts w:ascii="Kalimati" w:hAnsi="Kalimati"/>
          <w:b/>
          <w:color w:val="222222"/>
          <w:cs/>
          <w:lang w:bidi="hi-IN"/>
        </w:rPr>
        <w:t>सिफारिस</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10. </w:t>
      </w:r>
      <w:r w:rsidRPr="00116BFD">
        <w:rPr>
          <w:rFonts w:ascii="Kalimati" w:hAnsi="Kalimati"/>
          <w:b/>
          <w:color w:val="222222"/>
          <w:cs/>
          <w:lang w:bidi="hi-IN"/>
        </w:rPr>
        <w:t>टोलमा</w:t>
      </w:r>
      <w:r w:rsidRPr="00116BFD">
        <w:rPr>
          <w:rFonts w:ascii="Kalimati" w:hAnsi="Kalimati"/>
          <w:b/>
          <w:color w:val="222222"/>
        </w:rPr>
        <w:t xml:space="preserve"> </w:t>
      </w:r>
      <w:r w:rsidRPr="00116BFD">
        <w:rPr>
          <w:rFonts w:ascii="Kalimati" w:hAnsi="Kalimati"/>
          <w:b/>
          <w:color w:val="222222"/>
          <w:cs/>
          <w:lang w:bidi="hi-IN"/>
        </w:rPr>
        <w:t>विभिन्न</w:t>
      </w:r>
      <w:r w:rsidRPr="00116BFD">
        <w:rPr>
          <w:rFonts w:ascii="Kalimati" w:hAnsi="Kalimati"/>
          <w:b/>
          <w:color w:val="222222"/>
        </w:rPr>
        <w:t xml:space="preserve"> </w:t>
      </w:r>
      <w:r w:rsidRPr="00116BFD">
        <w:rPr>
          <w:rFonts w:ascii="Kalimati" w:hAnsi="Kalimati"/>
          <w:b/>
          <w:color w:val="222222"/>
          <w:cs/>
          <w:lang w:bidi="hi-IN"/>
        </w:rPr>
        <w:t>सरकारी</w:t>
      </w:r>
      <w:r w:rsidRPr="00116BFD">
        <w:rPr>
          <w:rFonts w:ascii="Kalimati" w:hAnsi="Kalimati"/>
          <w:b/>
          <w:color w:val="222222"/>
        </w:rPr>
        <w:t xml:space="preserve"> </w:t>
      </w:r>
      <w:r w:rsidRPr="00116BFD">
        <w:rPr>
          <w:rFonts w:ascii="Kalimati" w:hAnsi="Kalimati"/>
          <w:b/>
          <w:color w:val="222222"/>
          <w:cs/>
          <w:lang w:bidi="hi-IN"/>
        </w:rPr>
        <w:t>तथा</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सरकारी</w:t>
      </w:r>
      <w:r w:rsidRPr="00116BFD">
        <w:rPr>
          <w:rFonts w:ascii="Kalimati" w:hAnsi="Kalimati"/>
          <w:b/>
          <w:color w:val="222222"/>
        </w:rPr>
        <w:t xml:space="preserve"> </w:t>
      </w:r>
      <w:r w:rsidRPr="00116BFD">
        <w:rPr>
          <w:rFonts w:ascii="Kalimati" w:hAnsi="Kalimati"/>
          <w:b/>
          <w:color w:val="222222"/>
          <w:cs/>
          <w:lang w:bidi="hi-IN"/>
        </w:rPr>
        <w:t>निकायहरुबाट</w:t>
      </w:r>
      <w:r w:rsidRPr="00116BFD">
        <w:rPr>
          <w:rFonts w:ascii="Kalimati" w:hAnsi="Kalimati"/>
          <w:b/>
          <w:color w:val="222222"/>
        </w:rPr>
        <w:t xml:space="preserve"> </w:t>
      </w:r>
      <w:r w:rsidRPr="00116BFD">
        <w:rPr>
          <w:rFonts w:ascii="Kalimati" w:hAnsi="Kalimati"/>
          <w:b/>
          <w:color w:val="222222"/>
          <w:cs/>
          <w:lang w:bidi="hi-IN"/>
        </w:rPr>
        <w:t>प्राप्त</w:t>
      </w:r>
      <w:r w:rsidRPr="00116BFD">
        <w:rPr>
          <w:rFonts w:ascii="Kalimati" w:hAnsi="Kalimati"/>
          <w:b/>
          <w:color w:val="222222"/>
        </w:rPr>
        <w:t xml:space="preserve"> </w:t>
      </w:r>
      <w:r w:rsidRPr="00116BFD">
        <w:rPr>
          <w:rFonts w:ascii="Kalimati" w:hAnsi="Kalimati"/>
          <w:b/>
          <w:color w:val="222222"/>
          <w:cs/>
          <w:lang w:bidi="hi-IN"/>
        </w:rPr>
        <w:t>योजनाहरुको</w:t>
      </w:r>
      <w:r w:rsidRPr="00116BFD">
        <w:rPr>
          <w:rFonts w:ascii="Kalimati" w:hAnsi="Kalimati"/>
          <w:b/>
          <w:color w:val="222222"/>
        </w:rPr>
        <w:t xml:space="preserve"> </w:t>
      </w:r>
      <w:r w:rsidRPr="00116BFD">
        <w:rPr>
          <w:rFonts w:ascii="Kalimati" w:hAnsi="Kalimati"/>
          <w:b/>
          <w:color w:val="222222"/>
          <w:cs/>
          <w:lang w:bidi="hi-IN"/>
        </w:rPr>
        <w:t>अनुगमन</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पृष्ठपोषण</w:t>
      </w:r>
      <w:r w:rsidRPr="00116BFD">
        <w:rPr>
          <w:rFonts w:ascii="Kalimati" w:hAnsi="Kalimati"/>
          <w:b/>
          <w:color w:val="222222"/>
        </w:rPr>
        <w:t xml:space="preserve"> </w:t>
      </w:r>
      <w:r w:rsidRPr="00116BFD">
        <w:rPr>
          <w:rFonts w:ascii="Kalimati" w:hAnsi="Kalimati"/>
          <w:b/>
          <w:color w:val="222222"/>
          <w:cs/>
          <w:lang w:bidi="hi-IN"/>
        </w:rPr>
        <w:t>प्रदान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11. </w:t>
      </w:r>
      <w:r w:rsidRPr="00116BFD">
        <w:rPr>
          <w:rFonts w:ascii="Kalimati" w:hAnsi="Kalimati"/>
          <w:b/>
          <w:color w:val="222222"/>
          <w:cs/>
          <w:lang w:bidi="hi-IN"/>
        </w:rPr>
        <w:t>टोलमा</w:t>
      </w:r>
      <w:r w:rsidRPr="00116BFD">
        <w:rPr>
          <w:rFonts w:ascii="Kalimati" w:hAnsi="Kalimati"/>
          <w:b/>
          <w:color w:val="222222"/>
        </w:rPr>
        <w:t xml:space="preserve"> </w:t>
      </w:r>
      <w:r w:rsidRPr="00116BFD">
        <w:rPr>
          <w:rFonts w:ascii="Kalimati" w:hAnsi="Kalimati"/>
          <w:b/>
          <w:color w:val="222222"/>
          <w:cs/>
          <w:lang w:bidi="hi-IN"/>
        </w:rPr>
        <w:t>विभिन्न</w:t>
      </w:r>
      <w:r w:rsidRPr="00116BFD">
        <w:rPr>
          <w:rFonts w:ascii="Kalimati" w:hAnsi="Kalimati"/>
          <w:b/>
          <w:color w:val="222222"/>
        </w:rPr>
        <w:t xml:space="preserve"> </w:t>
      </w:r>
      <w:r w:rsidRPr="00116BFD">
        <w:rPr>
          <w:rFonts w:ascii="Kalimati" w:hAnsi="Kalimati"/>
          <w:b/>
          <w:color w:val="222222"/>
          <w:cs/>
          <w:lang w:bidi="hi-IN"/>
        </w:rPr>
        <w:t>सरकारी</w:t>
      </w:r>
      <w:r w:rsidRPr="00116BFD">
        <w:rPr>
          <w:rFonts w:ascii="Kalimati" w:hAnsi="Kalimati"/>
          <w:b/>
          <w:color w:val="222222"/>
        </w:rPr>
        <w:t xml:space="preserve"> </w:t>
      </w:r>
      <w:r w:rsidRPr="00116BFD">
        <w:rPr>
          <w:rFonts w:ascii="Kalimati" w:hAnsi="Kalimati"/>
          <w:b/>
          <w:color w:val="222222"/>
          <w:cs/>
          <w:lang w:bidi="hi-IN"/>
        </w:rPr>
        <w:t>तथा</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सरकारी</w:t>
      </w:r>
      <w:r w:rsidRPr="00116BFD">
        <w:rPr>
          <w:rFonts w:ascii="Kalimati" w:hAnsi="Kalimati"/>
          <w:b/>
          <w:color w:val="222222"/>
        </w:rPr>
        <w:t xml:space="preserve"> </w:t>
      </w:r>
      <w:r w:rsidRPr="00116BFD">
        <w:rPr>
          <w:rFonts w:ascii="Kalimati" w:hAnsi="Kalimati"/>
          <w:b/>
          <w:color w:val="222222"/>
          <w:cs/>
          <w:lang w:bidi="hi-IN"/>
        </w:rPr>
        <w:t>संस्था</w:t>
      </w:r>
      <w:r w:rsidRPr="00116BFD">
        <w:rPr>
          <w:rFonts w:ascii="Kalimati" w:hAnsi="Kalimati"/>
          <w:b/>
          <w:color w:val="222222"/>
        </w:rPr>
        <w:t xml:space="preserve"> </w:t>
      </w:r>
      <w:r w:rsidRPr="00116BFD">
        <w:rPr>
          <w:rFonts w:ascii="Kalimati" w:hAnsi="Kalimati"/>
          <w:b/>
          <w:color w:val="222222"/>
          <w:cs/>
          <w:lang w:bidi="hi-IN"/>
        </w:rPr>
        <w:t>मार्फत</w:t>
      </w:r>
      <w:r w:rsidRPr="00116BFD">
        <w:rPr>
          <w:rFonts w:ascii="Kalimati" w:hAnsi="Kalimati"/>
          <w:b/>
          <w:color w:val="222222"/>
        </w:rPr>
        <w:t xml:space="preserve"> </w:t>
      </w:r>
      <w:r w:rsidRPr="00116BFD">
        <w:rPr>
          <w:rFonts w:ascii="Kalimati" w:hAnsi="Kalimati"/>
          <w:b/>
          <w:color w:val="222222"/>
          <w:cs/>
          <w:lang w:bidi="hi-IN"/>
        </w:rPr>
        <w:t>प्राप्त</w:t>
      </w:r>
      <w:r w:rsidRPr="00116BFD">
        <w:rPr>
          <w:rFonts w:ascii="Kalimati" w:hAnsi="Kalimati"/>
          <w:b/>
          <w:color w:val="222222"/>
        </w:rPr>
        <w:t xml:space="preserve"> </w:t>
      </w:r>
      <w:r w:rsidRPr="00116BFD">
        <w:rPr>
          <w:rFonts w:ascii="Kalimati" w:hAnsi="Kalimati"/>
          <w:b/>
          <w:color w:val="222222"/>
          <w:cs/>
          <w:lang w:bidi="hi-IN"/>
        </w:rPr>
        <w:t>हुने</w:t>
      </w:r>
      <w:r w:rsidRPr="00116BFD">
        <w:rPr>
          <w:rFonts w:ascii="Kalimati" w:hAnsi="Kalimati"/>
          <w:b/>
          <w:color w:val="222222"/>
        </w:rPr>
        <w:t xml:space="preserve"> </w:t>
      </w:r>
      <w:r w:rsidRPr="00116BFD">
        <w:rPr>
          <w:rFonts w:ascii="Kalimati" w:hAnsi="Kalimati"/>
          <w:b/>
          <w:color w:val="222222"/>
          <w:cs/>
          <w:lang w:bidi="hi-IN"/>
        </w:rPr>
        <w:t>कार्यक्रमहरु</w:t>
      </w:r>
      <w:r w:rsidRPr="00116BFD">
        <w:rPr>
          <w:rFonts w:ascii="Kalimati" w:hAnsi="Kalimati"/>
          <w:b/>
          <w:color w:val="222222"/>
        </w:rPr>
        <w:t xml:space="preserve"> </w:t>
      </w:r>
      <w:r w:rsidRPr="00116BFD">
        <w:rPr>
          <w:rFonts w:ascii="Kalimati" w:hAnsi="Kalimati"/>
          <w:b/>
          <w:color w:val="222222"/>
          <w:cs/>
          <w:lang w:bidi="hi-IN"/>
        </w:rPr>
        <w:t>टोल</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संस्था</w:t>
      </w:r>
      <w:r w:rsidRPr="00116BFD">
        <w:rPr>
          <w:rFonts w:ascii="Kalimati" w:hAnsi="Kalimati"/>
          <w:b/>
          <w:color w:val="222222"/>
        </w:rPr>
        <w:t xml:space="preserve"> </w:t>
      </w:r>
      <w:r w:rsidRPr="00116BFD">
        <w:rPr>
          <w:rFonts w:ascii="Kalimati" w:hAnsi="Kalimati"/>
          <w:b/>
          <w:color w:val="222222"/>
          <w:cs/>
          <w:lang w:bidi="hi-IN"/>
        </w:rPr>
        <w:t>मार्फत</w:t>
      </w:r>
      <w:r w:rsidRPr="00116BFD">
        <w:rPr>
          <w:rFonts w:ascii="Kalimati" w:hAnsi="Kalimati"/>
          <w:b/>
          <w:color w:val="222222"/>
        </w:rPr>
        <w:t xml:space="preserve"> </w:t>
      </w:r>
      <w:r w:rsidRPr="00116BFD">
        <w:rPr>
          <w:rFonts w:ascii="Kalimati" w:hAnsi="Kalimati"/>
          <w:b/>
          <w:color w:val="222222"/>
          <w:cs/>
          <w:lang w:bidi="hi-IN"/>
        </w:rPr>
        <w:t>संचालन</w:t>
      </w:r>
      <w:r w:rsidRPr="00116BFD">
        <w:rPr>
          <w:rFonts w:ascii="Kalimati" w:hAnsi="Kalimati"/>
          <w:b/>
          <w:color w:val="222222"/>
        </w:rPr>
        <w:t xml:space="preserve"> </w:t>
      </w:r>
      <w:r w:rsidRPr="00116BFD">
        <w:rPr>
          <w:rFonts w:ascii="Kalimati" w:hAnsi="Kalimati"/>
          <w:b/>
          <w:color w:val="222222"/>
          <w:cs/>
          <w:lang w:bidi="hi-IN"/>
        </w:rPr>
        <w:t>हुने</w:t>
      </w:r>
      <w:r w:rsidRPr="00116BFD">
        <w:rPr>
          <w:rFonts w:ascii="Kalimati" w:hAnsi="Kalimati"/>
          <w:b/>
          <w:color w:val="222222"/>
        </w:rPr>
        <w:t xml:space="preserve"> </w:t>
      </w:r>
      <w:r w:rsidRPr="00116BFD">
        <w:rPr>
          <w:rFonts w:ascii="Kalimati" w:hAnsi="Kalimati"/>
          <w:b/>
          <w:color w:val="222222"/>
          <w:cs/>
          <w:lang w:bidi="hi-IN"/>
        </w:rPr>
        <w:t>वातावरण</w:t>
      </w:r>
      <w:r w:rsidRPr="00116BFD">
        <w:rPr>
          <w:rFonts w:ascii="Kalimati" w:hAnsi="Kalimati"/>
          <w:b/>
          <w:color w:val="222222"/>
        </w:rPr>
        <w:t xml:space="preserve"> </w:t>
      </w:r>
      <w:r w:rsidRPr="00116BFD">
        <w:rPr>
          <w:rFonts w:ascii="Kalimati" w:hAnsi="Kalimati"/>
          <w:b/>
          <w:color w:val="222222"/>
          <w:cs/>
          <w:lang w:bidi="hi-IN"/>
        </w:rPr>
        <w:t>सिर्जना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12. </w:t>
      </w:r>
      <w:r w:rsidRPr="00116BFD">
        <w:rPr>
          <w:rFonts w:ascii="Kalimati" w:hAnsi="Kalimati"/>
          <w:b/>
          <w:color w:val="222222"/>
          <w:cs/>
          <w:lang w:bidi="hi-IN"/>
        </w:rPr>
        <w:t>आफ्नो</w:t>
      </w:r>
      <w:r w:rsidRPr="00116BFD">
        <w:rPr>
          <w:rFonts w:ascii="Kalimati" w:hAnsi="Kalimati"/>
          <w:b/>
          <w:color w:val="222222"/>
        </w:rPr>
        <w:t xml:space="preserve"> </w:t>
      </w:r>
      <w:r w:rsidRPr="00116BFD">
        <w:rPr>
          <w:rFonts w:ascii="Kalimati" w:hAnsi="Kalimati"/>
          <w:b/>
          <w:color w:val="222222"/>
          <w:cs/>
          <w:lang w:bidi="hi-IN"/>
        </w:rPr>
        <w:t>वडा</w:t>
      </w:r>
      <w:r w:rsidRPr="00116BFD">
        <w:rPr>
          <w:rFonts w:ascii="Kalimati" w:hAnsi="Kalimati"/>
          <w:b/>
          <w:color w:val="222222"/>
        </w:rPr>
        <w:t xml:space="preserve"> </w:t>
      </w:r>
      <w:r w:rsidRPr="00116BFD">
        <w:rPr>
          <w:rFonts w:ascii="Kalimati" w:hAnsi="Kalimati"/>
          <w:b/>
          <w:color w:val="222222"/>
          <w:cs/>
          <w:lang w:bidi="hi-IN"/>
        </w:rPr>
        <w:t>तथा</w:t>
      </w:r>
      <w:r w:rsidRPr="00116BFD">
        <w:rPr>
          <w:rFonts w:ascii="Kalimati" w:hAnsi="Kalimati"/>
          <w:b/>
          <w:color w:val="222222"/>
        </w:rPr>
        <w:t xml:space="preserve"> </w:t>
      </w:r>
      <w:r w:rsidRPr="00116BFD">
        <w:rPr>
          <w:rFonts w:ascii="Kalimati" w:hAnsi="Kalimati"/>
          <w:b/>
          <w:color w:val="222222"/>
          <w:cs/>
          <w:lang w:bidi="hi-IN"/>
        </w:rPr>
        <w:t>टोललाई</w:t>
      </w:r>
      <w:r w:rsidRPr="00116BFD">
        <w:rPr>
          <w:rFonts w:ascii="Kalimati" w:hAnsi="Kalimati"/>
          <w:b/>
          <w:color w:val="222222"/>
        </w:rPr>
        <w:t xml:space="preserve"> </w:t>
      </w:r>
      <w:r w:rsidRPr="00116BFD">
        <w:rPr>
          <w:rFonts w:ascii="Kalimati" w:hAnsi="Kalimati"/>
          <w:b/>
          <w:color w:val="222222"/>
          <w:cs/>
          <w:lang w:bidi="hi-IN"/>
        </w:rPr>
        <w:t>वातावरणमैत्री</w:t>
      </w:r>
      <w:r w:rsidRPr="00116BFD">
        <w:rPr>
          <w:rFonts w:ascii="Kalimati" w:hAnsi="Kalimati"/>
          <w:b/>
          <w:color w:val="222222"/>
        </w:rPr>
        <w:t xml:space="preserve"> </w:t>
      </w:r>
      <w:r w:rsidRPr="00116BFD">
        <w:rPr>
          <w:rFonts w:ascii="Kalimati" w:hAnsi="Kalimati"/>
          <w:b/>
          <w:color w:val="222222"/>
          <w:cs/>
          <w:lang w:bidi="hi-IN"/>
        </w:rPr>
        <w:t>तथा</w:t>
      </w:r>
      <w:r w:rsidRPr="00116BFD">
        <w:rPr>
          <w:rFonts w:ascii="Kalimati" w:hAnsi="Kalimati"/>
          <w:b/>
          <w:color w:val="222222"/>
        </w:rPr>
        <w:t xml:space="preserve"> </w:t>
      </w:r>
      <w:r w:rsidRPr="00116BFD">
        <w:rPr>
          <w:rFonts w:ascii="Kalimati" w:hAnsi="Kalimati"/>
          <w:b/>
          <w:color w:val="222222"/>
          <w:cs/>
          <w:lang w:bidi="hi-IN"/>
        </w:rPr>
        <w:t>वालमैत्री</w:t>
      </w:r>
      <w:r w:rsidRPr="00116BFD">
        <w:rPr>
          <w:rFonts w:ascii="Kalimati" w:hAnsi="Kalimati"/>
          <w:b/>
          <w:color w:val="222222"/>
        </w:rPr>
        <w:t xml:space="preserve"> </w:t>
      </w:r>
      <w:r w:rsidRPr="00116BFD">
        <w:rPr>
          <w:rFonts w:ascii="Kalimati" w:hAnsi="Kalimati"/>
          <w:b/>
          <w:color w:val="222222"/>
          <w:cs/>
          <w:lang w:bidi="hi-IN"/>
        </w:rPr>
        <w:t>बनाउने</w:t>
      </w:r>
      <w:r w:rsidRPr="00116BFD">
        <w:rPr>
          <w:rFonts w:ascii="Kalimati" w:hAnsi="Kalimati"/>
          <w:b/>
          <w:color w:val="222222"/>
        </w:rPr>
        <w:t xml:space="preserve"> </w:t>
      </w:r>
      <w:r w:rsidRPr="00116BFD">
        <w:rPr>
          <w:rFonts w:ascii="Kalimati" w:hAnsi="Kalimati"/>
          <w:b/>
          <w:color w:val="222222"/>
          <w:cs/>
          <w:lang w:bidi="hi-IN"/>
        </w:rPr>
        <w:t>खालका</w:t>
      </w:r>
      <w:r w:rsidRPr="00116BFD">
        <w:rPr>
          <w:rFonts w:ascii="Kalimati" w:hAnsi="Kalimati"/>
          <w:b/>
          <w:color w:val="222222"/>
        </w:rPr>
        <w:t xml:space="preserve"> </w:t>
      </w:r>
      <w:r w:rsidRPr="00116BFD">
        <w:rPr>
          <w:rFonts w:ascii="Kalimati" w:hAnsi="Kalimati"/>
          <w:b/>
          <w:color w:val="222222"/>
          <w:cs/>
          <w:lang w:bidi="hi-IN"/>
        </w:rPr>
        <w:t>कार्यक्रमहरु</w:t>
      </w:r>
      <w:r w:rsidRPr="00116BFD">
        <w:rPr>
          <w:rFonts w:ascii="Kalimati" w:hAnsi="Kalimati"/>
          <w:b/>
          <w:color w:val="222222"/>
        </w:rPr>
        <w:t xml:space="preserve"> </w:t>
      </w:r>
      <w:r w:rsidRPr="00116BFD">
        <w:rPr>
          <w:rFonts w:ascii="Kalimati" w:hAnsi="Kalimati"/>
          <w:b/>
          <w:color w:val="222222"/>
          <w:cs/>
          <w:lang w:bidi="hi-IN"/>
        </w:rPr>
        <w:t>सञ्चालन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13. </w:t>
      </w:r>
      <w:r w:rsidRPr="00116BFD">
        <w:rPr>
          <w:rFonts w:ascii="Kalimati" w:hAnsi="Kalimati"/>
          <w:b/>
          <w:color w:val="222222"/>
          <w:cs/>
          <w:lang w:bidi="hi-IN"/>
        </w:rPr>
        <w:t>टोलमा</w:t>
      </w:r>
      <w:r w:rsidRPr="00116BFD">
        <w:rPr>
          <w:rFonts w:ascii="Kalimati" w:hAnsi="Kalimati"/>
          <w:b/>
          <w:color w:val="222222"/>
        </w:rPr>
        <w:t xml:space="preserve"> </w:t>
      </w:r>
      <w:r w:rsidRPr="00116BFD">
        <w:rPr>
          <w:rFonts w:ascii="Kalimati" w:hAnsi="Kalimati"/>
          <w:b/>
          <w:color w:val="222222"/>
          <w:cs/>
          <w:lang w:bidi="hi-IN"/>
        </w:rPr>
        <w:t>भवन</w:t>
      </w:r>
      <w:r w:rsidRPr="00116BFD">
        <w:rPr>
          <w:rFonts w:ascii="Kalimati" w:hAnsi="Kalimati"/>
          <w:b/>
          <w:color w:val="222222"/>
        </w:rPr>
        <w:t xml:space="preserve"> </w:t>
      </w:r>
      <w:r w:rsidRPr="00116BFD">
        <w:rPr>
          <w:rFonts w:ascii="Kalimati" w:hAnsi="Kalimati"/>
          <w:b/>
          <w:color w:val="222222"/>
          <w:cs/>
          <w:lang w:bidi="hi-IN"/>
        </w:rPr>
        <w:t>निर्माण</w:t>
      </w:r>
      <w:r w:rsidRPr="00116BFD">
        <w:rPr>
          <w:rFonts w:ascii="Kalimati" w:hAnsi="Kalimati"/>
          <w:b/>
          <w:color w:val="222222"/>
        </w:rPr>
        <w:t xml:space="preserve"> </w:t>
      </w:r>
      <w:r w:rsidRPr="00116BFD">
        <w:rPr>
          <w:rFonts w:ascii="Kalimati" w:hAnsi="Kalimati"/>
          <w:b/>
          <w:color w:val="222222"/>
          <w:cs/>
          <w:lang w:bidi="hi-IN"/>
        </w:rPr>
        <w:t>मापदण्ड</w:t>
      </w:r>
      <w:r w:rsidRPr="00116BFD">
        <w:rPr>
          <w:rFonts w:ascii="Kalimati" w:hAnsi="Kalimati"/>
          <w:b/>
          <w:color w:val="222222"/>
        </w:rPr>
        <w:t xml:space="preserve">, </w:t>
      </w:r>
      <w:r w:rsidRPr="00116BFD">
        <w:rPr>
          <w:rFonts w:ascii="Kalimati" w:hAnsi="Kalimati"/>
          <w:b/>
          <w:color w:val="222222"/>
          <w:cs/>
          <w:lang w:bidi="hi-IN"/>
        </w:rPr>
        <w:t>सामाजिक</w:t>
      </w:r>
      <w:r w:rsidRPr="00116BFD">
        <w:rPr>
          <w:rFonts w:ascii="Kalimati" w:hAnsi="Kalimati"/>
          <w:b/>
          <w:color w:val="222222"/>
        </w:rPr>
        <w:t xml:space="preserve"> </w:t>
      </w:r>
      <w:r w:rsidRPr="00116BFD">
        <w:rPr>
          <w:rFonts w:ascii="Kalimati" w:hAnsi="Kalimati"/>
          <w:b/>
          <w:color w:val="222222"/>
          <w:cs/>
          <w:lang w:bidi="hi-IN"/>
        </w:rPr>
        <w:t>सुरक्षा</w:t>
      </w:r>
      <w:r w:rsidRPr="00116BFD">
        <w:rPr>
          <w:rFonts w:ascii="Kalimati" w:hAnsi="Kalimati"/>
          <w:b/>
          <w:color w:val="222222"/>
        </w:rPr>
        <w:t xml:space="preserve"> </w:t>
      </w:r>
      <w:r w:rsidRPr="00116BFD">
        <w:rPr>
          <w:rFonts w:ascii="Kalimati" w:hAnsi="Kalimati"/>
          <w:b/>
          <w:color w:val="222222"/>
          <w:cs/>
          <w:lang w:bidi="hi-IN"/>
        </w:rPr>
        <w:t>भत्ता</w:t>
      </w:r>
      <w:r w:rsidRPr="00116BFD">
        <w:rPr>
          <w:rFonts w:ascii="Kalimati" w:hAnsi="Kalimati"/>
          <w:b/>
          <w:color w:val="222222"/>
        </w:rPr>
        <w:t xml:space="preserve"> </w:t>
      </w:r>
      <w:r w:rsidRPr="00116BFD">
        <w:rPr>
          <w:rFonts w:ascii="Kalimati" w:hAnsi="Kalimati"/>
          <w:b/>
          <w:color w:val="222222"/>
          <w:cs/>
          <w:lang w:bidi="hi-IN"/>
        </w:rPr>
        <w:t>जस्ता</w:t>
      </w:r>
      <w:r w:rsidRPr="00116BFD">
        <w:rPr>
          <w:rFonts w:ascii="Kalimati" w:hAnsi="Kalimati"/>
          <w:b/>
          <w:color w:val="222222"/>
        </w:rPr>
        <w:t xml:space="preserve"> </w:t>
      </w:r>
      <w:r w:rsidRPr="00116BFD">
        <w:rPr>
          <w:rFonts w:ascii="Kalimati" w:hAnsi="Kalimati"/>
          <w:b/>
          <w:color w:val="222222"/>
          <w:cs/>
          <w:lang w:bidi="hi-IN"/>
        </w:rPr>
        <w:t>सामाजिक</w:t>
      </w:r>
      <w:r w:rsidRPr="00116BFD">
        <w:rPr>
          <w:rFonts w:ascii="Kalimati" w:hAnsi="Kalimati"/>
          <w:b/>
          <w:color w:val="222222"/>
        </w:rPr>
        <w:t xml:space="preserve"> </w:t>
      </w:r>
      <w:r w:rsidRPr="00116BFD">
        <w:rPr>
          <w:rFonts w:ascii="Kalimati" w:hAnsi="Kalimati"/>
          <w:b/>
          <w:color w:val="222222"/>
          <w:cs/>
          <w:lang w:bidi="hi-IN"/>
        </w:rPr>
        <w:t>सरोकारका</w:t>
      </w:r>
      <w:r w:rsidRPr="00116BFD">
        <w:rPr>
          <w:rFonts w:ascii="Kalimati" w:hAnsi="Kalimati"/>
          <w:b/>
          <w:color w:val="222222"/>
        </w:rPr>
        <w:t xml:space="preserve"> </w:t>
      </w:r>
      <w:r w:rsidRPr="00116BFD">
        <w:rPr>
          <w:rFonts w:ascii="Kalimati" w:hAnsi="Kalimati"/>
          <w:b/>
          <w:color w:val="222222"/>
          <w:cs/>
          <w:lang w:bidi="hi-IN"/>
        </w:rPr>
        <w:t>विषयमा</w:t>
      </w:r>
      <w:r w:rsidRPr="00116BFD">
        <w:rPr>
          <w:rFonts w:ascii="Kalimati" w:hAnsi="Kalimati"/>
          <w:b/>
          <w:color w:val="222222"/>
        </w:rPr>
        <w:t xml:space="preserve"> </w:t>
      </w:r>
      <w:r w:rsidRPr="00116BFD">
        <w:rPr>
          <w:rFonts w:ascii="Kalimati" w:hAnsi="Kalimati"/>
          <w:b/>
          <w:color w:val="222222"/>
          <w:cs/>
          <w:lang w:bidi="hi-IN"/>
        </w:rPr>
        <w:t>चेतनामूलक</w:t>
      </w:r>
      <w:r w:rsidRPr="00116BFD">
        <w:rPr>
          <w:rFonts w:ascii="Kalimati" w:hAnsi="Kalimati"/>
          <w:b/>
          <w:color w:val="222222"/>
        </w:rPr>
        <w:t xml:space="preserve"> </w:t>
      </w:r>
      <w:r w:rsidRPr="00116BFD">
        <w:rPr>
          <w:rFonts w:ascii="Kalimati" w:hAnsi="Kalimati"/>
          <w:b/>
          <w:color w:val="222222"/>
          <w:cs/>
          <w:lang w:bidi="hi-IN"/>
        </w:rPr>
        <w:t>कार्यक्रमहरु</w:t>
      </w:r>
      <w:r w:rsidRPr="00116BFD">
        <w:rPr>
          <w:rFonts w:ascii="Kalimati" w:hAnsi="Kalimati"/>
          <w:b/>
          <w:color w:val="222222"/>
        </w:rPr>
        <w:t xml:space="preserve"> </w:t>
      </w:r>
      <w:r w:rsidRPr="00116BFD">
        <w:rPr>
          <w:rFonts w:ascii="Kalimati" w:hAnsi="Kalimati"/>
          <w:b/>
          <w:color w:val="222222"/>
          <w:cs/>
          <w:lang w:bidi="hi-IN"/>
        </w:rPr>
        <w:t>सञ्चालन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14. </w:t>
      </w:r>
      <w:r w:rsidRPr="00116BFD">
        <w:rPr>
          <w:rFonts w:ascii="Kalimati" w:hAnsi="Kalimati"/>
          <w:b/>
          <w:color w:val="222222"/>
          <w:cs/>
          <w:lang w:bidi="hi-IN"/>
        </w:rPr>
        <w:t>टोलमा</w:t>
      </w:r>
      <w:r w:rsidRPr="00116BFD">
        <w:rPr>
          <w:rFonts w:ascii="Kalimati" w:hAnsi="Kalimati"/>
          <w:b/>
          <w:color w:val="222222"/>
        </w:rPr>
        <w:t xml:space="preserve"> </w:t>
      </w:r>
      <w:r w:rsidRPr="00116BFD">
        <w:rPr>
          <w:rFonts w:ascii="Kalimati" w:hAnsi="Kalimati"/>
          <w:b/>
          <w:color w:val="222222"/>
          <w:cs/>
          <w:lang w:bidi="hi-IN"/>
        </w:rPr>
        <w:t>रहेका</w:t>
      </w:r>
      <w:r w:rsidRPr="00116BFD">
        <w:rPr>
          <w:rFonts w:ascii="Kalimati" w:hAnsi="Kalimati"/>
          <w:b/>
          <w:color w:val="222222"/>
        </w:rPr>
        <w:t xml:space="preserve"> </w:t>
      </w:r>
      <w:r w:rsidRPr="00116BFD">
        <w:rPr>
          <w:rFonts w:ascii="Kalimati" w:hAnsi="Kalimati"/>
          <w:b/>
          <w:color w:val="222222"/>
          <w:cs/>
          <w:lang w:bidi="hi-IN"/>
        </w:rPr>
        <w:t>सार्वजानिक</w:t>
      </w:r>
      <w:r w:rsidRPr="00116BFD">
        <w:rPr>
          <w:rFonts w:ascii="Kalimati" w:hAnsi="Kalimati"/>
          <w:b/>
          <w:color w:val="222222"/>
        </w:rPr>
        <w:t xml:space="preserve">, </w:t>
      </w:r>
      <w:r w:rsidRPr="00116BFD">
        <w:rPr>
          <w:rFonts w:ascii="Kalimati" w:hAnsi="Kalimati"/>
          <w:b/>
          <w:color w:val="222222"/>
          <w:cs/>
          <w:lang w:bidi="hi-IN"/>
        </w:rPr>
        <w:t>पर्ति</w:t>
      </w:r>
      <w:r w:rsidRPr="00116BFD">
        <w:rPr>
          <w:rFonts w:ascii="Kalimati" w:hAnsi="Kalimati"/>
          <w:b/>
          <w:color w:val="222222"/>
        </w:rPr>
        <w:t xml:space="preserve">, </w:t>
      </w:r>
      <w:r w:rsidRPr="00116BFD">
        <w:rPr>
          <w:rFonts w:ascii="Kalimati" w:hAnsi="Kalimati"/>
          <w:b/>
          <w:color w:val="222222"/>
          <w:cs/>
          <w:lang w:bidi="hi-IN"/>
        </w:rPr>
        <w:t>ऐलानी</w:t>
      </w:r>
      <w:r w:rsidRPr="00116BFD">
        <w:rPr>
          <w:rFonts w:ascii="Kalimati" w:hAnsi="Kalimati"/>
          <w:b/>
          <w:color w:val="222222"/>
        </w:rPr>
        <w:t xml:space="preserve"> </w:t>
      </w:r>
      <w:r w:rsidRPr="00116BFD">
        <w:rPr>
          <w:rFonts w:ascii="Kalimati" w:hAnsi="Kalimati"/>
          <w:b/>
          <w:color w:val="222222"/>
          <w:cs/>
          <w:lang w:bidi="hi-IN"/>
        </w:rPr>
        <w:t>आदि</w:t>
      </w:r>
      <w:r w:rsidRPr="00116BFD">
        <w:rPr>
          <w:rFonts w:ascii="Kalimati" w:hAnsi="Kalimati"/>
          <w:b/>
          <w:color w:val="222222"/>
        </w:rPr>
        <w:t xml:space="preserve"> </w:t>
      </w:r>
      <w:r w:rsidRPr="00116BFD">
        <w:rPr>
          <w:rFonts w:ascii="Kalimati" w:hAnsi="Kalimati"/>
          <w:b/>
          <w:color w:val="222222"/>
          <w:cs/>
          <w:lang w:bidi="hi-IN"/>
        </w:rPr>
        <w:t>जग्गाको</w:t>
      </w:r>
      <w:r w:rsidRPr="00116BFD">
        <w:rPr>
          <w:rFonts w:ascii="Kalimati" w:hAnsi="Kalimati"/>
          <w:b/>
          <w:color w:val="222222"/>
        </w:rPr>
        <w:t xml:space="preserve"> </w:t>
      </w:r>
      <w:r w:rsidRPr="00116BFD">
        <w:rPr>
          <w:rFonts w:ascii="Kalimati" w:hAnsi="Kalimati"/>
          <w:b/>
          <w:color w:val="222222"/>
          <w:cs/>
          <w:lang w:bidi="hi-IN"/>
        </w:rPr>
        <w:t>संरक्षणमा</w:t>
      </w:r>
      <w:r w:rsidRPr="00116BFD">
        <w:rPr>
          <w:rFonts w:ascii="Kalimati" w:hAnsi="Kalimati"/>
          <w:b/>
          <w:color w:val="222222"/>
        </w:rPr>
        <w:t xml:space="preserve"> </w:t>
      </w:r>
      <w:r w:rsidRPr="00116BFD">
        <w:rPr>
          <w:rFonts w:ascii="Kalimati" w:hAnsi="Kalimati"/>
          <w:b/>
          <w:color w:val="222222"/>
          <w:cs/>
          <w:lang w:bidi="hi-IN"/>
        </w:rPr>
        <w:t>गाउँपालिकालाई</w:t>
      </w:r>
      <w:r w:rsidRPr="00116BFD">
        <w:rPr>
          <w:rFonts w:ascii="Kalimati" w:hAnsi="Kalimati"/>
          <w:b/>
          <w:color w:val="222222"/>
        </w:rPr>
        <w:t xml:space="preserve"> </w:t>
      </w:r>
      <w:r w:rsidRPr="00116BFD">
        <w:rPr>
          <w:rFonts w:ascii="Kalimati" w:hAnsi="Kalimati"/>
          <w:b/>
          <w:color w:val="222222"/>
          <w:cs/>
          <w:lang w:bidi="hi-IN"/>
        </w:rPr>
        <w:t>सहयोग</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15. </w:t>
      </w:r>
      <w:r w:rsidRPr="00116BFD">
        <w:rPr>
          <w:rFonts w:ascii="Kalimati" w:hAnsi="Kalimati"/>
          <w:b/>
          <w:color w:val="222222"/>
          <w:cs/>
          <w:lang w:bidi="hi-IN"/>
        </w:rPr>
        <w:t>गाउँपालिकाको</w:t>
      </w:r>
      <w:r w:rsidRPr="00116BFD">
        <w:rPr>
          <w:rFonts w:ascii="Kalimati" w:hAnsi="Kalimati"/>
          <w:b/>
          <w:color w:val="222222"/>
        </w:rPr>
        <w:t xml:space="preserve"> </w:t>
      </w:r>
      <w:r w:rsidRPr="00116BFD">
        <w:rPr>
          <w:rFonts w:ascii="Kalimati" w:hAnsi="Kalimati"/>
          <w:b/>
          <w:color w:val="222222"/>
          <w:cs/>
          <w:lang w:bidi="hi-IN"/>
        </w:rPr>
        <w:t>राजस्व</w:t>
      </w:r>
      <w:r w:rsidRPr="00116BFD">
        <w:rPr>
          <w:rFonts w:ascii="Kalimati" w:hAnsi="Kalimati"/>
          <w:b/>
          <w:color w:val="222222"/>
        </w:rPr>
        <w:t xml:space="preserve"> </w:t>
      </w:r>
      <w:r w:rsidRPr="00116BFD">
        <w:rPr>
          <w:rFonts w:ascii="Kalimati" w:hAnsi="Kalimati"/>
          <w:b/>
          <w:color w:val="222222"/>
          <w:cs/>
          <w:lang w:bidi="hi-IN"/>
        </w:rPr>
        <w:t>अधिवृद्दिका</w:t>
      </w:r>
      <w:r w:rsidRPr="00116BFD">
        <w:rPr>
          <w:rFonts w:ascii="Kalimati" w:hAnsi="Kalimati"/>
          <w:b/>
          <w:color w:val="222222"/>
        </w:rPr>
        <w:t xml:space="preserve"> </w:t>
      </w:r>
      <w:r w:rsidRPr="00116BFD">
        <w:rPr>
          <w:rFonts w:ascii="Kalimati" w:hAnsi="Kalimati"/>
          <w:b/>
          <w:color w:val="222222"/>
          <w:cs/>
          <w:lang w:bidi="hi-IN"/>
        </w:rPr>
        <w:t>लागि</w:t>
      </w:r>
      <w:r w:rsidRPr="00116BFD">
        <w:rPr>
          <w:rFonts w:ascii="Kalimati" w:hAnsi="Kalimati"/>
          <w:b/>
          <w:color w:val="222222"/>
        </w:rPr>
        <w:t xml:space="preserve"> </w:t>
      </w:r>
      <w:r w:rsidRPr="00116BFD">
        <w:rPr>
          <w:rFonts w:ascii="Kalimati" w:hAnsi="Kalimati"/>
          <w:b/>
          <w:color w:val="222222"/>
          <w:cs/>
          <w:lang w:bidi="hi-IN"/>
        </w:rPr>
        <w:t>सहयोग</w:t>
      </w:r>
      <w:r w:rsidRPr="00116BFD">
        <w:rPr>
          <w:rFonts w:ascii="Kalimati" w:hAnsi="Kalimati"/>
          <w:b/>
          <w:color w:val="222222"/>
        </w:rPr>
        <w:t xml:space="preserve"> </w:t>
      </w:r>
      <w:r w:rsidRPr="00116BFD">
        <w:rPr>
          <w:rFonts w:ascii="Kalimati" w:hAnsi="Kalimati"/>
          <w:b/>
          <w:color w:val="222222"/>
          <w:cs/>
          <w:lang w:bidi="hi-IN"/>
        </w:rPr>
        <w:t>प्रदान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w:t>
      </w:r>
    </w:p>
    <w:p w:rsidR="00116BFD" w:rsidRPr="00116BFD" w:rsidRDefault="00116BFD" w:rsidP="00116BFD">
      <w:pPr>
        <w:spacing w:before="40"/>
        <w:ind w:left="288"/>
        <w:jc w:val="both"/>
        <w:rPr>
          <w:rFonts w:hint="eastAsia"/>
          <w:b/>
        </w:rPr>
      </w:pPr>
      <w:r w:rsidRPr="00116BFD">
        <w:rPr>
          <w:rFonts w:ascii="Kalimati" w:hAnsi="Kalimati"/>
          <w:b/>
          <w:color w:val="222222"/>
        </w:rPr>
        <w:t xml:space="preserve">16. </w:t>
      </w:r>
      <w:r w:rsidRPr="00116BFD">
        <w:rPr>
          <w:rFonts w:ascii="Kalimati" w:hAnsi="Kalimati"/>
          <w:b/>
          <w:color w:val="222222"/>
          <w:cs/>
          <w:lang w:bidi="hi-IN"/>
        </w:rPr>
        <w:t>संस्थामा</w:t>
      </w:r>
      <w:r w:rsidRPr="00116BFD">
        <w:rPr>
          <w:rFonts w:ascii="Kalimati" w:hAnsi="Kalimati"/>
          <w:b/>
          <w:color w:val="222222"/>
        </w:rPr>
        <w:t xml:space="preserve"> </w:t>
      </w:r>
      <w:r w:rsidRPr="00116BFD">
        <w:rPr>
          <w:rFonts w:ascii="Kalimati" w:hAnsi="Kalimati"/>
          <w:b/>
          <w:color w:val="222222"/>
          <w:cs/>
          <w:lang w:bidi="hi-IN"/>
        </w:rPr>
        <w:t>प्राप्त</w:t>
      </w:r>
      <w:r w:rsidRPr="00116BFD">
        <w:rPr>
          <w:rFonts w:ascii="Kalimati" w:hAnsi="Kalimati"/>
          <w:b/>
          <w:color w:val="222222"/>
        </w:rPr>
        <w:t xml:space="preserve"> </w:t>
      </w:r>
      <w:r w:rsidRPr="00116BFD">
        <w:rPr>
          <w:rFonts w:ascii="Kalimati" w:hAnsi="Kalimati"/>
          <w:b/>
          <w:color w:val="222222"/>
          <w:cs/>
          <w:lang w:bidi="hi-IN"/>
        </w:rPr>
        <w:t>भएको</w:t>
      </w:r>
      <w:r w:rsidRPr="00116BFD">
        <w:rPr>
          <w:rFonts w:ascii="Kalimati" w:hAnsi="Kalimati"/>
          <w:b/>
          <w:color w:val="222222"/>
        </w:rPr>
        <w:t xml:space="preserve"> </w:t>
      </w:r>
      <w:r w:rsidRPr="00116BFD">
        <w:rPr>
          <w:rFonts w:ascii="Kalimati" w:hAnsi="Kalimati"/>
          <w:b/>
          <w:color w:val="222222"/>
          <w:cs/>
          <w:lang w:bidi="hi-IN"/>
        </w:rPr>
        <w:t>रकमको</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नीति</w:t>
      </w:r>
      <w:r w:rsidRPr="00116BFD">
        <w:rPr>
          <w:rFonts w:ascii="Kalimati" w:hAnsi="Kalimati"/>
          <w:b/>
          <w:color w:val="222222"/>
        </w:rPr>
        <w:t xml:space="preserve"> </w:t>
      </w:r>
      <w:r w:rsidRPr="00116BFD">
        <w:rPr>
          <w:rFonts w:ascii="Kalimati" w:hAnsi="Kalimati"/>
          <w:b/>
          <w:color w:val="222222"/>
          <w:cs/>
          <w:lang w:bidi="hi-IN"/>
        </w:rPr>
        <w:t>बमोजिम</w:t>
      </w:r>
      <w:r w:rsidRPr="00116BFD">
        <w:rPr>
          <w:rFonts w:ascii="Kalimati" w:hAnsi="Kalimati"/>
          <w:b/>
          <w:color w:val="222222"/>
        </w:rPr>
        <w:t xml:space="preserve"> </w:t>
      </w:r>
      <w:r w:rsidRPr="00116BFD">
        <w:rPr>
          <w:rFonts w:ascii="Kalimati" w:hAnsi="Kalimati"/>
          <w:b/>
          <w:color w:val="222222"/>
          <w:cs/>
          <w:lang w:bidi="hi-IN"/>
        </w:rPr>
        <w:t>रकम</w:t>
      </w:r>
      <w:r w:rsidRPr="00116BFD">
        <w:rPr>
          <w:rFonts w:ascii="Kalimati" w:hAnsi="Kalimati"/>
          <w:b/>
          <w:color w:val="222222"/>
        </w:rPr>
        <w:t xml:space="preserve"> </w:t>
      </w:r>
      <w:r w:rsidRPr="00116BFD">
        <w:rPr>
          <w:rFonts w:ascii="Kalimati" w:hAnsi="Kalimati"/>
          <w:b/>
          <w:color w:val="222222"/>
          <w:cs/>
          <w:lang w:bidi="hi-IN"/>
        </w:rPr>
        <w:t>खर्च</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लेखा</w:t>
      </w:r>
      <w:r w:rsidRPr="00116BFD">
        <w:rPr>
          <w:rFonts w:ascii="Kalimati" w:hAnsi="Kalimati"/>
          <w:b/>
          <w:color w:val="222222"/>
        </w:rPr>
        <w:t xml:space="preserve"> </w:t>
      </w:r>
      <w:r w:rsidRPr="00116BFD">
        <w:rPr>
          <w:rFonts w:ascii="Kalimati" w:hAnsi="Kalimati"/>
          <w:b/>
          <w:color w:val="222222"/>
          <w:cs/>
          <w:lang w:bidi="hi-IN"/>
        </w:rPr>
        <w:t>राख्ने</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लेखापरीक्षण</w:t>
      </w:r>
      <w:r w:rsidRPr="00116BFD">
        <w:rPr>
          <w:rFonts w:ascii="Kalimati" w:hAnsi="Kalimati"/>
          <w:b/>
          <w:color w:val="222222"/>
        </w:rPr>
        <w:t xml:space="preserve"> </w:t>
      </w:r>
      <w:r w:rsidRPr="00116BFD">
        <w:rPr>
          <w:rFonts w:ascii="Kalimati" w:hAnsi="Kalimati"/>
          <w:b/>
          <w:color w:val="222222"/>
          <w:cs/>
          <w:lang w:bidi="hi-IN"/>
        </w:rPr>
        <w:t>गराउने</w:t>
      </w:r>
      <w:r w:rsidRPr="00116BFD">
        <w:rPr>
          <w:rFonts w:ascii="Kalimati" w:hAnsi="Kalimati"/>
          <w:b/>
          <w:color w:val="222222"/>
        </w:rPr>
        <w:t>,</w:t>
      </w:r>
    </w:p>
    <w:p w:rsidR="00116BFD" w:rsidRDefault="00116BFD" w:rsidP="00116BFD">
      <w:pPr>
        <w:spacing w:before="40"/>
        <w:ind w:left="288"/>
        <w:jc w:val="both"/>
        <w:rPr>
          <w:rFonts w:hint="eastAsia"/>
        </w:rPr>
      </w:pPr>
      <w:r w:rsidRPr="00116BFD">
        <w:rPr>
          <w:rFonts w:ascii="Kalimati" w:hAnsi="Kalimati"/>
          <w:b/>
          <w:color w:val="222222"/>
        </w:rPr>
        <w:t xml:space="preserve">17. </w:t>
      </w:r>
      <w:r w:rsidRPr="00116BFD">
        <w:rPr>
          <w:rFonts w:ascii="Kalimati" w:hAnsi="Kalimati"/>
          <w:b/>
          <w:color w:val="222222"/>
          <w:cs/>
          <w:lang w:bidi="hi-IN"/>
        </w:rPr>
        <w:t>गाउँपालिकासँग</w:t>
      </w:r>
      <w:r w:rsidRPr="00116BFD">
        <w:rPr>
          <w:rFonts w:ascii="Kalimati" w:hAnsi="Kalimati"/>
          <w:b/>
          <w:color w:val="222222"/>
        </w:rPr>
        <w:t xml:space="preserve"> </w:t>
      </w:r>
      <w:r w:rsidRPr="00116BFD">
        <w:rPr>
          <w:rFonts w:ascii="Kalimati" w:hAnsi="Kalimati"/>
          <w:b/>
          <w:color w:val="222222"/>
          <w:cs/>
          <w:lang w:bidi="hi-IN"/>
        </w:rPr>
        <w:t>भएको</w:t>
      </w:r>
      <w:r w:rsidRPr="00116BFD">
        <w:rPr>
          <w:rFonts w:ascii="Kalimati" w:hAnsi="Kalimati"/>
          <w:b/>
          <w:color w:val="222222"/>
        </w:rPr>
        <w:t xml:space="preserve"> </w:t>
      </w:r>
      <w:r w:rsidRPr="00116BFD">
        <w:rPr>
          <w:rFonts w:ascii="Kalimati" w:hAnsi="Kalimati"/>
          <w:b/>
          <w:color w:val="222222"/>
          <w:cs/>
          <w:lang w:bidi="hi-IN"/>
        </w:rPr>
        <w:t>समझदारी</w:t>
      </w:r>
      <w:r w:rsidRPr="00116BFD">
        <w:rPr>
          <w:rFonts w:ascii="Kalimati" w:hAnsi="Kalimati"/>
          <w:b/>
          <w:color w:val="222222"/>
        </w:rPr>
        <w:t xml:space="preserve"> </w:t>
      </w:r>
      <w:r w:rsidRPr="00116BFD">
        <w:rPr>
          <w:rFonts w:ascii="Kalimati" w:hAnsi="Kalimati"/>
          <w:b/>
          <w:color w:val="222222"/>
          <w:cs/>
          <w:lang w:bidi="hi-IN"/>
        </w:rPr>
        <w:t>अनुसारका</w:t>
      </w:r>
      <w:r w:rsidRPr="00116BFD">
        <w:rPr>
          <w:rFonts w:ascii="Kalimati" w:hAnsi="Kalimati"/>
          <w:b/>
          <w:color w:val="222222"/>
        </w:rPr>
        <w:t xml:space="preserve"> </w:t>
      </w:r>
      <w:r w:rsidRPr="00116BFD">
        <w:rPr>
          <w:rFonts w:ascii="Kalimati" w:hAnsi="Kalimati"/>
          <w:b/>
          <w:color w:val="222222"/>
          <w:cs/>
          <w:lang w:bidi="hi-IN"/>
        </w:rPr>
        <w:t>विकासात्मक</w:t>
      </w:r>
      <w:r w:rsidRPr="00116BFD">
        <w:rPr>
          <w:rFonts w:ascii="Kalimati" w:hAnsi="Kalimati"/>
          <w:b/>
          <w:color w:val="222222"/>
        </w:rPr>
        <w:t xml:space="preserve"> </w:t>
      </w:r>
      <w:r w:rsidRPr="00116BFD">
        <w:rPr>
          <w:rFonts w:ascii="Kalimati" w:hAnsi="Kalimati"/>
          <w:b/>
          <w:color w:val="222222"/>
          <w:cs/>
          <w:lang w:bidi="hi-IN"/>
        </w:rPr>
        <w:t>सामाजिक</w:t>
      </w:r>
      <w:r w:rsidRPr="00116BFD">
        <w:rPr>
          <w:rFonts w:ascii="Kalimati" w:hAnsi="Kalimati"/>
          <w:b/>
          <w:color w:val="222222"/>
        </w:rPr>
        <w:t xml:space="preserve"> </w:t>
      </w:r>
      <w:r w:rsidRPr="00116BFD">
        <w:rPr>
          <w:rFonts w:ascii="Kalimati" w:hAnsi="Kalimati"/>
          <w:b/>
          <w:color w:val="222222"/>
          <w:cs/>
          <w:lang w:bidi="hi-IN"/>
        </w:rPr>
        <w:t>तथा</w:t>
      </w:r>
      <w:r w:rsidRPr="00116BFD">
        <w:rPr>
          <w:rFonts w:ascii="Kalimati" w:hAnsi="Kalimati"/>
          <w:b/>
          <w:color w:val="222222"/>
        </w:rPr>
        <w:t xml:space="preserve"> </w:t>
      </w:r>
      <w:r w:rsidRPr="00116BFD">
        <w:rPr>
          <w:rFonts w:ascii="Kalimati" w:hAnsi="Kalimati"/>
          <w:b/>
          <w:color w:val="222222"/>
          <w:cs/>
          <w:lang w:bidi="hi-IN"/>
        </w:rPr>
        <w:t>सेवामूलक</w:t>
      </w:r>
      <w:r w:rsidRPr="00116BFD">
        <w:rPr>
          <w:rFonts w:ascii="Kalimati" w:hAnsi="Kalimati"/>
          <w:b/>
          <w:color w:val="222222"/>
        </w:rPr>
        <w:t xml:space="preserve"> </w:t>
      </w:r>
      <w:r w:rsidRPr="00116BFD">
        <w:rPr>
          <w:rFonts w:ascii="Kalimati" w:hAnsi="Kalimati"/>
          <w:b/>
          <w:color w:val="222222"/>
          <w:cs/>
          <w:lang w:bidi="hi-IN"/>
        </w:rPr>
        <w:t>कार्यहरु</w:t>
      </w:r>
      <w:r w:rsidRPr="00116BFD">
        <w:rPr>
          <w:rFonts w:ascii="Kalimati" w:hAnsi="Kalimati"/>
          <w:b/>
          <w:color w:val="222222"/>
        </w:rPr>
        <w:t xml:space="preserve"> </w:t>
      </w:r>
      <w:r w:rsidRPr="00116BFD">
        <w:rPr>
          <w:rFonts w:ascii="Kalimati" w:hAnsi="Kalimati"/>
          <w:b/>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७</w:t>
      </w:r>
      <w:r>
        <w:rPr>
          <w:rFonts w:ascii="Kalimati" w:hAnsi="Kalimati"/>
          <w:b/>
          <w:color w:val="222222"/>
          <w:sz w:val="24"/>
        </w:rPr>
        <w:t xml:space="preserve">. </w:t>
      </w:r>
      <w:r>
        <w:rPr>
          <w:rFonts w:ascii="Kalimati" w:hAnsi="Kalimati"/>
          <w:b/>
          <w:bCs/>
          <w:color w:val="222222"/>
          <w:sz w:val="24"/>
          <w:szCs w:val="24"/>
          <w:cs/>
          <w:lang w:bidi="hi-IN"/>
        </w:rPr>
        <w:t>सदस्यता</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संस्थामा</w:t>
      </w:r>
      <w:r>
        <w:rPr>
          <w:rFonts w:ascii="Kalimati" w:hAnsi="Kalimati"/>
          <w:color w:val="222222"/>
        </w:rPr>
        <w:t xml:space="preserve"> </w:t>
      </w:r>
      <w:r>
        <w:rPr>
          <w:rFonts w:ascii="Kalimati" w:hAnsi="Kalimati"/>
          <w:color w:val="222222"/>
          <w:cs/>
          <w:lang w:bidi="hi-IN"/>
        </w:rPr>
        <w:t>सदस्यता</w:t>
      </w:r>
      <w:r>
        <w:rPr>
          <w:rFonts w:ascii="Kalimati" w:hAnsi="Kalimati"/>
          <w:color w:val="222222"/>
        </w:rPr>
        <w:t xml:space="preserve"> </w:t>
      </w:r>
      <w:r>
        <w:rPr>
          <w:rFonts w:ascii="Kalimati" w:hAnsi="Kalimati"/>
          <w:color w:val="222222"/>
          <w:cs/>
          <w:lang w:bidi="hi-IN"/>
        </w:rPr>
        <w:t>देहाय</w:t>
      </w:r>
      <w:r>
        <w:rPr>
          <w:rFonts w:ascii="Kalimati" w:hAnsi="Kalimati"/>
          <w:color w:val="222222"/>
        </w:rPr>
        <w:t xml:space="preserve"> </w:t>
      </w:r>
      <w:r>
        <w:rPr>
          <w:rFonts w:ascii="Kalimati" w:hAnsi="Kalimati"/>
          <w:color w:val="222222"/>
          <w:cs/>
          <w:lang w:bidi="hi-IN"/>
        </w:rPr>
        <w:t>बमोजिम</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क</w:t>
      </w:r>
      <w:r w:rsidRPr="00116BFD">
        <w:rPr>
          <w:rFonts w:ascii="Kalimati" w:hAnsi="Kalimati"/>
          <w:b/>
          <w:color w:val="222222"/>
        </w:rPr>
        <w:t xml:space="preserve">) </w:t>
      </w:r>
      <w:r w:rsidRPr="00116BFD">
        <w:rPr>
          <w:rFonts w:ascii="Kalimati" w:hAnsi="Kalimati"/>
          <w:b/>
          <w:color w:val="222222"/>
          <w:cs/>
          <w:lang w:bidi="hi-IN"/>
        </w:rPr>
        <w:t>यस</w:t>
      </w:r>
      <w:r w:rsidRPr="00116BFD">
        <w:rPr>
          <w:rFonts w:ascii="Kalimati" w:hAnsi="Kalimati"/>
          <w:b/>
          <w:color w:val="222222"/>
        </w:rPr>
        <w:t xml:space="preserve"> </w:t>
      </w:r>
      <w:r w:rsidRPr="00116BFD">
        <w:rPr>
          <w:rFonts w:ascii="Kalimati" w:hAnsi="Kalimati"/>
          <w:b/>
          <w:color w:val="222222"/>
          <w:cs/>
          <w:lang w:bidi="hi-IN"/>
        </w:rPr>
        <w:t>विधानको</w:t>
      </w:r>
      <w:r w:rsidRPr="00116BFD">
        <w:rPr>
          <w:rFonts w:ascii="Kalimati" w:hAnsi="Kalimati"/>
          <w:b/>
          <w:color w:val="222222"/>
        </w:rPr>
        <w:t xml:space="preserve"> </w:t>
      </w:r>
      <w:r w:rsidRPr="00116BFD">
        <w:rPr>
          <w:rFonts w:ascii="Kalimati" w:hAnsi="Kalimati"/>
          <w:b/>
          <w:color w:val="222222"/>
          <w:cs/>
          <w:lang w:bidi="hi-IN"/>
        </w:rPr>
        <w:t>उद्देश्य</w:t>
      </w:r>
      <w:r w:rsidRPr="00116BFD">
        <w:rPr>
          <w:rFonts w:ascii="Kalimati" w:hAnsi="Kalimati"/>
          <w:b/>
          <w:color w:val="222222"/>
        </w:rPr>
        <w:t xml:space="preserve"> </w:t>
      </w:r>
      <w:r w:rsidRPr="00116BFD">
        <w:rPr>
          <w:rFonts w:ascii="Kalimati" w:hAnsi="Kalimati"/>
          <w:b/>
          <w:color w:val="222222"/>
          <w:cs/>
          <w:lang w:bidi="hi-IN"/>
        </w:rPr>
        <w:t>बमोजिम</w:t>
      </w:r>
      <w:r w:rsidRPr="00116BFD">
        <w:rPr>
          <w:rFonts w:ascii="Kalimati" w:hAnsi="Kalimati"/>
          <w:b/>
          <w:color w:val="222222"/>
        </w:rPr>
        <w:t xml:space="preserve"> </w:t>
      </w:r>
      <w:r w:rsidRPr="00116BFD">
        <w:rPr>
          <w:rFonts w:ascii="Kalimati" w:hAnsi="Kalimati"/>
          <w:b/>
          <w:color w:val="222222"/>
          <w:cs/>
          <w:lang w:bidi="hi-IN"/>
        </w:rPr>
        <w:t>संस्थाप्रति</w:t>
      </w:r>
      <w:r w:rsidRPr="00116BFD">
        <w:rPr>
          <w:rFonts w:ascii="Kalimati" w:hAnsi="Kalimati"/>
          <w:b/>
          <w:color w:val="222222"/>
        </w:rPr>
        <w:t xml:space="preserve"> </w:t>
      </w:r>
      <w:r w:rsidRPr="00116BFD">
        <w:rPr>
          <w:rFonts w:ascii="Kalimati" w:hAnsi="Kalimati"/>
          <w:b/>
          <w:color w:val="222222"/>
          <w:cs/>
          <w:lang w:bidi="hi-IN"/>
        </w:rPr>
        <w:t>श्रद्धा</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निष्ठा</w:t>
      </w:r>
      <w:r w:rsidRPr="00116BFD">
        <w:rPr>
          <w:rFonts w:ascii="Kalimati" w:hAnsi="Kalimati"/>
          <w:b/>
          <w:color w:val="222222"/>
        </w:rPr>
        <w:t xml:space="preserve"> </w:t>
      </w:r>
      <w:r w:rsidRPr="00116BFD">
        <w:rPr>
          <w:rFonts w:ascii="Kalimati" w:hAnsi="Kalimati"/>
          <w:b/>
          <w:color w:val="222222"/>
          <w:cs/>
          <w:lang w:bidi="hi-IN"/>
        </w:rPr>
        <w:t>राखी</w:t>
      </w:r>
      <w:r w:rsidRPr="00116BFD">
        <w:rPr>
          <w:rFonts w:ascii="Kalimati" w:hAnsi="Kalimati"/>
          <w:b/>
          <w:color w:val="222222"/>
        </w:rPr>
        <w:t xml:space="preserve"> </w:t>
      </w:r>
      <w:r w:rsidRPr="00116BFD">
        <w:rPr>
          <w:rFonts w:ascii="Kalimati" w:hAnsi="Kalimati"/>
          <w:b/>
          <w:color w:val="222222"/>
          <w:cs/>
          <w:lang w:bidi="hi-IN"/>
        </w:rPr>
        <w:t>विधानलाई</w:t>
      </w:r>
      <w:r w:rsidRPr="00116BFD">
        <w:rPr>
          <w:rFonts w:ascii="Kalimati" w:hAnsi="Kalimati"/>
          <w:b/>
          <w:color w:val="222222"/>
        </w:rPr>
        <w:t xml:space="preserve"> </w:t>
      </w:r>
      <w:r w:rsidRPr="00116BFD">
        <w:rPr>
          <w:rFonts w:ascii="Kalimati" w:hAnsi="Kalimati"/>
          <w:b/>
          <w:color w:val="222222"/>
          <w:cs/>
          <w:lang w:bidi="hi-IN"/>
        </w:rPr>
        <w:t>स्वीकार</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स्थानीय</w:t>
      </w:r>
      <w:r w:rsidRPr="00116BFD">
        <w:rPr>
          <w:rFonts w:ascii="Kalimati" w:hAnsi="Kalimati"/>
          <w:b/>
          <w:color w:val="222222"/>
        </w:rPr>
        <w:t xml:space="preserve"> </w:t>
      </w:r>
      <w:r w:rsidRPr="00116BFD">
        <w:rPr>
          <w:rFonts w:ascii="Kalimati" w:hAnsi="Kalimati"/>
          <w:b/>
          <w:color w:val="222222"/>
          <w:cs/>
          <w:lang w:bidi="hi-IN"/>
        </w:rPr>
        <w:t>टोलबासी</w:t>
      </w:r>
      <w:r w:rsidRPr="00116BFD">
        <w:rPr>
          <w:rFonts w:ascii="Kalimati" w:hAnsi="Kalimati"/>
          <w:b/>
          <w:color w:val="222222"/>
        </w:rPr>
        <w:t xml:space="preserve"> </w:t>
      </w:r>
      <w:r w:rsidRPr="00116BFD">
        <w:rPr>
          <w:rFonts w:ascii="Kalimati" w:hAnsi="Kalimati"/>
          <w:b/>
          <w:color w:val="222222"/>
          <w:cs/>
          <w:lang w:bidi="hi-IN"/>
        </w:rPr>
        <w:t>यस</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सदस्य</w:t>
      </w:r>
      <w:r w:rsidRPr="00116BFD">
        <w:rPr>
          <w:rFonts w:ascii="Kalimati" w:hAnsi="Kalimati"/>
          <w:b/>
          <w:color w:val="222222"/>
        </w:rPr>
        <w:t xml:space="preserve"> </w:t>
      </w:r>
      <w:r w:rsidRPr="00116BFD">
        <w:rPr>
          <w:rFonts w:ascii="Kalimati" w:hAnsi="Kalimati"/>
          <w:b/>
          <w:color w:val="222222"/>
          <w:cs/>
          <w:lang w:bidi="hi-IN"/>
        </w:rPr>
        <w:t>हुनेछ</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ख</w:t>
      </w:r>
      <w:r w:rsidRPr="00116BFD">
        <w:rPr>
          <w:rFonts w:ascii="Kalimati" w:hAnsi="Kalimati"/>
          <w:b/>
          <w:color w:val="222222"/>
        </w:rPr>
        <w:t xml:space="preserve">) </w:t>
      </w:r>
      <w:r w:rsidRPr="00116BFD">
        <w:rPr>
          <w:rFonts w:ascii="Kalimati" w:hAnsi="Kalimati"/>
          <w:b/>
          <w:color w:val="222222"/>
          <w:cs/>
          <w:lang w:bidi="hi-IN"/>
        </w:rPr>
        <w:t>सदस्यता</w:t>
      </w:r>
      <w:r w:rsidRPr="00116BFD">
        <w:rPr>
          <w:rFonts w:ascii="Kalimati" w:hAnsi="Kalimati"/>
          <w:b/>
          <w:color w:val="222222"/>
        </w:rPr>
        <w:t xml:space="preserve"> </w:t>
      </w:r>
      <w:r w:rsidRPr="00116BFD">
        <w:rPr>
          <w:rFonts w:ascii="Kalimati" w:hAnsi="Kalimati"/>
          <w:b/>
          <w:color w:val="222222"/>
          <w:cs/>
          <w:lang w:bidi="hi-IN"/>
        </w:rPr>
        <w:t>बन्न</w:t>
      </w:r>
      <w:r w:rsidRPr="00116BFD">
        <w:rPr>
          <w:rFonts w:ascii="Kalimati" w:hAnsi="Kalimati"/>
          <w:b/>
          <w:color w:val="222222"/>
        </w:rPr>
        <w:t xml:space="preserve"> </w:t>
      </w:r>
      <w:r w:rsidRPr="00116BFD">
        <w:rPr>
          <w:rFonts w:ascii="Kalimati" w:hAnsi="Kalimati"/>
          <w:b/>
          <w:color w:val="222222"/>
          <w:cs/>
          <w:lang w:bidi="hi-IN"/>
        </w:rPr>
        <w:t>इच्छुक</w:t>
      </w:r>
      <w:r w:rsidRPr="00116BFD">
        <w:rPr>
          <w:rFonts w:ascii="Kalimati" w:hAnsi="Kalimati"/>
          <w:b/>
          <w:color w:val="222222"/>
        </w:rPr>
        <w:t xml:space="preserve"> </w:t>
      </w:r>
      <w:r w:rsidRPr="00116BFD">
        <w:rPr>
          <w:rFonts w:ascii="Kalimati" w:hAnsi="Kalimati"/>
          <w:b/>
          <w:color w:val="222222"/>
          <w:cs/>
          <w:lang w:bidi="hi-IN"/>
        </w:rPr>
        <w:t>नयाँ</w:t>
      </w:r>
      <w:r w:rsidRPr="00116BFD">
        <w:rPr>
          <w:rFonts w:ascii="Kalimati" w:hAnsi="Kalimati"/>
          <w:b/>
          <w:color w:val="222222"/>
        </w:rPr>
        <w:t xml:space="preserve"> </w:t>
      </w:r>
      <w:r w:rsidRPr="00116BFD">
        <w:rPr>
          <w:rFonts w:ascii="Kalimati" w:hAnsi="Kalimati"/>
          <w:b/>
          <w:color w:val="222222"/>
          <w:cs/>
          <w:lang w:bidi="hi-IN"/>
        </w:rPr>
        <w:t>टोलबासीहरुले</w:t>
      </w:r>
      <w:r w:rsidRPr="00116BFD">
        <w:rPr>
          <w:rFonts w:ascii="Kalimati" w:hAnsi="Kalimati"/>
          <w:b/>
          <w:color w:val="222222"/>
        </w:rPr>
        <w:t xml:space="preserve"> </w:t>
      </w:r>
      <w:r w:rsidRPr="00116BFD">
        <w:rPr>
          <w:rFonts w:ascii="Kalimati" w:hAnsi="Kalimati"/>
          <w:b/>
          <w:color w:val="222222"/>
          <w:cs/>
          <w:lang w:bidi="hi-IN"/>
        </w:rPr>
        <w:t>संस्थाले</w:t>
      </w:r>
      <w:r w:rsidRPr="00116BFD">
        <w:rPr>
          <w:rFonts w:ascii="Kalimati" w:hAnsi="Kalimati"/>
          <w:b/>
          <w:color w:val="222222"/>
        </w:rPr>
        <w:t xml:space="preserve"> </w:t>
      </w:r>
      <w:r w:rsidRPr="00116BFD">
        <w:rPr>
          <w:rFonts w:ascii="Kalimati" w:hAnsi="Kalimati"/>
          <w:b/>
          <w:color w:val="222222"/>
          <w:cs/>
          <w:lang w:bidi="hi-IN"/>
        </w:rPr>
        <w:t>तोके</w:t>
      </w:r>
      <w:r w:rsidRPr="00116BFD">
        <w:rPr>
          <w:rFonts w:ascii="Kalimati" w:hAnsi="Kalimati"/>
          <w:b/>
          <w:color w:val="222222"/>
        </w:rPr>
        <w:t xml:space="preserve"> </w:t>
      </w:r>
      <w:r w:rsidRPr="00116BFD">
        <w:rPr>
          <w:rFonts w:ascii="Kalimati" w:hAnsi="Kalimati"/>
          <w:b/>
          <w:color w:val="222222"/>
          <w:cs/>
          <w:lang w:bidi="hi-IN"/>
        </w:rPr>
        <w:t>बमोजिम</w:t>
      </w:r>
      <w:r w:rsidRPr="00116BFD">
        <w:rPr>
          <w:rFonts w:ascii="Kalimati" w:hAnsi="Kalimati"/>
          <w:b/>
          <w:color w:val="222222"/>
        </w:rPr>
        <w:t xml:space="preserve"> </w:t>
      </w:r>
      <w:r w:rsidRPr="00116BFD">
        <w:rPr>
          <w:rFonts w:ascii="Kalimati" w:hAnsi="Kalimati"/>
          <w:b/>
          <w:color w:val="222222"/>
          <w:cs/>
          <w:lang w:bidi="hi-IN"/>
        </w:rPr>
        <w:t>संस्थामा</w:t>
      </w:r>
      <w:r w:rsidRPr="00116BFD">
        <w:rPr>
          <w:rFonts w:ascii="Kalimati" w:hAnsi="Kalimati"/>
          <w:b/>
          <w:color w:val="222222"/>
        </w:rPr>
        <w:t xml:space="preserve"> </w:t>
      </w:r>
      <w:r w:rsidRPr="00116BFD">
        <w:rPr>
          <w:rFonts w:ascii="Kalimati" w:hAnsi="Kalimati"/>
          <w:b/>
          <w:color w:val="222222"/>
          <w:cs/>
          <w:lang w:bidi="hi-IN"/>
        </w:rPr>
        <w:t>दरखास्त</w:t>
      </w:r>
      <w:r w:rsidRPr="00116BFD">
        <w:rPr>
          <w:rFonts w:ascii="Kalimati" w:hAnsi="Kalimati"/>
          <w:b/>
          <w:color w:val="222222"/>
        </w:rPr>
        <w:t xml:space="preserve"> </w:t>
      </w:r>
      <w:r w:rsidRPr="00116BFD">
        <w:rPr>
          <w:rFonts w:ascii="Kalimati" w:hAnsi="Kalimati"/>
          <w:b/>
          <w:color w:val="222222"/>
          <w:cs/>
          <w:lang w:bidi="hi-IN"/>
        </w:rPr>
        <w:t>दिएमा</w:t>
      </w:r>
      <w:r w:rsidRPr="00116BFD">
        <w:rPr>
          <w:rFonts w:ascii="Kalimati" w:hAnsi="Kalimati"/>
          <w:b/>
          <w:color w:val="222222"/>
        </w:rPr>
        <w:t xml:space="preserve"> </w:t>
      </w:r>
      <w:r w:rsidRPr="00116BFD">
        <w:rPr>
          <w:rFonts w:ascii="Kalimati" w:hAnsi="Kalimati"/>
          <w:b/>
          <w:color w:val="222222"/>
          <w:cs/>
          <w:lang w:bidi="hi-IN"/>
        </w:rPr>
        <w:t>सदस्यता</w:t>
      </w:r>
      <w:r w:rsidRPr="00116BFD">
        <w:rPr>
          <w:rFonts w:ascii="Kalimati" w:hAnsi="Kalimati"/>
          <w:b/>
          <w:color w:val="222222"/>
        </w:rPr>
        <w:t xml:space="preserve"> </w:t>
      </w:r>
      <w:r w:rsidRPr="00116BFD">
        <w:rPr>
          <w:rFonts w:ascii="Kalimati" w:hAnsi="Kalimati"/>
          <w:b/>
          <w:color w:val="222222"/>
          <w:cs/>
          <w:lang w:bidi="hi-IN"/>
        </w:rPr>
        <w:t>प्रदान</w:t>
      </w:r>
      <w:r w:rsidRPr="00116BFD">
        <w:rPr>
          <w:rFonts w:ascii="Kalimati" w:hAnsi="Kalimati"/>
          <w:b/>
          <w:color w:val="222222"/>
        </w:rPr>
        <w:t xml:space="preserve"> </w:t>
      </w:r>
      <w:r w:rsidRPr="00116BFD">
        <w:rPr>
          <w:rFonts w:ascii="Kalimati" w:hAnsi="Kalimati"/>
          <w:b/>
          <w:color w:val="222222"/>
          <w:cs/>
          <w:lang w:bidi="hi-IN"/>
        </w:rPr>
        <w:t>गरिनेछ</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ग</w:t>
      </w:r>
      <w:r w:rsidRPr="00116BFD">
        <w:rPr>
          <w:rFonts w:ascii="Kalimati" w:hAnsi="Kalimati"/>
          <w:b/>
          <w:color w:val="222222"/>
        </w:rPr>
        <w:t xml:space="preserve">) </w:t>
      </w:r>
      <w:r w:rsidRPr="00116BFD">
        <w:rPr>
          <w:rFonts w:ascii="Kalimati" w:hAnsi="Kalimati"/>
          <w:b/>
          <w:color w:val="222222"/>
          <w:cs/>
          <w:lang w:bidi="hi-IN"/>
        </w:rPr>
        <w:t>वडा</w:t>
      </w:r>
      <w:r w:rsidRPr="00116BFD">
        <w:rPr>
          <w:rFonts w:ascii="Kalimati" w:hAnsi="Kalimati"/>
          <w:b/>
          <w:color w:val="222222"/>
        </w:rPr>
        <w:t xml:space="preserve"> </w:t>
      </w:r>
      <w:r w:rsidRPr="00116BFD">
        <w:rPr>
          <w:rFonts w:ascii="Kalimati" w:hAnsi="Kalimati"/>
          <w:b/>
          <w:color w:val="222222"/>
          <w:cs/>
          <w:lang w:bidi="hi-IN"/>
        </w:rPr>
        <w:t>समितिले</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सदस्यहुन</w:t>
      </w:r>
      <w:r w:rsidRPr="00116BFD">
        <w:rPr>
          <w:rFonts w:ascii="Kalimati" w:hAnsi="Kalimati"/>
          <w:b/>
          <w:color w:val="222222"/>
        </w:rPr>
        <w:t xml:space="preserve"> </w:t>
      </w:r>
      <w:r w:rsidRPr="00116BFD">
        <w:rPr>
          <w:rFonts w:ascii="Kalimati" w:hAnsi="Kalimati"/>
          <w:b/>
          <w:color w:val="222222"/>
          <w:cs/>
          <w:lang w:bidi="hi-IN"/>
        </w:rPr>
        <w:t>योग्य</w:t>
      </w:r>
      <w:r w:rsidRPr="00116BFD">
        <w:rPr>
          <w:rFonts w:ascii="Kalimati" w:hAnsi="Kalimati"/>
          <w:b/>
          <w:color w:val="222222"/>
        </w:rPr>
        <w:t xml:space="preserve"> </w:t>
      </w:r>
      <w:r w:rsidRPr="00116BFD">
        <w:rPr>
          <w:rFonts w:ascii="Kalimati" w:hAnsi="Kalimati"/>
          <w:b/>
          <w:color w:val="222222"/>
          <w:cs/>
          <w:lang w:bidi="hi-IN"/>
        </w:rPr>
        <w:t>भनी</w:t>
      </w:r>
      <w:r w:rsidRPr="00116BFD">
        <w:rPr>
          <w:rFonts w:ascii="Kalimati" w:hAnsi="Kalimati"/>
          <w:b/>
          <w:color w:val="222222"/>
        </w:rPr>
        <w:t xml:space="preserve"> </w:t>
      </w:r>
      <w:r w:rsidRPr="00116BFD">
        <w:rPr>
          <w:rFonts w:ascii="Kalimati" w:hAnsi="Kalimati"/>
          <w:b/>
          <w:color w:val="222222"/>
          <w:cs/>
          <w:lang w:bidi="hi-IN"/>
        </w:rPr>
        <w:t>ठहर</w:t>
      </w:r>
      <w:r w:rsidRPr="00116BFD">
        <w:rPr>
          <w:rFonts w:ascii="Kalimati" w:hAnsi="Kalimati"/>
          <w:b/>
          <w:color w:val="222222"/>
        </w:rPr>
        <w:t xml:space="preserve"> </w:t>
      </w:r>
      <w:r w:rsidRPr="00116BFD">
        <w:rPr>
          <w:rFonts w:ascii="Kalimati" w:hAnsi="Kalimati"/>
          <w:b/>
          <w:color w:val="222222"/>
          <w:cs/>
          <w:lang w:bidi="hi-IN"/>
        </w:rPr>
        <w:t>गरेको</w:t>
      </w:r>
      <w:r w:rsidRPr="00116BFD">
        <w:rPr>
          <w:rFonts w:ascii="Kalimati" w:hAnsi="Kalimati"/>
          <w:b/>
          <w:color w:val="222222"/>
        </w:rPr>
        <w:t xml:space="preserve"> </w:t>
      </w:r>
      <w:r w:rsidRPr="00116BFD">
        <w:rPr>
          <w:rFonts w:ascii="Kalimati" w:hAnsi="Kalimati"/>
          <w:b/>
          <w:color w:val="222222"/>
          <w:cs/>
          <w:lang w:bidi="hi-IN"/>
        </w:rPr>
        <w:t>अन्य</w:t>
      </w:r>
      <w:r w:rsidRPr="00116BFD">
        <w:rPr>
          <w:rFonts w:ascii="Kalimati" w:hAnsi="Kalimati"/>
          <w:b/>
          <w:color w:val="222222"/>
        </w:rPr>
        <w:t xml:space="preserve"> </w:t>
      </w:r>
      <w:r w:rsidRPr="00116BFD">
        <w:rPr>
          <w:rFonts w:ascii="Kalimati" w:hAnsi="Kalimati"/>
          <w:b/>
          <w:color w:val="222222"/>
          <w:cs/>
          <w:lang w:bidi="hi-IN"/>
        </w:rPr>
        <w:t>व्यक्ति</w:t>
      </w:r>
      <w:r w:rsidRPr="00116BFD">
        <w:rPr>
          <w:rFonts w:ascii="Kalimati" w:hAnsi="Kalimati"/>
          <w:b/>
          <w:color w:val="222222"/>
        </w:rPr>
        <w:t xml:space="preserve"> </w:t>
      </w:r>
      <w:r w:rsidRPr="00116BFD">
        <w:rPr>
          <w:rFonts w:ascii="Kalimati" w:hAnsi="Kalimati"/>
          <w:b/>
          <w:color w:val="222222"/>
          <w:cs/>
          <w:lang w:bidi="hi-IN"/>
        </w:rPr>
        <w:t>।</w:t>
      </w:r>
    </w:p>
    <w:p w:rsidR="00116BFD" w:rsidRDefault="00116BFD" w:rsidP="00116BFD">
      <w:pPr>
        <w:spacing w:before="200"/>
        <w:rPr>
          <w:rFonts w:ascii="Kalimati" w:hAnsi="Kalimati"/>
          <w:b/>
          <w:bCs/>
          <w:color w:val="222222"/>
          <w:sz w:val="24"/>
          <w:szCs w:val="24"/>
          <w:lang w:bidi="hi-IN"/>
        </w:rPr>
      </w:pPr>
    </w:p>
    <w:p w:rsidR="00116BFD" w:rsidRDefault="00116BFD" w:rsidP="00116BFD">
      <w:pPr>
        <w:spacing w:before="200"/>
        <w:rPr>
          <w:rFonts w:hint="eastAsia"/>
        </w:rPr>
      </w:pPr>
      <w:r>
        <w:rPr>
          <w:rFonts w:ascii="Kalimati" w:hAnsi="Kalimati"/>
          <w:b/>
          <w:bCs/>
          <w:color w:val="222222"/>
          <w:sz w:val="24"/>
          <w:szCs w:val="24"/>
          <w:cs/>
          <w:lang w:bidi="hi-IN"/>
        </w:rPr>
        <w:lastRenderedPageBreak/>
        <w:t>८</w:t>
      </w:r>
      <w:r>
        <w:rPr>
          <w:rFonts w:ascii="Kalimati" w:hAnsi="Kalimati"/>
          <w:b/>
          <w:color w:val="222222"/>
          <w:sz w:val="24"/>
        </w:rPr>
        <w:t xml:space="preserve">. </w:t>
      </w:r>
      <w:r>
        <w:rPr>
          <w:rFonts w:ascii="Kalimati" w:hAnsi="Kalimati"/>
          <w:b/>
          <w:bCs/>
          <w:color w:val="222222"/>
          <w:sz w:val="24"/>
          <w:szCs w:val="24"/>
          <w:cs/>
          <w:lang w:bidi="hi-IN"/>
        </w:rPr>
        <w:t>सदस्यता</w:t>
      </w:r>
      <w:r>
        <w:rPr>
          <w:rFonts w:ascii="Kalimati" w:hAnsi="Kalimati"/>
          <w:b/>
          <w:color w:val="222222"/>
          <w:sz w:val="24"/>
        </w:rPr>
        <w:t xml:space="preserve"> </w:t>
      </w:r>
      <w:r>
        <w:rPr>
          <w:rFonts w:ascii="Kalimati" w:hAnsi="Kalimati"/>
          <w:b/>
          <w:bCs/>
          <w:color w:val="222222"/>
          <w:sz w:val="24"/>
          <w:szCs w:val="24"/>
          <w:cs/>
          <w:lang w:bidi="hi-IN"/>
        </w:rPr>
        <w:t>नरहने</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देहायको</w:t>
      </w:r>
      <w:r>
        <w:rPr>
          <w:rFonts w:ascii="Kalimati" w:hAnsi="Kalimati"/>
          <w:color w:val="222222"/>
        </w:rPr>
        <w:t xml:space="preserve"> </w:t>
      </w:r>
      <w:r>
        <w:rPr>
          <w:rFonts w:ascii="Kalimati" w:hAnsi="Kalimati"/>
          <w:color w:val="222222"/>
          <w:cs/>
          <w:lang w:bidi="hi-IN"/>
        </w:rPr>
        <w:t>अवस्थामा</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सदस्य</w:t>
      </w:r>
      <w:r>
        <w:rPr>
          <w:rFonts w:ascii="Kalimati" w:hAnsi="Kalimati"/>
          <w:color w:val="222222"/>
        </w:rPr>
        <w:t xml:space="preserve"> </w:t>
      </w:r>
      <w:r>
        <w:rPr>
          <w:rFonts w:ascii="Kalimati" w:hAnsi="Kalimati"/>
          <w:color w:val="222222"/>
          <w:cs/>
          <w:lang w:bidi="hi-IN"/>
        </w:rPr>
        <w:t>रहने</w:t>
      </w:r>
      <w:r>
        <w:rPr>
          <w:rFonts w:ascii="Kalimati" w:hAnsi="Kalimati"/>
          <w:color w:val="222222"/>
        </w:rPr>
        <w:t xml:space="preserve"> </w:t>
      </w:r>
      <w:r>
        <w:rPr>
          <w:rFonts w:ascii="Kalimati" w:hAnsi="Kalimati"/>
          <w:color w:val="222222"/>
          <w:cs/>
          <w:lang w:bidi="hi-IN"/>
        </w:rPr>
        <w:t>छैन</w:t>
      </w:r>
      <w:r>
        <w:rPr>
          <w:rFonts w:ascii="Kalimati" w:hAnsi="Kalimati"/>
          <w:color w:val="222222"/>
        </w:rPr>
        <w:t xml:space="preserve"> :</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क</w:t>
      </w:r>
      <w:r w:rsidRPr="00116BFD">
        <w:rPr>
          <w:rFonts w:ascii="Kalimati" w:hAnsi="Kalimati"/>
          <w:b/>
          <w:color w:val="222222"/>
        </w:rPr>
        <w:t xml:space="preserve">) </w:t>
      </w:r>
      <w:r w:rsidRPr="00116BFD">
        <w:rPr>
          <w:rFonts w:ascii="Kalimati" w:hAnsi="Kalimati"/>
          <w:b/>
          <w:color w:val="222222"/>
          <w:cs/>
          <w:lang w:bidi="hi-IN"/>
        </w:rPr>
        <w:t>सदस्यको</w:t>
      </w:r>
      <w:r w:rsidRPr="00116BFD">
        <w:rPr>
          <w:rFonts w:ascii="Kalimati" w:hAnsi="Kalimati"/>
          <w:b/>
          <w:color w:val="222222"/>
        </w:rPr>
        <w:t xml:space="preserve"> </w:t>
      </w:r>
      <w:r w:rsidRPr="00116BFD">
        <w:rPr>
          <w:rFonts w:ascii="Kalimati" w:hAnsi="Kalimati"/>
          <w:b/>
          <w:color w:val="222222"/>
          <w:cs/>
          <w:lang w:bidi="hi-IN"/>
        </w:rPr>
        <w:t>मृत्यु</w:t>
      </w:r>
      <w:r w:rsidRPr="00116BFD">
        <w:rPr>
          <w:rFonts w:ascii="Kalimati" w:hAnsi="Kalimati"/>
          <w:b/>
          <w:color w:val="222222"/>
        </w:rPr>
        <w:t xml:space="preserve"> </w:t>
      </w:r>
      <w:r w:rsidRPr="00116BFD">
        <w:rPr>
          <w:rFonts w:ascii="Kalimati" w:hAnsi="Kalimati"/>
          <w:b/>
          <w:color w:val="222222"/>
          <w:cs/>
          <w:lang w:bidi="hi-IN"/>
        </w:rPr>
        <w:t>भएमा</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ख</w:t>
      </w:r>
      <w:r w:rsidRPr="00116BFD">
        <w:rPr>
          <w:rFonts w:ascii="Kalimati" w:hAnsi="Kalimati"/>
          <w:b/>
          <w:color w:val="222222"/>
        </w:rPr>
        <w:t xml:space="preserve">) </w:t>
      </w:r>
      <w:r w:rsidRPr="00116BFD">
        <w:rPr>
          <w:rFonts w:ascii="Kalimati" w:hAnsi="Kalimati"/>
          <w:b/>
          <w:color w:val="222222"/>
          <w:cs/>
          <w:lang w:bidi="hi-IN"/>
        </w:rPr>
        <w:t>सदस्यले</w:t>
      </w:r>
      <w:r w:rsidRPr="00116BFD">
        <w:rPr>
          <w:rFonts w:ascii="Kalimati" w:hAnsi="Kalimati"/>
          <w:b/>
          <w:color w:val="222222"/>
        </w:rPr>
        <w:t xml:space="preserve"> </w:t>
      </w:r>
      <w:r w:rsidRPr="00116BFD">
        <w:rPr>
          <w:rFonts w:ascii="Kalimati" w:hAnsi="Kalimati"/>
          <w:b/>
          <w:color w:val="222222"/>
          <w:cs/>
          <w:lang w:bidi="hi-IN"/>
        </w:rPr>
        <w:t>दिएको</w:t>
      </w:r>
      <w:r w:rsidRPr="00116BFD">
        <w:rPr>
          <w:rFonts w:ascii="Kalimati" w:hAnsi="Kalimati"/>
          <w:b/>
          <w:color w:val="222222"/>
        </w:rPr>
        <w:t xml:space="preserve"> </w:t>
      </w:r>
      <w:r w:rsidRPr="00116BFD">
        <w:rPr>
          <w:rFonts w:ascii="Kalimati" w:hAnsi="Kalimati"/>
          <w:b/>
          <w:color w:val="222222"/>
          <w:cs/>
          <w:lang w:bidi="hi-IN"/>
        </w:rPr>
        <w:t>सदस्यता</w:t>
      </w:r>
      <w:r w:rsidRPr="00116BFD">
        <w:rPr>
          <w:rFonts w:ascii="Kalimati" w:hAnsi="Kalimati"/>
          <w:b/>
          <w:color w:val="222222"/>
        </w:rPr>
        <w:t xml:space="preserve"> </w:t>
      </w:r>
      <w:r w:rsidRPr="00116BFD">
        <w:rPr>
          <w:rFonts w:ascii="Kalimati" w:hAnsi="Kalimati"/>
          <w:b/>
          <w:color w:val="222222"/>
          <w:cs/>
          <w:lang w:bidi="hi-IN"/>
        </w:rPr>
        <w:t>परित्यागको</w:t>
      </w:r>
      <w:r w:rsidRPr="00116BFD">
        <w:rPr>
          <w:rFonts w:ascii="Kalimati" w:hAnsi="Kalimati"/>
          <w:b/>
          <w:color w:val="222222"/>
        </w:rPr>
        <w:t xml:space="preserve"> </w:t>
      </w:r>
      <w:r w:rsidRPr="00116BFD">
        <w:rPr>
          <w:rFonts w:ascii="Kalimati" w:hAnsi="Kalimati"/>
          <w:b/>
          <w:color w:val="222222"/>
          <w:cs/>
          <w:lang w:bidi="hi-IN"/>
        </w:rPr>
        <w:t>लिखित</w:t>
      </w:r>
      <w:r w:rsidRPr="00116BFD">
        <w:rPr>
          <w:rFonts w:ascii="Kalimati" w:hAnsi="Kalimati"/>
          <w:b/>
          <w:color w:val="222222"/>
        </w:rPr>
        <w:t xml:space="preserve"> </w:t>
      </w:r>
      <w:r w:rsidRPr="00116BFD">
        <w:rPr>
          <w:rFonts w:ascii="Kalimati" w:hAnsi="Kalimati"/>
          <w:b/>
          <w:color w:val="222222"/>
          <w:cs/>
          <w:lang w:bidi="hi-IN"/>
        </w:rPr>
        <w:t>निवेदन</w:t>
      </w:r>
      <w:r w:rsidRPr="00116BFD">
        <w:rPr>
          <w:rFonts w:ascii="Kalimati" w:hAnsi="Kalimati"/>
          <w:b/>
          <w:color w:val="222222"/>
        </w:rPr>
        <w:t xml:space="preserve"> </w:t>
      </w:r>
      <w:r w:rsidRPr="00116BFD">
        <w:rPr>
          <w:rFonts w:ascii="Kalimati" w:hAnsi="Kalimati"/>
          <w:b/>
          <w:color w:val="222222"/>
          <w:cs/>
          <w:lang w:bidi="hi-IN"/>
        </w:rPr>
        <w:t>संस्थाले</w:t>
      </w:r>
      <w:r w:rsidRPr="00116BFD">
        <w:rPr>
          <w:rFonts w:ascii="Kalimati" w:hAnsi="Kalimati"/>
          <w:b/>
          <w:color w:val="222222"/>
        </w:rPr>
        <w:t xml:space="preserve"> </w:t>
      </w:r>
      <w:r w:rsidRPr="00116BFD">
        <w:rPr>
          <w:rFonts w:ascii="Kalimati" w:hAnsi="Kalimati"/>
          <w:b/>
          <w:color w:val="222222"/>
          <w:cs/>
          <w:lang w:bidi="hi-IN"/>
        </w:rPr>
        <w:t>स्वीकृत</w:t>
      </w:r>
      <w:r w:rsidRPr="00116BFD">
        <w:rPr>
          <w:rFonts w:ascii="Kalimati" w:hAnsi="Kalimati"/>
          <w:b/>
          <w:color w:val="222222"/>
        </w:rPr>
        <w:t xml:space="preserve"> </w:t>
      </w:r>
      <w:r w:rsidRPr="00116BFD">
        <w:rPr>
          <w:rFonts w:ascii="Kalimati" w:hAnsi="Kalimati"/>
          <w:b/>
          <w:color w:val="222222"/>
          <w:cs/>
          <w:lang w:bidi="hi-IN"/>
        </w:rPr>
        <w:t>गरेमा</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ग</w:t>
      </w:r>
      <w:r w:rsidRPr="00116BFD">
        <w:rPr>
          <w:rFonts w:ascii="Kalimati" w:hAnsi="Kalimati"/>
          <w:b/>
          <w:color w:val="222222"/>
        </w:rPr>
        <w:t xml:space="preserve">) </w:t>
      </w:r>
      <w:r w:rsidRPr="00116BFD">
        <w:rPr>
          <w:rFonts w:ascii="Kalimati" w:hAnsi="Kalimati"/>
          <w:b/>
          <w:color w:val="222222"/>
          <w:cs/>
          <w:lang w:bidi="hi-IN"/>
        </w:rPr>
        <w:t>सदस्यता</w:t>
      </w:r>
      <w:r w:rsidRPr="00116BFD">
        <w:rPr>
          <w:rFonts w:ascii="Kalimati" w:hAnsi="Kalimati"/>
          <w:b/>
          <w:color w:val="222222"/>
        </w:rPr>
        <w:t xml:space="preserve"> </w:t>
      </w:r>
      <w:r w:rsidRPr="00116BFD">
        <w:rPr>
          <w:rFonts w:ascii="Kalimati" w:hAnsi="Kalimati"/>
          <w:b/>
          <w:color w:val="222222"/>
          <w:cs/>
          <w:lang w:bidi="hi-IN"/>
        </w:rPr>
        <w:t>शुल्क</w:t>
      </w:r>
      <w:r w:rsidRPr="00116BFD">
        <w:rPr>
          <w:rFonts w:ascii="Kalimati" w:hAnsi="Kalimati"/>
          <w:b/>
          <w:color w:val="222222"/>
        </w:rPr>
        <w:t xml:space="preserve"> </w:t>
      </w:r>
      <w:r w:rsidRPr="00116BFD">
        <w:rPr>
          <w:rFonts w:ascii="Kalimati" w:hAnsi="Kalimati"/>
          <w:b/>
          <w:color w:val="222222"/>
          <w:cs/>
          <w:lang w:bidi="hi-IN"/>
        </w:rPr>
        <w:t>नतिरेको</w:t>
      </w:r>
      <w:r w:rsidRPr="00116BFD">
        <w:rPr>
          <w:rFonts w:ascii="Kalimati" w:hAnsi="Kalimati"/>
          <w:b/>
          <w:color w:val="222222"/>
        </w:rPr>
        <w:t xml:space="preserve"> </w:t>
      </w:r>
      <w:r w:rsidRPr="00116BFD">
        <w:rPr>
          <w:rFonts w:ascii="Kalimati" w:hAnsi="Kalimati"/>
          <w:b/>
          <w:color w:val="222222"/>
          <w:cs/>
          <w:lang w:bidi="hi-IN"/>
        </w:rPr>
        <w:t>वा</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निर्णय</w:t>
      </w:r>
      <w:r w:rsidRPr="00116BFD">
        <w:rPr>
          <w:rFonts w:ascii="Kalimati" w:hAnsi="Kalimati"/>
          <w:b/>
          <w:color w:val="222222"/>
        </w:rPr>
        <w:t xml:space="preserve"> </w:t>
      </w:r>
      <w:r w:rsidRPr="00116BFD">
        <w:rPr>
          <w:rFonts w:ascii="Kalimati" w:hAnsi="Kalimati"/>
          <w:b/>
          <w:color w:val="222222"/>
          <w:cs/>
          <w:lang w:bidi="hi-IN"/>
        </w:rPr>
        <w:t>पालन</w:t>
      </w:r>
      <w:r w:rsidRPr="00116BFD">
        <w:rPr>
          <w:rFonts w:ascii="Kalimati" w:hAnsi="Kalimati"/>
          <w:b/>
          <w:color w:val="222222"/>
        </w:rPr>
        <w:t xml:space="preserve"> </w:t>
      </w:r>
      <w:r w:rsidRPr="00116BFD">
        <w:rPr>
          <w:rFonts w:ascii="Kalimati" w:hAnsi="Kalimati"/>
          <w:b/>
          <w:color w:val="222222"/>
          <w:cs/>
          <w:lang w:bidi="hi-IN"/>
        </w:rPr>
        <w:t>नगरेमा</w:t>
      </w:r>
      <w:r w:rsidRPr="00116BFD">
        <w:rPr>
          <w:rFonts w:ascii="Kalimati" w:hAnsi="Kalimati"/>
          <w:b/>
          <w:color w:val="222222"/>
        </w:rPr>
        <w:t xml:space="preserve"> </w:t>
      </w:r>
      <w:r w:rsidRPr="00116BFD">
        <w:rPr>
          <w:rFonts w:ascii="Kalimati" w:hAnsi="Kalimati"/>
          <w:b/>
          <w:color w:val="222222"/>
          <w:cs/>
          <w:lang w:bidi="hi-IN"/>
        </w:rPr>
        <w:t>संस्थाले</w:t>
      </w:r>
      <w:r w:rsidRPr="00116BFD">
        <w:rPr>
          <w:rFonts w:ascii="Kalimati" w:hAnsi="Kalimati"/>
          <w:b/>
          <w:color w:val="222222"/>
        </w:rPr>
        <w:t xml:space="preserve"> </w:t>
      </w:r>
      <w:r w:rsidRPr="00116BFD">
        <w:rPr>
          <w:rFonts w:ascii="Kalimati" w:hAnsi="Kalimati"/>
          <w:b/>
          <w:color w:val="222222"/>
          <w:cs/>
          <w:lang w:bidi="hi-IN"/>
        </w:rPr>
        <w:t>निर्णय</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सम्पूर्ण</w:t>
      </w:r>
      <w:r w:rsidRPr="00116BFD">
        <w:rPr>
          <w:rFonts w:ascii="Kalimati" w:hAnsi="Kalimati"/>
          <w:b/>
          <w:color w:val="222222"/>
        </w:rPr>
        <w:t xml:space="preserve"> </w:t>
      </w:r>
      <w:r w:rsidRPr="00116BFD">
        <w:rPr>
          <w:rFonts w:ascii="Kalimati" w:hAnsi="Kalimati"/>
          <w:b/>
          <w:color w:val="222222"/>
          <w:cs/>
          <w:lang w:bidi="hi-IN"/>
        </w:rPr>
        <w:t>सदस्यलाई</w:t>
      </w:r>
      <w:r w:rsidRPr="00116BFD">
        <w:rPr>
          <w:rFonts w:ascii="Kalimati" w:hAnsi="Kalimati"/>
          <w:b/>
          <w:color w:val="222222"/>
        </w:rPr>
        <w:t xml:space="preserve"> </w:t>
      </w:r>
      <w:r w:rsidRPr="00116BFD">
        <w:rPr>
          <w:rFonts w:ascii="Kalimati" w:hAnsi="Kalimati"/>
          <w:b/>
          <w:color w:val="222222"/>
          <w:cs/>
          <w:lang w:bidi="hi-IN"/>
        </w:rPr>
        <w:t>जानकारी</w:t>
      </w:r>
      <w:r w:rsidRPr="00116BFD">
        <w:rPr>
          <w:rFonts w:ascii="Kalimati" w:hAnsi="Kalimati"/>
          <w:b/>
          <w:color w:val="222222"/>
        </w:rPr>
        <w:t xml:space="preserve"> </w:t>
      </w:r>
      <w:r w:rsidRPr="00116BFD">
        <w:rPr>
          <w:rFonts w:ascii="Kalimati" w:hAnsi="Kalimati"/>
          <w:b/>
          <w:color w:val="222222"/>
          <w:cs/>
          <w:lang w:bidi="hi-IN"/>
        </w:rPr>
        <w:t>गराई</w:t>
      </w:r>
      <w:r w:rsidRPr="00116BFD">
        <w:rPr>
          <w:rFonts w:ascii="Kalimati" w:hAnsi="Kalimati"/>
          <w:b/>
          <w:color w:val="222222"/>
        </w:rPr>
        <w:t xml:space="preserve">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सदस्यबाट</w:t>
      </w:r>
      <w:r w:rsidRPr="00116BFD">
        <w:rPr>
          <w:rFonts w:ascii="Kalimati" w:hAnsi="Kalimati"/>
          <w:b/>
          <w:color w:val="222222"/>
        </w:rPr>
        <w:t xml:space="preserve"> </w:t>
      </w:r>
      <w:r w:rsidRPr="00116BFD">
        <w:rPr>
          <w:rFonts w:ascii="Kalimati" w:hAnsi="Kalimati"/>
          <w:b/>
          <w:color w:val="222222"/>
          <w:cs/>
          <w:lang w:bidi="hi-IN"/>
        </w:rPr>
        <w:t>हटाएमा</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घ</w:t>
      </w:r>
      <w:r w:rsidRPr="00116BFD">
        <w:rPr>
          <w:rFonts w:ascii="Kalimati" w:hAnsi="Kalimati"/>
          <w:b/>
          <w:color w:val="222222"/>
        </w:rPr>
        <w:t xml:space="preserve">) </w:t>
      </w:r>
      <w:r w:rsidRPr="00116BFD">
        <w:rPr>
          <w:rFonts w:ascii="Kalimati" w:hAnsi="Kalimati"/>
          <w:b/>
          <w:color w:val="222222"/>
          <w:cs/>
          <w:lang w:bidi="hi-IN"/>
        </w:rPr>
        <w:t>संस्थालाई</w:t>
      </w:r>
      <w:r w:rsidRPr="00116BFD">
        <w:rPr>
          <w:rFonts w:ascii="Kalimati" w:hAnsi="Kalimati"/>
          <w:b/>
          <w:color w:val="222222"/>
        </w:rPr>
        <w:t xml:space="preserve"> </w:t>
      </w:r>
      <w:r w:rsidRPr="00116BFD">
        <w:rPr>
          <w:rFonts w:ascii="Kalimati" w:hAnsi="Kalimati"/>
          <w:b/>
          <w:color w:val="222222"/>
          <w:cs/>
          <w:lang w:bidi="hi-IN"/>
        </w:rPr>
        <w:t>हानि</w:t>
      </w:r>
      <w:r w:rsidRPr="00116BFD">
        <w:rPr>
          <w:rFonts w:ascii="Kalimati" w:hAnsi="Kalimati"/>
          <w:b/>
          <w:color w:val="222222"/>
        </w:rPr>
        <w:t xml:space="preserve"> </w:t>
      </w:r>
      <w:r w:rsidRPr="00116BFD">
        <w:rPr>
          <w:rFonts w:ascii="Kalimati" w:hAnsi="Kalimati"/>
          <w:b/>
          <w:color w:val="222222"/>
          <w:cs/>
          <w:lang w:bidi="hi-IN"/>
        </w:rPr>
        <w:t>नोक्सानी</w:t>
      </w:r>
      <w:r w:rsidRPr="00116BFD">
        <w:rPr>
          <w:rFonts w:ascii="Kalimati" w:hAnsi="Kalimati"/>
          <w:b/>
          <w:color w:val="222222"/>
        </w:rPr>
        <w:t xml:space="preserve"> </w:t>
      </w:r>
      <w:r w:rsidRPr="00116BFD">
        <w:rPr>
          <w:rFonts w:ascii="Kalimati" w:hAnsi="Kalimati"/>
          <w:b/>
          <w:color w:val="222222"/>
          <w:cs/>
          <w:lang w:bidi="hi-IN"/>
        </w:rPr>
        <w:t>हुने</w:t>
      </w:r>
      <w:r w:rsidRPr="00116BFD">
        <w:rPr>
          <w:rFonts w:ascii="Kalimati" w:hAnsi="Kalimati"/>
          <w:b/>
          <w:color w:val="222222"/>
        </w:rPr>
        <w:t xml:space="preserve"> </w:t>
      </w:r>
      <w:r w:rsidRPr="00116BFD">
        <w:rPr>
          <w:rFonts w:ascii="Kalimati" w:hAnsi="Kalimati"/>
          <w:b/>
          <w:color w:val="222222"/>
          <w:cs/>
          <w:lang w:bidi="hi-IN"/>
        </w:rPr>
        <w:t>कार्य</w:t>
      </w:r>
      <w:r w:rsidRPr="00116BFD">
        <w:rPr>
          <w:rFonts w:ascii="Kalimati" w:hAnsi="Kalimati"/>
          <w:b/>
          <w:color w:val="222222"/>
        </w:rPr>
        <w:t xml:space="preserve"> </w:t>
      </w:r>
      <w:r w:rsidRPr="00116BFD">
        <w:rPr>
          <w:rFonts w:ascii="Kalimati" w:hAnsi="Kalimati"/>
          <w:b/>
          <w:color w:val="222222"/>
          <w:cs/>
          <w:lang w:bidi="hi-IN"/>
        </w:rPr>
        <w:t>गरेमा</w:t>
      </w:r>
      <w:r w:rsidRPr="00116BFD">
        <w:rPr>
          <w:rFonts w:ascii="Kalimati" w:hAnsi="Kalimati"/>
          <w:b/>
          <w:color w:val="222222"/>
        </w:rPr>
        <w:t xml:space="preserve"> </w:t>
      </w:r>
      <w:r w:rsidRPr="00116BFD">
        <w:rPr>
          <w:rFonts w:ascii="Kalimati" w:hAnsi="Kalimati"/>
          <w:b/>
          <w:color w:val="222222"/>
          <w:cs/>
          <w:lang w:bidi="hi-IN"/>
        </w:rPr>
        <w:t>वा</w:t>
      </w:r>
      <w:r w:rsidRPr="00116BFD">
        <w:rPr>
          <w:rFonts w:ascii="Kalimati" w:hAnsi="Kalimati"/>
          <w:b/>
          <w:color w:val="222222"/>
        </w:rPr>
        <w:t xml:space="preserve"> </w:t>
      </w:r>
      <w:r w:rsidRPr="00116BFD">
        <w:rPr>
          <w:rFonts w:ascii="Kalimati" w:hAnsi="Kalimati"/>
          <w:b/>
          <w:color w:val="222222"/>
          <w:cs/>
          <w:lang w:bidi="hi-IN"/>
        </w:rPr>
        <w:t>नैतिक</w:t>
      </w:r>
      <w:r w:rsidRPr="00116BFD">
        <w:rPr>
          <w:rFonts w:ascii="Kalimati" w:hAnsi="Kalimati"/>
          <w:b/>
          <w:color w:val="222222"/>
        </w:rPr>
        <w:t xml:space="preserve"> </w:t>
      </w:r>
      <w:r w:rsidRPr="00116BFD">
        <w:rPr>
          <w:rFonts w:ascii="Kalimati" w:hAnsi="Kalimati"/>
          <w:b/>
          <w:color w:val="222222"/>
          <w:cs/>
          <w:lang w:bidi="hi-IN"/>
        </w:rPr>
        <w:t>पतन</w:t>
      </w:r>
      <w:r w:rsidRPr="00116BFD">
        <w:rPr>
          <w:rFonts w:ascii="Kalimati" w:hAnsi="Kalimati"/>
          <w:b/>
          <w:color w:val="222222"/>
        </w:rPr>
        <w:t xml:space="preserve">, </w:t>
      </w:r>
      <w:r w:rsidRPr="00116BFD">
        <w:rPr>
          <w:rFonts w:ascii="Kalimati" w:hAnsi="Kalimati"/>
          <w:b/>
          <w:color w:val="222222"/>
          <w:cs/>
          <w:lang w:bidi="hi-IN"/>
        </w:rPr>
        <w:t>आर्थिक</w:t>
      </w:r>
      <w:r w:rsidRPr="00116BFD">
        <w:rPr>
          <w:rFonts w:ascii="Kalimati" w:hAnsi="Kalimati"/>
          <w:b/>
          <w:color w:val="222222"/>
        </w:rPr>
        <w:t xml:space="preserve"> </w:t>
      </w:r>
      <w:r w:rsidRPr="00116BFD">
        <w:rPr>
          <w:rFonts w:ascii="Kalimati" w:hAnsi="Kalimati"/>
          <w:b/>
          <w:color w:val="222222"/>
          <w:cs/>
          <w:lang w:bidi="hi-IN"/>
        </w:rPr>
        <w:t>अनियमितता</w:t>
      </w:r>
      <w:r w:rsidRPr="00116BFD">
        <w:rPr>
          <w:rFonts w:ascii="Kalimati" w:hAnsi="Kalimati"/>
          <w:b/>
          <w:color w:val="222222"/>
        </w:rPr>
        <w:t xml:space="preserve"> </w:t>
      </w:r>
      <w:r w:rsidRPr="00116BFD">
        <w:rPr>
          <w:rFonts w:ascii="Kalimati" w:hAnsi="Kalimati"/>
          <w:b/>
          <w:color w:val="222222"/>
          <w:cs/>
          <w:lang w:bidi="hi-IN"/>
        </w:rPr>
        <w:t>वा</w:t>
      </w:r>
      <w:r w:rsidRPr="00116BFD">
        <w:rPr>
          <w:rFonts w:ascii="Kalimati" w:hAnsi="Kalimati"/>
          <w:b/>
          <w:color w:val="222222"/>
        </w:rPr>
        <w:t xml:space="preserve"> </w:t>
      </w:r>
      <w:r w:rsidRPr="00116BFD">
        <w:rPr>
          <w:rFonts w:ascii="Kalimati" w:hAnsi="Kalimati"/>
          <w:b/>
          <w:color w:val="222222"/>
          <w:cs/>
          <w:lang w:bidi="hi-IN"/>
        </w:rPr>
        <w:t>भ्रष्टाचार</w:t>
      </w:r>
      <w:r w:rsidRPr="00116BFD">
        <w:rPr>
          <w:rFonts w:ascii="Kalimati" w:hAnsi="Kalimati"/>
          <w:b/>
          <w:color w:val="222222"/>
        </w:rPr>
        <w:t xml:space="preserve"> </w:t>
      </w:r>
      <w:r w:rsidRPr="00116BFD">
        <w:rPr>
          <w:rFonts w:ascii="Kalimati" w:hAnsi="Kalimati"/>
          <w:b/>
          <w:color w:val="222222"/>
          <w:cs/>
          <w:lang w:bidi="hi-IN"/>
        </w:rPr>
        <w:t>गरेको</w:t>
      </w:r>
      <w:r w:rsidRPr="00116BFD">
        <w:rPr>
          <w:rFonts w:ascii="Kalimati" w:hAnsi="Kalimati"/>
          <w:b/>
          <w:color w:val="222222"/>
        </w:rPr>
        <w:t xml:space="preserve"> </w:t>
      </w:r>
      <w:r w:rsidRPr="00116BFD">
        <w:rPr>
          <w:rFonts w:ascii="Kalimati" w:hAnsi="Kalimati"/>
          <w:b/>
          <w:color w:val="222222"/>
          <w:cs/>
          <w:lang w:bidi="hi-IN"/>
        </w:rPr>
        <w:t>अभियोग</w:t>
      </w:r>
      <w:r w:rsidRPr="00116BFD">
        <w:rPr>
          <w:rFonts w:ascii="Kalimati" w:hAnsi="Kalimati"/>
          <w:b/>
          <w:color w:val="222222"/>
        </w:rPr>
        <w:t xml:space="preserve"> </w:t>
      </w:r>
      <w:r w:rsidRPr="00116BFD">
        <w:rPr>
          <w:rFonts w:ascii="Kalimati" w:hAnsi="Kalimati"/>
          <w:b/>
          <w:color w:val="222222"/>
          <w:cs/>
          <w:lang w:bidi="hi-IN"/>
        </w:rPr>
        <w:t>प्रमाणित</w:t>
      </w:r>
      <w:r w:rsidRPr="00116BFD">
        <w:rPr>
          <w:rFonts w:ascii="Kalimati" w:hAnsi="Kalimati"/>
          <w:b/>
          <w:color w:val="222222"/>
        </w:rPr>
        <w:t xml:space="preserve"> </w:t>
      </w:r>
      <w:r w:rsidRPr="00116BFD">
        <w:rPr>
          <w:rFonts w:ascii="Kalimati" w:hAnsi="Kalimati"/>
          <w:b/>
          <w:color w:val="222222"/>
          <w:cs/>
          <w:lang w:bidi="hi-IN"/>
        </w:rPr>
        <w:t>भई</w:t>
      </w:r>
      <w:r w:rsidRPr="00116BFD">
        <w:rPr>
          <w:rFonts w:ascii="Kalimati" w:hAnsi="Kalimati"/>
          <w:b/>
          <w:color w:val="222222"/>
        </w:rPr>
        <w:t xml:space="preserve"> </w:t>
      </w:r>
      <w:r w:rsidRPr="00116BFD">
        <w:rPr>
          <w:rFonts w:ascii="Kalimati" w:hAnsi="Kalimati"/>
          <w:b/>
          <w:color w:val="222222"/>
          <w:cs/>
          <w:lang w:bidi="hi-IN"/>
        </w:rPr>
        <w:t>सजाय</w:t>
      </w:r>
      <w:r w:rsidRPr="00116BFD">
        <w:rPr>
          <w:rFonts w:ascii="Kalimati" w:hAnsi="Kalimati"/>
          <w:b/>
          <w:color w:val="222222"/>
        </w:rPr>
        <w:t xml:space="preserve"> </w:t>
      </w:r>
      <w:r w:rsidRPr="00116BFD">
        <w:rPr>
          <w:rFonts w:ascii="Kalimati" w:hAnsi="Kalimati"/>
          <w:b/>
          <w:color w:val="222222"/>
          <w:cs/>
          <w:lang w:bidi="hi-IN"/>
        </w:rPr>
        <w:t>पाएको</w:t>
      </w:r>
      <w:r w:rsidRPr="00116BFD">
        <w:rPr>
          <w:rFonts w:ascii="Kalimati" w:hAnsi="Kalimati"/>
          <w:b/>
          <w:color w:val="222222"/>
        </w:rPr>
        <w:t xml:space="preserve"> </w:t>
      </w:r>
      <w:r w:rsidRPr="00116BFD">
        <w:rPr>
          <w:rFonts w:ascii="Kalimati" w:hAnsi="Kalimati"/>
          <w:b/>
          <w:color w:val="222222"/>
          <w:cs/>
          <w:lang w:bidi="hi-IN"/>
        </w:rPr>
        <w:t>कारण</w:t>
      </w:r>
      <w:r w:rsidRPr="00116BFD">
        <w:rPr>
          <w:rFonts w:ascii="Kalimati" w:hAnsi="Kalimati"/>
          <w:b/>
          <w:color w:val="222222"/>
        </w:rPr>
        <w:t xml:space="preserve"> </w:t>
      </w:r>
      <w:r w:rsidRPr="00116BFD">
        <w:rPr>
          <w:rFonts w:ascii="Kalimati" w:hAnsi="Kalimati"/>
          <w:b/>
          <w:color w:val="222222"/>
          <w:cs/>
          <w:lang w:bidi="hi-IN"/>
        </w:rPr>
        <w:t>देखाई</w:t>
      </w:r>
      <w:r w:rsidRPr="00116BFD">
        <w:rPr>
          <w:rFonts w:ascii="Kalimati" w:hAnsi="Kalimati"/>
          <w:b/>
          <w:color w:val="222222"/>
        </w:rPr>
        <w:t xml:space="preserve"> </w:t>
      </w:r>
      <w:r w:rsidRPr="00116BFD">
        <w:rPr>
          <w:rFonts w:ascii="Kalimati" w:hAnsi="Kalimati"/>
          <w:b/>
          <w:color w:val="222222"/>
          <w:cs/>
          <w:lang w:bidi="hi-IN"/>
        </w:rPr>
        <w:t>संस्थाले</w:t>
      </w:r>
      <w:r w:rsidRPr="00116BFD">
        <w:rPr>
          <w:rFonts w:ascii="Kalimati" w:hAnsi="Kalimati"/>
          <w:b/>
          <w:color w:val="222222"/>
        </w:rPr>
        <w:t xml:space="preserve"> </w:t>
      </w:r>
      <w:r w:rsidRPr="00116BFD">
        <w:rPr>
          <w:rFonts w:ascii="Kalimati" w:hAnsi="Kalimati"/>
          <w:b/>
          <w:color w:val="222222"/>
          <w:cs/>
          <w:lang w:bidi="hi-IN"/>
        </w:rPr>
        <w:t>सदस्यताबाट</w:t>
      </w:r>
      <w:r w:rsidRPr="00116BFD">
        <w:rPr>
          <w:rFonts w:ascii="Kalimati" w:hAnsi="Kalimati"/>
          <w:b/>
          <w:color w:val="222222"/>
        </w:rPr>
        <w:t xml:space="preserve"> </w:t>
      </w:r>
      <w:r w:rsidRPr="00116BFD">
        <w:rPr>
          <w:rFonts w:ascii="Kalimati" w:hAnsi="Kalimati"/>
          <w:b/>
          <w:color w:val="222222"/>
          <w:cs/>
          <w:lang w:bidi="hi-IN"/>
        </w:rPr>
        <w:t>हटाउने</w:t>
      </w:r>
      <w:r w:rsidRPr="00116BFD">
        <w:rPr>
          <w:rFonts w:ascii="Kalimati" w:hAnsi="Kalimati"/>
          <w:b/>
          <w:color w:val="222222"/>
        </w:rPr>
        <w:t xml:space="preserve"> </w:t>
      </w:r>
      <w:r w:rsidRPr="00116BFD">
        <w:rPr>
          <w:rFonts w:ascii="Kalimati" w:hAnsi="Kalimati"/>
          <w:b/>
          <w:color w:val="222222"/>
          <w:cs/>
          <w:lang w:bidi="hi-IN"/>
        </w:rPr>
        <w:t>निर्णय</w:t>
      </w:r>
      <w:r w:rsidRPr="00116BFD">
        <w:rPr>
          <w:rFonts w:ascii="Kalimati" w:hAnsi="Kalimati"/>
          <w:b/>
          <w:color w:val="222222"/>
        </w:rPr>
        <w:t xml:space="preserve"> </w:t>
      </w:r>
      <w:r w:rsidRPr="00116BFD">
        <w:rPr>
          <w:rFonts w:ascii="Kalimati" w:hAnsi="Kalimati"/>
          <w:b/>
          <w:color w:val="222222"/>
          <w:cs/>
          <w:lang w:bidi="hi-IN"/>
        </w:rPr>
        <w:t>गरेमा</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ङ</w:t>
      </w:r>
      <w:r w:rsidRPr="00116BFD">
        <w:rPr>
          <w:rFonts w:ascii="Kalimati" w:hAnsi="Kalimati"/>
          <w:b/>
          <w:color w:val="222222"/>
        </w:rPr>
        <w:t xml:space="preserve">) </w:t>
      </w:r>
      <w:r w:rsidRPr="00116BFD">
        <w:rPr>
          <w:rFonts w:ascii="Kalimati" w:hAnsi="Kalimati"/>
          <w:b/>
          <w:color w:val="222222"/>
          <w:cs/>
          <w:lang w:bidi="hi-IN"/>
        </w:rPr>
        <w:t>नेपालको</w:t>
      </w:r>
      <w:r w:rsidRPr="00116BFD">
        <w:rPr>
          <w:rFonts w:ascii="Kalimati" w:hAnsi="Kalimati"/>
          <w:b/>
          <w:color w:val="222222"/>
        </w:rPr>
        <w:t xml:space="preserve"> </w:t>
      </w:r>
      <w:r w:rsidRPr="00116BFD">
        <w:rPr>
          <w:rFonts w:ascii="Kalimati" w:hAnsi="Kalimati"/>
          <w:b/>
          <w:color w:val="222222"/>
          <w:cs/>
          <w:lang w:bidi="hi-IN"/>
        </w:rPr>
        <w:t>प्रचलित</w:t>
      </w:r>
      <w:r w:rsidRPr="00116BFD">
        <w:rPr>
          <w:rFonts w:ascii="Kalimati" w:hAnsi="Kalimati"/>
          <w:b/>
          <w:color w:val="222222"/>
        </w:rPr>
        <w:t xml:space="preserve"> </w:t>
      </w:r>
      <w:r w:rsidRPr="00116BFD">
        <w:rPr>
          <w:rFonts w:ascii="Kalimati" w:hAnsi="Kalimati"/>
          <w:b/>
          <w:color w:val="222222"/>
          <w:cs/>
          <w:lang w:bidi="hi-IN"/>
        </w:rPr>
        <w:t>कानुनको</w:t>
      </w:r>
      <w:r w:rsidRPr="00116BFD">
        <w:rPr>
          <w:rFonts w:ascii="Kalimati" w:hAnsi="Kalimati"/>
          <w:b/>
          <w:color w:val="222222"/>
        </w:rPr>
        <w:t xml:space="preserve"> </w:t>
      </w:r>
      <w:r w:rsidRPr="00116BFD">
        <w:rPr>
          <w:rFonts w:ascii="Kalimati" w:hAnsi="Kalimati"/>
          <w:b/>
          <w:color w:val="222222"/>
          <w:cs/>
          <w:lang w:bidi="hi-IN"/>
        </w:rPr>
        <w:t>निषेध</w:t>
      </w:r>
      <w:r w:rsidRPr="00116BFD">
        <w:rPr>
          <w:rFonts w:ascii="Kalimati" w:hAnsi="Kalimati"/>
          <w:b/>
          <w:color w:val="222222"/>
        </w:rPr>
        <w:t xml:space="preserve"> </w:t>
      </w:r>
      <w:r w:rsidRPr="00116BFD">
        <w:rPr>
          <w:rFonts w:ascii="Kalimati" w:hAnsi="Kalimati"/>
          <w:b/>
          <w:color w:val="222222"/>
          <w:cs/>
          <w:lang w:bidi="hi-IN"/>
        </w:rPr>
        <w:t>गरेको</w:t>
      </w:r>
      <w:r w:rsidRPr="00116BFD">
        <w:rPr>
          <w:rFonts w:ascii="Kalimati" w:hAnsi="Kalimati"/>
          <w:b/>
          <w:color w:val="222222"/>
        </w:rPr>
        <w:t xml:space="preserve"> </w:t>
      </w:r>
      <w:r w:rsidRPr="00116BFD">
        <w:rPr>
          <w:rFonts w:ascii="Kalimati" w:hAnsi="Kalimati"/>
          <w:b/>
          <w:color w:val="222222"/>
          <w:cs/>
          <w:lang w:bidi="hi-IN"/>
        </w:rPr>
        <w:t>कार्य</w:t>
      </w:r>
      <w:r w:rsidRPr="00116BFD">
        <w:rPr>
          <w:rFonts w:ascii="Kalimati" w:hAnsi="Kalimati"/>
          <w:b/>
          <w:color w:val="222222"/>
        </w:rPr>
        <w:t xml:space="preserve"> </w:t>
      </w:r>
      <w:r w:rsidRPr="00116BFD">
        <w:rPr>
          <w:rFonts w:ascii="Kalimati" w:hAnsi="Kalimati"/>
          <w:b/>
          <w:color w:val="222222"/>
          <w:cs/>
          <w:lang w:bidi="hi-IN"/>
        </w:rPr>
        <w:t>गरेमा</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च</w:t>
      </w:r>
      <w:r w:rsidRPr="00116BFD">
        <w:rPr>
          <w:rFonts w:ascii="Kalimati" w:hAnsi="Kalimati"/>
          <w:b/>
          <w:color w:val="222222"/>
        </w:rPr>
        <w:t xml:space="preserve">) </w:t>
      </w:r>
      <w:r w:rsidRPr="00116BFD">
        <w:rPr>
          <w:rFonts w:ascii="Kalimati" w:hAnsi="Kalimati"/>
          <w:b/>
          <w:color w:val="222222"/>
          <w:cs/>
          <w:lang w:bidi="hi-IN"/>
        </w:rPr>
        <w:t>बंगालाचुली</w:t>
      </w:r>
      <w:r w:rsidRPr="00116BFD">
        <w:rPr>
          <w:rFonts w:ascii="Kalimati" w:hAnsi="Kalimati"/>
          <w:b/>
          <w:color w:val="222222"/>
        </w:rPr>
        <w:t xml:space="preserve"> </w:t>
      </w:r>
      <w:r w:rsidRPr="00116BFD">
        <w:rPr>
          <w:rFonts w:ascii="Kalimati" w:hAnsi="Kalimati"/>
          <w:b/>
          <w:color w:val="222222"/>
          <w:cs/>
          <w:lang w:bidi="hi-IN"/>
        </w:rPr>
        <w:t>गाउँपालिकाको</w:t>
      </w:r>
      <w:r w:rsidRPr="00116BFD">
        <w:rPr>
          <w:rFonts w:ascii="Kalimati" w:hAnsi="Kalimati"/>
          <w:b/>
          <w:color w:val="222222"/>
        </w:rPr>
        <w:t xml:space="preserve"> </w:t>
      </w:r>
      <w:r w:rsidRPr="00116BFD">
        <w:rPr>
          <w:rFonts w:ascii="Kalimati" w:hAnsi="Kalimati"/>
          <w:b/>
          <w:color w:val="222222"/>
          <w:cs/>
          <w:lang w:bidi="hi-IN"/>
        </w:rPr>
        <w:t>प्रचलित</w:t>
      </w:r>
      <w:r w:rsidRPr="00116BFD">
        <w:rPr>
          <w:rFonts w:ascii="Kalimati" w:hAnsi="Kalimati"/>
          <w:b/>
          <w:color w:val="222222"/>
        </w:rPr>
        <w:t xml:space="preserve"> </w:t>
      </w:r>
      <w:r w:rsidRPr="00116BFD">
        <w:rPr>
          <w:rFonts w:ascii="Kalimati" w:hAnsi="Kalimati"/>
          <w:b/>
          <w:color w:val="222222"/>
          <w:cs/>
          <w:lang w:bidi="hi-IN"/>
        </w:rPr>
        <w:t>कानून</w:t>
      </w:r>
      <w:r w:rsidRPr="00116BFD">
        <w:rPr>
          <w:rFonts w:ascii="Kalimati" w:hAnsi="Kalimati"/>
          <w:b/>
          <w:color w:val="222222"/>
        </w:rPr>
        <w:t xml:space="preserve"> </w:t>
      </w:r>
      <w:r w:rsidRPr="00116BFD">
        <w:rPr>
          <w:rFonts w:ascii="Kalimati" w:hAnsi="Kalimati"/>
          <w:b/>
          <w:color w:val="222222"/>
          <w:cs/>
          <w:lang w:bidi="hi-IN"/>
        </w:rPr>
        <w:t>वमोजिम</w:t>
      </w:r>
      <w:r w:rsidRPr="00116BFD">
        <w:rPr>
          <w:rFonts w:ascii="Kalimati" w:hAnsi="Kalimati"/>
          <w:b/>
          <w:color w:val="222222"/>
        </w:rPr>
        <w:t xml:space="preserve"> </w:t>
      </w:r>
      <w:r w:rsidRPr="00116BFD">
        <w:rPr>
          <w:rFonts w:ascii="Kalimati" w:hAnsi="Kalimati"/>
          <w:b/>
          <w:color w:val="222222"/>
          <w:cs/>
          <w:lang w:bidi="hi-IN"/>
        </w:rPr>
        <w:t>अयोग्य</w:t>
      </w:r>
      <w:r w:rsidRPr="00116BFD">
        <w:rPr>
          <w:rFonts w:ascii="Kalimati" w:hAnsi="Kalimati"/>
          <w:b/>
          <w:color w:val="222222"/>
        </w:rPr>
        <w:t xml:space="preserve"> </w:t>
      </w:r>
      <w:r w:rsidRPr="00116BFD">
        <w:rPr>
          <w:rFonts w:ascii="Kalimati" w:hAnsi="Kalimati"/>
          <w:b/>
          <w:color w:val="222222"/>
          <w:cs/>
          <w:lang w:bidi="hi-IN"/>
        </w:rPr>
        <w:t>ठहर</w:t>
      </w:r>
      <w:r w:rsidRPr="00116BFD">
        <w:rPr>
          <w:rFonts w:ascii="Kalimati" w:hAnsi="Kalimati"/>
          <w:b/>
          <w:color w:val="222222"/>
        </w:rPr>
        <w:t xml:space="preserve"> </w:t>
      </w:r>
      <w:r w:rsidRPr="00116BFD">
        <w:rPr>
          <w:rFonts w:ascii="Kalimati" w:hAnsi="Kalimati"/>
          <w:b/>
          <w:color w:val="222222"/>
          <w:cs/>
          <w:lang w:bidi="hi-IN"/>
        </w:rPr>
        <w:t>भएको</w:t>
      </w:r>
      <w:r w:rsidRPr="00116BFD">
        <w:rPr>
          <w:rFonts w:ascii="Kalimati" w:hAnsi="Kalimati"/>
          <w:b/>
          <w:color w:val="222222"/>
        </w:rPr>
        <w:t xml:space="preserve"> </w:t>
      </w:r>
      <w:r w:rsidRPr="00116BFD">
        <w:rPr>
          <w:rFonts w:ascii="Kalimati" w:hAnsi="Kalimati"/>
          <w:b/>
          <w:color w:val="222222"/>
          <w:cs/>
          <w:lang w:bidi="hi-IN"/>
        </w:rPr>
        <w:t>व्यक्ति</w:t>
      </w:r>
      <w:r w:rsidRPr="00116BFD">
        <w:rPr>
          <w:rFonts w:ascii="Kalimati" w:hAnsi="Kalimati"/>
          <w:b/>
          <w:color w:val="222222"/>
        </w:rPr>
        <w:t xml:space="preserve"> </w:t>
      </w:r>
      <w:r w:rsidRPr="00116BFD">
        <w:rPr>
          <w:rFonts w:ascii="Kalimati" w:hAnsi="Kalimati"/>
          <w:b/>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९</w:t>
      </w:r>
      <w:r>
        <w:rPr>
          <w:rFonts w:ascii="Kalimati" w:hAnsi="Kalimati"/>
          <w:b/>
          <w:color w:val="222222"/>
          <w:sz w:val="24"/>
        </w:rPr>
        <w:t xml:space="preserve">. </w:t>
      </w:r>
      <w:r>
        <w:rPr>
          <w:rFonts w:ascii="Kalimati" w:hAnsi="Kalimati"/>
          <w:b/>
          <w:bCs/>
          <w:color w:val="222222"/>
          <w:sz w:val="24"/>
          <w:szCs w:val="24"/>
          <w:cs/>
          <w:lang w:bidi="hi-IN"/>
        </w:rPr>
        <w:t>संस्था</w:t>
      </w:r>
      <w:r>
        <w:rPr>
          <w:rFonts w:ascii="Kalimati" w:hAnsi="Kalimati"/>
          <w:b/>
          <w:color w:val="222222"/>
          <w:sz w:val="24"/>
        </w:rPr>
        <w:t xml:space="preserve"> </w:t>
      </w:r>
      <w:r>
        <w:rPr>
          <w:rFonts w:ascii="Kalimati" w:hAnsi="Kalimati"/>
          <w:b/>
          <w:bCs/>
          <w:color w:val="222222"/>
          <w:sz w:val="24"/>
          <w:szCs w:val="24"/>
          <w:cs/>
          <w:lang w:bidi="hi-IN"/>
        </w:rPr>
        <w:t>गठन</w:t>
      </w:r>
      <w:r>
        <w:rPr>
          <w:rFonts w:ascii="Kalimati" w:hAnsi="Kalimati"/>
          <w:b/>
          <w:color w:val="222222"/>
          <w:sz w:val="24"/>
        </w:rPr>
        <w:t xml:space="preserve"> </w:t>
      </w:r>
      <w:r>
        <w:rPr>
          <w:rFonts w:ascii="Kalimati" w:hAnsi="Kalimati"/>
          <w:b/>
          <w:bCs/>
          <w:color w:val="222222"/>
          <w:sz w:val="24"/>
          <w:szCs w:val="24"/>
          <w:cs/>
          <w:lang w:bidi="hi-IN"/>
        </w:rPr>
        <w:t>एवं</w:t>
      </w:r>
      <w:r>
        <w:rPr>
          <w:rFonts w:ascii="Kalimati" w:hAnsi="Kalimati"/>
          <w:b/>
          <w:color w:val="222222"/>
          <w:sz w:val="24"/>
        </w:rPr>
        <w:t xml:space="preserve"> </w:t>
      </w:r>
      <w:r>
        <w:rPr>
          <w:rFonts w:ascii="Kalimati" w:hAnsi="Kalimati"/>
          <w:b/>
          <w:bCs/>
          <w:color w:val="222222"/>
          <w:sz w:val="24"/>
          <w:szCs w:val="24"/>
          <w:cs/>
          <w:lang w:bidi="hi-IN"/>
        </w:rPr>
        <w:t>कार्य</w:t>
      </w:r>
      <w:r>
        <w:rPr>
          <w:rFonts w:ascii="Kalimati" w:hAnsi="Kalimati"/>
          <w:b/>
          <w:color w:val="222222"/>
          <w:sz w:val="24"/>
        </w:rPr>
        <w:t xml:space="preserve"> </w:t>
      </w:r>
      <w:r>
        <w:rPr>
          <w:rFonts w:ascii="Kalimati" w:hAnsi="Kalimati"/>
          <w:b/>
          <w:bCs/>
          <w:color w:val="222222"/>
          <w:sz w:val="24"/>
          <w:szCs w:val="24"/>
          <w:cs/>
          <w:lang w:bidi="hi-IN"/>
        </w:rPr>
        <w:t>संचालन</w:t>
      </w:r>
      <w:r>
        <w:rPr>
          <w:rFonts w:ascii="Kalimati" w:hAnsi="Kalimati"/>
          <w:b/>
          <w:color w:val="222222"/>
          <w:sz w:val="24"/>
        </w:rPr>
        <w:t xml:space="preserve"> </w:t>
      </w:r>
      <w:r>
        <w:rPr>
          <w:rFonts w:ascii="Kalimati" w:hAnsi="Kalimati"/>
          <w:b/>
          <w:bCs/>
          <w:color w:val="222222"/>
          <w:sz w:val="24"/>
          <w:szCs w:val="24"/>
          <w:cs/>
          <w:lang w:bidi="hi-IN"/>
        </w:rPr>
        <w:t>विधि</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गठन</w:t>
      </w:r>
      <w:r>
        <w:rPr>
          <w:rFonts w:ascii="Kalimati" w:hAnsi="Kalimati"/>
          <w:color w:val="222222"/>
        </w:rPr>
        <w:t xml:space="preserve"> </w:t>
      </w:r>
      <w:r>
        <w:rPr>
          <w:rFonts w:ascii="Kalimati" w:hAnsi="Kalimati"/>
          <w:color w:val="222222"/>
          <w:cs/>
          <w:lang w:bidi="hi-IN"/>
        </w:rPr>
        <w:t>एवं</w:t>
      </w:r>
      <w:r>
        <w:rPr>
          <w:rFonts w:ascii="Kalimati" w:hAnsi="Kalimati"/>
          <w:color w:val="222222"/>
        </w:rPr>
        <w:t xml:space="preserve"> </w:t>
      </w:r>
      <w:r>
        <w:rPr>
          <w:rFonts w:ascii="Kalimati" w:hAnsi="Kalimati"/>
          <w:color w:val="222222"/>
          <w:cs/>
          <w:lang w:bidi="hi-IN"/>
        </w:rPr>
        <w:t>कार्य</w:t>
      </w:r>
      <w:r>
        <w:rPr>
          <w:rFonts w:ascii="Kalimati" w:hAnsi="Kalimati"/>
          <w:color w:val="222222"/>
        </w:rPr>
        <w:t xml:space="preserve"> </w:t>
      </w:r>
      <w:r>
        <w:rPr>
          <w:rFonts w:ascii="Kalimati" w:hAnsi="Kalimati"/>
          <w:color w:val="222222"/>
          <w:cs/>
          <w:lang w:bidi="hi-IN"/>
        </w:rPr>
        <w:t>संचालन</w:t>
      </w:r>
      <w:r>
        <w:rPr>
          <w:rFonts w:ascii="Kalimati" w:hAnsi="Kalimati"/>
          <w:color w:val="222222"/>
        </w:rPr>
        <w:t xml:space="preserve"> </w:t>
      </w:r>
      <w:r>
        <w:rPr>
          <w:rFonts w:ascii="Kalimati" w:hAnsi="Kalimati"/>
          <w:color w:val="222222"/>
          <w:cs/>
          <w:lang w:bidi="hi-IN"/>
        </w:rPr>
        <w:t>विधि</w:t>
      </w:r>
      <w:r>
        <w:rPr>
          <w:rFonts w:ascii="Kalimati" w:hAnsi="Kalimati"/>
          <w:color w:val="222222"/>
        </w:rPr>
        <w:t xml:space="preserve"> </w:t>
      </w:r>
      <w:r>
        <w:rPr>
          <w:rFonts w:ascii="Kalimati" w:hAnsi="Kalimati"/>
          <w:color w:val="222222"/>
          <w:cs/>
          <w:lang w:bidi="hi-IN"/>
        </w:rPr>
        <w:t>देहाय</w:t>
      </w:r>
      <w:r>
        <w:rPr>
          <w:rFonts w:ascii="Kalimati" w:hAnsi="Kalimati"/>
          <w:color w:val="222222"/>
        </w:rPr>
        <w:t xml:space="preserve"> </w:t>
      </w:r>
      <w:r>
        <w:rPr>
          <w:rFonts w:ascii="Kalimati" w:hAnsi="Kalimati"/>
          <w:color w:val="222222"/>
          <w:cs/>
          <w:lang w:bidi="hi-IN"/>
        </w:rPr>
        <w:t>बमोजिम</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क</w:t>
      </w:r>
      <w:r w:rsidRPr="00116BFD">
        <w:rPr>
          <w:rFonts w:ascii="Kalimati" w:hAnsi="Kalimati"/>
          <w:b/>
          <w:color w:val="222222"/>
        </w:rPr>
        <w:t xml:space="preserve">) </w:t>
      </w:r>
      <w:r w:rsidRPr="00116BFD">
        <w:rPr>
          <w:rFonts w:ascii="Kalimati" w:hAnsi="Kalimati"/>
          <w:b/>
          <w:color w:val="222222"/>
          <w:cs/>
          <w:lang w:bidi="hi-IN"/>
        </w:rPr>
        <w:t>निश्चित</w:t>
      </w:r>
      <w:r w:rsidRPr="00116BFD">
        <w:rPr>
          <w:rFonts w:ascii="Kalimati" w:hAnsi="Kalimati"/>
          <w:b/>
          <w:color w:val="222222"/>
        </w:rPr>
        <w:t xml:space="preserve"> </w:t>
      </w:r>
      <w:r w:rsidRPr="00116BFD">
        <w:rPr>
          <w:rFonts w:ascii="Kalimati" w:hAnsi="Kalimati"/>
          <w:b/>
          <w:color w:val="222222"/>
          <w:cs/>
          <w:lang w:bidi="hi-IN"/>
        </w:rPr>
        <w:t>भौगोलिक</w:t>
      </w:r>
      <w:r w:rsidRPr="00116BFD">
        <w:rPr>
          <w:rFonts w:ascii="Kalimati" w:hAnsi="Kalimati"/>
          <w:b/>
          <w:color w:val="222222"/>
        </w:rPr>
        <w:t xml:space="preserve"> </w:t>
      </w:r>
      <w:r w:rsidRPr="00116BFD">
        <w:rPr>
          <w:rFonts w:ascii="Kalimati" w:hAnsi="Kalimati"/>
          <w:b/>
          <w:color w:val="222222"/>
          <w:cs/>
          <w:lang w:bidi="hi-IN"/>
        </w:rPr>
        <w:t>क्षेत्रमा</w:t>
      </w:r>
      <w:r w:rsidRPr="00116BFD">
        <w:rPr>
          <w:rFonts w:ascii="Kalimati" w:hAnsi="Kalimati"/>
          <w:b/>
          <w:color w:val="222222"/>
        </w:rPr>
        <w:t xml:space="preserve"> </w:t>
      </w:r>
      <w:r w:rsidRPr="00116BFD">
        <w:rPr>
          <w:rFonts w:ascii="Kalimati" w:hAnsi="Kalimati"/>
          <w:b/>
          <w:color w:val="222222"/>
          <w:cs/>
          <w:lang w:bidi="hi-IN"/>
        </w:rPr>
        <w:t>व्यक्तिहरुको</w:t>
      </w:r>
      <w:r w:rsidRPr="00116BFD">
        <w:rPr>
          <w:rFonts w:ascii="Kalimati" w:hAnsi="Kalimati"/>
          <w:b/>
          <w:color w:val="222222"/>
        </w:rPr>
        <w:t xml:space="preserve"> </w:t>
      </w:r>
      <w:r w:rsidRPr="00116BFD">
        <w:rPr>
          <w:rFonts w:ascii="Kalimati" w:hAnsi="Kalimati"/>
          <w:b/>
          <w:color w:val="222222"/>
          <w:cs/>
          <w:lang w:bidi="hi-IN"/>
        </w:rPr>
        <w:t>सर्वसम्मत</w:t>
      </w:r>
      <w:r w:rsidRPr="00116BFD">
        <w:rPr>
          <w:rFonts w:ascii="Kalimati" w:hAnsi="Kalimati"/>
          <w:b/>
          <w:color w:val="222222"/>
        </w:rPr>
        <w:t xml:space="preserve"> </w:t>
      </w:r>
      <w:r w:rsidRPr="00116BFD">
        <w:rPr>
          <w:rFonts w:ascii="Kalimati" w:hAnsi="Kalimati"/>
          <w:b/>
          <w:color w:val="222222"/>
          <w:cs/>
          <w:lang w:bidi="hi-IN"/>
        </w:rPr>
        <w:t>निर्णयबाट</w:t>
      </w:r>
      <w:r w:rsidRPr="00116BFD">
        <w:rPr>
          <w:rFonts w:ascii="Kalimati" w:hAnsi="Kalimati"/>
          <w:b/>
          <w:color w:val="222222"/>
        </w:rPr>
        <w:t xml:space="preserve"> </w:t>
      </w:r>
      <w:r w:rsidRPr="00116BFD">
        <w:rPr>
          <w:rFonts w:ascii="Kalimati" w:hAnsi="Kalimati"/>
          <w:b/>
          <w:color w:val="222222"/>
          <w:cs/>
          <w:lang w:bidi="hi-IN"/>
        </w:rPr>
        <w:t>टोलको</w:t>
      </w:r>
      <w:r w:rsidRPr="00116BFD">
        <w:rPr>
          <w:rFonts w:ascii="Kalimati" w:hAnsi="Kalimati"/>
          <w:b/>
          <w:color w:val="222222"/>
        </w:rPr>
        <w:t xml:space="preserve"> </w:t>
      </w:r>
      <w:r w:rsidRPr="00116BFD">
        <w:rPr>
          <w:rFonts w:ascii="Kalimati" w:hAnsi="Kalimati"/>
          <w:b/>
          <w:color w:val="222222"/>
          <w:cs/>
          <w:lang w:bidi="hi-IN"/>
        </w:rPr>
        <w:t>क्षेत्र</w:t>
      </w:r>
      <w:r w:rsidRPr="00116BFD">
        <w:rPr>
          <w:rFonts w:ascii="Kalimati" w:hAnsi="Kalimati"/>
          <w:b/>
          <w:color w:val="222222"/>
        </w:rPr>
        <w:t xml:space="preserve"> </w:t>
      </w:r>
      <w:r w:rsidRPr="00116BFD">
        <w:rPr>
          <w:rFonts w:ascii="Kalimati" w:hAnsi="Kalimati"/>
          <w:b/>
          <w:color w:val="222222"/>
          <w:cs/>
          <w:lang w:bidi="hi-IN"/>
        </w:rPr>
        <w:t>निक्र्यौल</w:t>
      </w:r>
      <w:r w:rsidRPr="00116BFD">
        <w:rPr>
          <w:rFonts w:ascii="Kalimati" w:hAnsi="Kalimati"/>
          <w:b/>
          <w:color w:val="222222"/>
        </w:rPr>
        <w:t xml:space="preserve"> </w:t>
      </w:r>
      <w:r w:rsidRPr="00116BFD">
        <w:rPr>
          <w:rFonts w:ascii="Kalimati" w:hAnsi="Kalimati"/>
          <w:b/>
          <w:color w:val="222222"/>
          <w:cs/>
          <w:lang w:bidi="hi-IN"/>
        </w:rPr>
        <w:t>भएपछि</w:t>
      </w:r>
      <w:r w:rsidRPr="00116BFD">
        <w:rPr>
          <w:rFonts w:ascii="Kalimati" w:hAnsi="Kalimati"/>
          <w:b/>
          <w:color w:val="222222"/>
        </w:rPr>
        <w:t xml:space="preserve"> </w:t>
      </w:r>
      <w:r w:rsidRPr="00116BFD">
        <w:rPr>
          <w:rFonts w:ascii="Kalimati" w:hAnsi="Kalimati"/>
          <w:b/>
          <w:color w:val="222222"/>
          <w:cs/>
          <w:lang w:bidi="hi-IN"/>
        </w:rPr>
        <w:t>त्यस</w:t>
      </w:r>
      <w:r w:rsidRPr="00116BFD">
        <w:rPr>
          <w:rFonts w:ascii="Kalimati" w:hAnsi="Kalimati"/>
          <w:b/>
          <w:color w:val="222222"/>
        </w:rPr>
        <w:t xml:space="preserve"> </w:t>
      </w:r>
      <w:r w:rsidRPr="00116BFD">
        <w:rPr>
          <w:rFonts w:ascii="Kalimati" w:hAnsi="Kalimati"/>
          <w:b/>
          <w:color w:val="222222"/>
          <w:cs/>
          <w:lang w:bidi="hi-IN"/>
        </w:rPr>
        <w:t>टोलभित्र</w:t>
      </w:r>
      <w:r w:rsidRPr="00116BFD">
        <w:rPr>
          <w:rFonts w:ascii="Kalimati" w:hAnsi="Kalimati"/>
          <w:b/>
          <w:color w:val="222222"/>
        </w:rPr>
        <w:t xml:space="preserve"> </w:t>
      </w:r>
      <w:r w:rsidRPr="00116BFD">
        <w:rPr>
          <w:rFonts w:ascii="Kalimati" w:hAnsi="Kalimati"/>
          <w:b/>
          <w:color w:val="222222"/>
          <w:cs/>
          <w:lang w:bidi="hi-IN"/>
        </w:rPr>
        <w:t>बसोबास</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अधिकांश</w:t>
      </w:r>
      <w:r w:rsidRPr="00116BFD">
        <w:rPr>
          <w:rFonts w:ascii="Kalimati" w:hAnsi="Kalimati"/>
          <w:b/>
          <w:color w:val="222222"/>
        </w:rPr>
        <w:t xml:space="preserve"> </w:t>
      </w:r>
      <w:r w:rsidRPr="00116BFD">
        <w:rPr>
          <w:rFonts w:ascii="Kalimati" w:hAnsi="Kalimati"/>
          <w:b/>
          <w:color w:val="222222"/>
          <w:cs/>
          <w:lang w:bidi="hi-IN"/>
        </w:rPr>
        <w:t>घरधनीहरुको</w:t>
      </w:r>
      <w:r w:rsidRPr="00116BFD">
        <w:rPr>
          <w:rFonts w:ascii="Kalimati" w:hAnsi="Kalimati"/>
          <w:b/>
          <w:color w:val="222222"/>
        </w:rPr>
        <w:t xml:space="preserve"> </w:t>
      </w:r>
      <w:r w:rsidRPr="00116BFD">
        <w:rPr>
          <w:rFonts w:ascii="Kalimati" w:hAnsi="Kalimati"/>
          <w:b/>
          <w:color w:val="222222"/>
          <w:cs/>
          <w:lang w:bidi="hi-IN"/>
        </w:rPr>
        <w:t>उपस्थितिमा</w:t>
      </w:r>
      <w:r w:rsidRPr="00116BFD">
        <w:rPr>
          <w:rFonts w:ascii="Kalimati" w:hAnsi="Kalimati"/>
          <w:b/>
          <w:color w:val="222222"/>
        </w:rPr>
        <w:t xml:space="preserve"> </w:t>
      </w:r>
      <w:r w:rsidRPr="00116BFD">
        <w:rPr>
          <w:rFonts w:ascii="Kalimati" w:hAnsi="Kalimati"/>
          <w:b/>
          <w:color w:val="222222"/>
          <w:cs/>
          <w:lang w:bidi="hi-IN"/>
        </w:rPr>
        <w:t>संस्था</w:t>
      </w:r>
      <w:r w:rsidRPr="00116BFD">
        <w:rPr>
          <w:rFonts w:ascii="Kalimati" w:hAnsi="Kalimati"/>
          <w:b/>
          <w:color w:val="222222"/>
        </w:rPr>
        <w:t xml:space="preserve"> </w:t>
      </w:r>
      <w:r w:rsidRPr="00116BFD">
        <w:rPr>
          <w:rFonts w:ascii="Kalimati" w:hAnsi="Kalimati"/>
          <w:b/>
          <w:color w:val="222222"/>
          <w:cs/>
          <w:lang w:bidi="hi-IN"/>
        </w:rPr>
        <w:t>गठन</w:t>
      </w:r>
      <w:r w:rsidRPr="00116BFD">
        <w:rPr>
          <w:rFonts w:ascii="Kalimati" w:hAnsi="Kalimati"/>
          <w:b/>
          <w:color w:val="222222"/>
        </w:rPr>
        <w:t xml:space="preserve"> </w:t>
      </w:r>
      <w:r w:rsidRPr="00116BFD">
        <w:rPr>
          <w:rFonts w:ascii="Kalimati" w:hAnsi="Kalimati"/>
          <w:b/>
          <w:color w:val="222222"/>
          <w:cs/>
          <w:lang w:bidi="hi-IN"/>
        </w:rPr>
        <w:t>गरिनेछ</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288"/>
        <w:jc w:val="both"/>
        <w:rPr>
          <w:rFonts w:hint="eastAsia"/>
          <w:b/>
        </w:rPr>
      </w:pPr>
      <w:r w:rsidRPr="00116BFD">
        <w:rPr>
          <w:rFonts w:ascii="Kalimati" w:hAnsi="Kalimati"/>
          <w:b/>
          <w:color w:val="222222"/>
        </w:rPr>
        <w:t>(</w:t>
      </w:r>
      <w:r w:rsidRPr="00116BFD">
        <w:rPr>
          <w:rFonts w:ascii="Kalimati" w:hAnsi="Kalimati"/>
          <w:b/>
          <w:color w:val="222222"/>
          <w:cs/>
          <w:lang w:bidi="hi-IN"/>
        </w:rPr>
        <w:t>ख</w:t>
      </w:r>
      <w:r w:rsidRPr="00116BFD">
        <w:rPr>
          <w:rFonts w:ascii="Kalimati" w:hAnsi="Kalimati"/>
          <w:b/>
          <w:color w:val="222222"/>
        </w:rPr>
        <w:t xml:space="preserve">) </w:t>
      </w:r>
      <w:r w:rsidRPr="00116BFD">
        <w:rPr>
          <w:rFonts w:ascii="Kalimati" w:hAnsi="Kalimati"/>
          <w:b/>
          <w:color w:val="222222"/>
          <w:cs/>
          <w:lang w:bidi="hi-IN"/>
        </w:rPr>
        <w:t>टोल</w:t>
      </w:r>
      <w:r w:rsidRPr="00116BFD">
        <w:rPr>
          <w:rFonts w:ascii="Kalimati" w:hAnsi="Kalimati"/>
          <w:b/>
          <w:color w:val="222222"/>
        </w:rPr>
        <w:t xml:space="preserve"> </w:t>
      </w:r>
      <w:r w:rsidRPr="00116BFD">
        <w:rPr>
          <w:rFonts w:ascii="Kalimati" w:hAnsi="Kalimati"/>
          <w:b/>
          <w:color w:val="222222"/>
          <w:cs/>
          <w:lang w:bidi="hi-IN"/>
        </w:rPr>
        <w:t>विकास</w:t>
      </w:r>
      <w:r w:rsidRPr="00116BFD">
        <w:rPr>
          <w:rFonts w:ascii="Kalimati" w:hAnsi="Kalimati"/>
          <w:b/>
          <w:color w:val="222222"/>
        </w:rPr>
        <w:t xml:space="preserve"> </w:t>
      </w:r>
      <w:r w:rsidRPr="00116BFD">
        <w:rPr>
          <w:rFonts w:ascii="Kalimati" w:hAnsi="Kalimati"/>
          <w:b/>
          <w:color w:val="222222"/>
          <w:cs/>
          <w:lang w:bidi="hi-IN"/>
        </w:rPr>
        <w:t>संस्था</w:t>
      </w:r>
      <w:r w:rsidRPr="00116BFD">
        <w:rPr>
          <w:rFonts w:ascii="Kalimati" w:hAnsi="Kalimati"/>
          <w:b/>
          <w:color w:val="222222"/>
        </w:rPr>
        <w:t xml:space="preserve"> </w:t>
      </w:r>
      <w:r w:rsidRPr="00116BFD">
        <w:rPr>
          <w:rFonts w:ascii="Kalimati" w:hAnsi="Kalimati"/>
          <w:b/>
          <w:color w:val="222222"/>
          <w:cs/>
          <w:lang w:bidi="hi-IN"/>
        </w:rPr>
        <w:t>गठन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उपस्थित</w:t>
      </w:r>
      <w:r w:rsidRPr="00116BFD">
        <w:rPr>
          <w:rFonts w:ascii="Kalimati" w:hAnsi="Kalimati"/>
          <w:b/>
          <w:color w:val="222222"/>
        </w:rPr>
        <w:t xml:space="preserve"> </w:t>
      </w:r>
      <w:r w:rsidRPr="00116BFD">
        <w:rPr>
          <w:rFonts w:ascii="Kalimati" w:hAnsi="Kalimati"/>
          <w:b/>
          <w:color w:val="222222"/>
          <w:cs/>
          <w:lang w:bidi="hi-IN"/>
        </w:rPr>
        <w:t>भएका</w:t>
      </w:r>
      <w:r w:rsidRPr="00116BFD">
        <w:rPr>
          <w:rFonts w:ascii="Kalimati" w:hAnsi="Kalimati"/>
          <w:b/>
          <w:color w:val="222222"/>
        </w:rPr>
        <w:t xml:space="preserve"> </w:t>
      </w:r>
      <w:r w:rsidRPr="00116BFD">
        <w:rPr>
          <w:rFonts w:ascii="Kalimati" w:hAnsi="Kalimati"/>
          <w:b/>
          <w:color w:val="222222"/>
          <w:cs/>
          <w:lang w:bidi="hi-IN"/>
        </w:rPr>
        <w:t>व्यक्तिहरुले</w:t>
      </w:r>
      <w:r w:rsidRPr="00116BFD">
        <w:rPr>
          <w:rFonts w:ascii="Kalimati" w:hAnsi="Kalimati"/>
          <w:b/>
          <w:color w:val="222222"/>
        </w:rPr>
        <w:t xml:space="preserve"> </w:t>
      </w:r>
      <w:r w:rsidRPr="00116BFD">
        <w:rPr>
          <w:rFonts w:ascii="Kalimati" w:hAnsi="Kalimati"/>
          <w:b/>
          <w:color w:val="222222"/>
          <w:cs/>
          <w:lang w:bidi="hi-IN"/>
        </w:rPr>
        <w:t>गरेको</w:t>
      </w:r>
      <w:r w:rsidRPr="00116BFD">
        <w:rPr>
          <w:rFonts w:ascii="Kalimati" w:hAnsi="Kalimati"/>
          <w:b/>
          <w:color w:val="222222"/>
        </w:rPr>
        <w:t xml:space="preserve"> </w:t>
      </w:r>
      <w:r w:rsidRPr="00116BFD">
        <w:rPr>
          <w:rFonts w:ascii="Kalimati" w:hAnsi="Kalimati"/>
          <w:b/>
          <w:color w:val="222222"/>
          <w:cs/>
          <w:lang w:bidi="hi-IN"/>
        </w:rPr>
        <w:t>सर्वसम्मत</w:t>
      </w:r>
      <w:r w:rsidRPr="00116BFD">
        <w:rPr>
          <w:rFonts w:ascii="Kalimati" w:hAnsi="Kalimati"/>
          <w:b/>
          <w:color w:val="222222"/>
        </w:rPr>
        <w:t xml:space="preserve"> </w:t>
      </w:r>
      <w:r w:rsidRPr="00116BFD">
        <w:rPr>
          <w:rFonts w:ascii="Kalimati" w:hAnsi="Kalimati"/>
          <w:b/>
          <w:color w:val="222222"/>
          <w:cs/>
          <w:lang w:bidi="hi-IN"/>
        </w:rPr>
        <w:t>निर्णयको</w:t>
      </w:r>
      <w:r w:rsidRPr="00116BFD">
        <w:rPr>
          <w:rFonts w:ascii="Kalimati" w:hAnsi="Kalimati"/>
          <w:b/>
          <w:color w:val="222222"/>
        </w:rPr>
        <w:t xml:space="preserve"> </w:t>
      </w:r>
      <w:r w:rsidRPr="00116BFD">
        <w:rPr>
          <w:rFonts w:ascii="Kalimati" w:hAnsi="Kalimati"/>
          <w:b/>
          <w:color w:val="222222"/>
          <w:cs/>
          <w:lang w:bidi="hi-IN"/>
        </w:rPr>
        <w:t>आधारमा</w:t>
      </w:r>
      <w:r w:rsidRPr="00116BFD">
        <w:rPr>
          <w:rFonts w:ascii="Kalimati" w:hAnsi="Kalimati"/>
          <w:b/>
          <w:color w:val="222222"/>
        </w:rPr>
        <w:t xml:space="preserve"> </w:t>
      </w:r>
      <w:r w:rsidRPr="00116BFD">
        <w:rPr>
          <w:rFonts w:ascii="Kalimati" w:hAnsi="Kalimati"/>
          <w:b/>
          <w:color w:val="222222"/>
          <w:cs/>
          <w:lang w:bidi="hi-IN"/>
        </w:rPr>
        <w:t>एक</w:t>
      </w:r>
      <w:r w:rsidRPr="00116BFD">
        <w:rPr>
          <w:rFonts w:ascii="Kalimati" w:hAnsi="Kalimati"/>
          <w:b/>
          <w:color w:val="222222"/>
        </w:rPr>
        <w:t>-</w:t>
      </w:r>
      <w:r w:rsidRPr="00116BFD">
        <w:rPr>
          <w:rFonts w:ascii="Kalimati" w:hAnsi="Kalimati"/>
          <w:b/>
          <w:color w:val="222222"/>
          <w:cs/>
          <w:lang w:bidi="hi-IN"/>
        </w:rPr>
        <w:t>एक</w:t>
      </w:r>
      <w:r w:rsidRPr="00116BFD">
        <w:rPr>
          <w:rFonts w:ascii="Kalimati" w:hAnsi="Kalimati"/>
          <w:b/>
          <w:color w:val="222222"/>
        </w:rPr>
        <w:t xml:space="preserve"> </w:t>
      </w:r>
      <w:r w:rsidRPr="00116BFD">
        <w:rPr>
          <w:rFonts w:ascii="Kalimati" w:hAnsi="Kalimati"/>
          <w:b/>
          <w:color w:val="222222"/>
          <w:cs/>
          <w:lang w:bidi="hi-IN"/>
        </w:rPr>
        <w:t>जना</w:t>
      </w:r>
      <w:r w:rsidRPr="00116BFD">
        <w:rPr>
          <w:rFonts w:ascii="Kalimati" w:hAnsi="Kalimati"/>
          <w:b/>
          <w:color w:val="222222"/>
        </w:rPr>
        <w:t xml:space="preserve"> </w:t>
      </w:r>
      <w:r w:rsidRPr="00116BFD">
        <w:rPr>
          <w:rFonts w:ascii="Kalimati" w:hAnsi="Kalimati"/>
          <w:b/>
          <w:color w:val="222222"/>
          <w:cs/>
          <w:lang w:bidi="hi-IN"/>
        </w:rPr>
        <w:t>अध्यक्ष</w:t>
      </w:r>
      <w:r w:rsidRPr="00116BFD">
        <w:rPr>
          <w:rFonts w:ascii="Kalimati" w:hAnsi="Kalimati"/>
          <w:b/>
          <w:color w:val="222222"/>
        </w:rPr>
        <w:t xml:space="preserve">, </w:t>
      </w:r>
      <w:r w:rsidRPr="00116BFD">
        <w:rPr>
          <w:rFonts w:ascii="Kalimati" w:hAnsi="Kalimati"/>
          <w:b/>
          <w:color w:val="222222"/>
          <w:cs/>
          <w:lang w:bidi="hi-IN"/>
        </w:rPr>
        <w:t>कोषाध्यक्ष</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सचिव</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अन्य</w:t>
      </w:r>
      <w:r w:rsidRPr="00116BFD">
        <w:rPr>
          <w:rFonts w:ascii="Kalimati" w:hAnsi="Kalimati"/>
          <w:b/>
          <w:color w:val="222222"/>
        </w:rPr>
        <w:t xml:space="preserve"> </w:t>
      </w:r>
      <w:r w:rsidRPr="00116BFD">
        <w:rPr>
          <w:rFonts w:ascii="Kalimati" w:hAnsi="Kalimati"/>
          <w:b/>
          <w:color w:val="222222"/>
          <w:cs/>
          <w:lang w:bidi="hi-IN"/>
        </w:rPr>
        <w:t>घरधुरीका</w:t>
      </w:r>
      <w:r w:rsidRPr="00116BFD">
        <w:rPr>
          <w:rFonts w:ascii="Kalimati" w:hAnsi="Kalimati"/>
          <w:b/>
          <w:color w:val="222222"/>
        </w:rPr>
        <w:t xml:space="preserve"> </w:t>
      </w:r>
      <w:r w:rsidRPr="00116BFD">
        <w:rPr>
          <w:rFonts w:ascii="Kalimati" w:hAnsi="Kalimati"/>
          <w:b/>
          <w:color w:val="222222"/>
          <w:cs/>
          <w:lang w:bidi="hi-IN"/>
        </w:rPr>
        <w:t>व्यक्तिहरु</w:t>
      </w:r>
      <w:r w:rsidRPr="00116BFD">
        <w:rPr>
          <w:rFonts w:ascii="Kalimati" w:hAnsi="Kalimati"/>
          <w:b/>
          <w:color w:val="222222"/>
        </w:rPr>
        <w:t xml:space="preserve"> </w:t>
      </w:r>
      <w:r w:rsidRPr="00116BFD">
        <w:rPr>
          <w:rFonts w:ascii="Kalimati" w:hAnsi="Kalimati"/>
          <w:b/>
          <w:color w:val="222222"/>
          <w:cs/>
          <w:lang w:bidi="hi-IN"/>
        </w:rPr>
        <w:t>सदस्य</w:t>
      </w:r>
      <w:r w:rsidRPr="00116BFD">
        <w:rPr>
          <w:rFonts w:ascii="Kalimati" w:hAnsi="Kalimati"/>
          <w:b/>
          <w:color w:val="222222"/>
        </w:rPr>
        <w:t xml:space="preserve"> </w:t>
      </w:r>
      <w:r w:rsidRPr="00116BFD">
        <w:rPr>
          <w:rFonts w:ascii="Kalimati" w:hAnsi="Kalimati"/>
          <w:b/>
          <w:color w:val="222222"/>
          <w:cs/>
          <w:lang w:bidi="hi-IN"/>
        </w:rPr>
        <w:t>हुनेछन्</w:t>
      </w:r>
      <w:r w:rsidRPr="00116BFD">
        <w:rPr>
          <w:rFonts w:ascii="Kalimati" w:hAnsi="Kalimati"/>
          <w:b/>
          <w:color w:val="222222"/>
        </w:rPr>
        <w:t xml:space="preserve"> </w:t>
      </w:r>
      <w:r w:rsidRPr="00116BFD">
        <w:rPr>
          <w:rFonts w:ascii="Kalimati" w:hAnsi="Kalimati"/>
          <w:b/>
          <w:color w:val="222222"/>
          <w:cs/>
          <w:lang w:bidi="hi-IN"/>
        </w:rPr>
        <w:t>।</w:t>
      </w:r>
    </w:p>
    <w:p w:rsidR="00116BFD" w:rsidRDefault="00116BFD" w:rsidP="00116BFD">
      <w:pPr>
        <w:spacing w:before="40"/>
        <w:ind w:left="288"/>
        <w:jc w:val="both"/>
        <w:rPr>
          <w:rFonts w:hint="eastAsia"/>
        </w:rPr>
      </w:pPr>
      <w:r w:rsidRPr="00116BFD">
        <w:rPr>
          <w:rFonts w:ascii="Kalimati" w:hAnsi="Kalimati"/>
          <w:b/>
          <w:color w:val="222222"/>
        </w:rPr>
        <w:t>(</w:t>
      </w:r>
      <w:r w:rsidRPr="00116BFD">
        <w:rPr>
          <w:rFonts w:ascii="Kalimati" w:hAnsi="Kalimati"/>
          <w:b/>
          <w:color w:val="222222"/>
          <w:cs/>
          <w:lang w:bidi="hi-IN"/>
        </w:rPr>
        <w:t>ग</w:t>
      </w:r>
      <w:r w:rsidRPr="00116BFD">
        <w:rPr>
          <w:rFonts w:ascii="Kalimati" w:hAnsi="Kalimati"/>
          <w:b/>
          <w:color w:val="222222"/>
        </w:rPr>
        <w:t xml:space="preserve">) </w:t>
      </w:r>
      <w:r w:rsidRPr="00116BFD">
        <w:rPr>
          <w:rFonts w:ascii="Kalimati" w:hAnsi="Kalimati"/>
          <w:b/>
          <w:color w:val="222222"/>
          <w:cs/>
          <w:lang w:bidi="hi-IN"/>
        </w:rPr>
        <w:t>संस्थामा</w:t>
      </w:r>
      <w:r w:rsidRPr="00116BFD">
        <w:rPr>
          <w:rFonts w:ascii="Kalimati" w:hAnsi="Kalimati"/>
          <w:b/>
          <w:color w:val="222222"/>
        </w:rPr>
        <w:t xml:space="preserve"> </w:t>
      </w:r>
      <w:r w:rsidRPr="00116BFD">
        <w:rPr>
          <w:rFonts w:ascii="Kalimati" w:hAnsi="Kalimati"/>
          <w:b/>
          <w:color w:val="222222"/>
          <w:cs/>
          <w:lang w:bidi="hi-IN"/>
        </w:rPr>
        <w:t>कम्तिमा</w:t>
      </w:r>
      <w:r w:rsidRPr="00116BFD">
        <w:rPr>
          <w:rFonts w:ascii="Kalimati" w:hAnsi="Kalimati"/>
          <w:b/>
          <w:color w:val="222222"/>
        </w:rPr>
        <w:t xml:space="preserve"> </w:t>
      </w:r>
      <w:r w:rsidRPr="00116BFD">
        <w:rPr>
          <w:rFonts w:ascii="Kalimati" w:hAnsi="Kalimati"/>
          <w:b/>
          <w:color w:val="222222"/>
          <w:cs/>
          <w:lang w:bidi="hi-IN"/>
        </w:rPr>
        <w:t>५०</w:t>
      </w:r>
      <w:r w:rsidRPr="00116BFD">
        <w:rPr>
          <w:rFonts w:ascii="Kalimati" w:hAnsi="Kalimati"/>
          <w:b/>
          <w:color w:val="222222"/>
        </w:rPr>
        <w:t xml:space="preserve"> </w:t>
      </w:r>
      <w:r w:rsidRPr="00116BFD">
        <w:rPr>
          <w:rFonts w:ascii="Kalimati" w:hAnsi="Kalimati"/>
          <w:b/>
          <w:color w:val="222222"/>
          <w:cs/>
          <w:lang w:bidi="hi-IN"/>
        </w:rPr>
        <w:t>प्र</w:t>
      </w:r>
      <w:r>
        <w:rPr>
          <w:rFonts w:ascii="Kalimati" w:hAnsi="Kalimati"/>
          <w:color w:val="222222"/>
          <w:cs/>
          <w:lang w:bidi="hi-IN"/>
        </w:rPr>
        <w:t>तिशत</w:t>
      </w:r>
      <w:r>
        <w:rPr>
          <w:rFonts w:ascii="Kalimati" w:hAnsi="Kalimati"/>
          <w:color w:val="222222"/>
        </w:rPr>
        <w:t xml:space="preserve"> </w:t>
      </w:r>
      <w:r>
        <w:rPr>
          <w:rFonts w:ascii="Kalimati" w:hAnsi="Kalimati"/>
          <w:color w:val="222222"/>
          <w:cs/>
          <w:lang w:bidi="hi-IN"/>
        </w:rPr>
        <w:t>महिला</w:t>
      </w:r>
      <w:r>
        <w:rPr>
          <w:rFonts w:ascii="Kalimati" w:hAnsi="Kalimati"/>
          <w:color w:val="222222"/>
        </w:rPr>
        <w:t xml:space="preserve"> </w:t>
      </w:r>
      <w:r>
        <w:rPr>
          <w:rFonts w:ascii="Kalimati" w:hAnsi="Kalimati"/>
          <w:color w:val="222222"/>
          <w:cs/>
          <w:lang w:bidi="hi-IN"/>
        </w:rPr>
        <w:t>सदस्य</w:t>
      </w:r>
      <w:r>
        <w:rPr>
          <w:rFonts w:ascii="Kalimati" w:hAnsi="Kalimati"/>
          <w:color w:val="222222"/>
        </w:rPr>
        <w:t xml:space="preserve"> </w:t>
      </w:r>
      <w:r>
        <w:rPr>
          <w:rFonts w:ascii="Kalimati" w:hAnsi="Kalimati"/>
          <w:color w:val="222222"/>
          <w:cs/>
          <w:lang w:bidi="hi-IN"/>
        </w:rPr>
        <w:t>रहनेछन्</w:t>
      </w:r>
      <w:r>
        <w:rPr>
          <w:rFonts w:ascii="Kalimati" w:hAnsi="Kalimati"/>
          <w:color w:val="222222"/>
        </w:rPr>
        <w:t xml:space="preserve"> </w:t>
      </w:r>
      <w:r>
        <w:rPr>
          <w:rFonts w:ascii="Kalimati" w:hAnsi="Kalimati"/>
          <w:color w:val="222222"/>
          <w:cs/>
          <w:lang w:bidi="hi-IN"/>
        </w:rPr>
        <w:t>।</w:t>
      </w:r>
      <w:r>
        <w:rPr>
          <w:rFonts w:ascii="Kalimati" w:hAnsi="Kalimati"/>
          <w:color w:val="222222"/>
        </w:rPr>
        <w:t xml:space="preserve"> </w:t>
      </w:r>
      <w:r>
        <w:rPr>
          <w:rFonts w:ascii="Kalimati" w:hAnsi="Kalimati"/>
          <w:color w:val="222222"/>
          <w:cs/>
          <w:lang w:bidi="hi-IN"/>
        </w:rPr>
        <w:t>अध्यक्ष</w:t>
      </w:r>
      <w:r>
        <w:rPr>
          <w:rFonts w:ascii="Kalimati" w:hAnsi="Kalimati"/>
          <w:color w:val="222222"/>
        </w:rPr>
        <w:t xml:space="preserve">, </w:t>
      </w:r>
      <w:r>
        <w:rPr>
          <w:rFonts w:ascii="Kalimati" w:hAnsi="Kalimati"/>
          <w:color w:val="222222"/>
          <w:cs/>
          <w:lang w:bidi="hi-IN"/>
        </w:rPr>
        <w:t>कोषाध्यक्ष</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सचिव</w:t>
      </w:r>
      <w:r>
        <w:rPr>
          <w:rFonts w:ascii="Kalimati" w:hAnsi="Kalimati"/>
          <w:color w:val="222222"/>
        </w:rPr>
        <w:t xml:space="preserve"> </w:t>
      </w:r>
      <w:r>
        <w:rPr>
          <w:rFonts w:ascii="Kalimati" w:hAnsi="Kalimati"/>
          <w:color w:val="222222"/>
          <w:cs/>
          <w:lang w:bidi="hi-IN"/>
        </w:rPr>
        <w:t>मध्ये</w:t>
      </w:r>
      <w:r>
        <w:rPr>
          <w:rFonts w:ascii="Kalimati" w:hAnsi="Kalimati"/>
          <w:color w:val="222222"/>
        </w:rPr>
        <w:t xml:space="preserve"> </w:t>
      </w:r>
      <w:r>
        <w:rPr>
          <w:rFonts w:ascii="Kalimati" w:hAnsi="Kalimati"/>
          <w:color w:val="222222"/>
          <w:cs/>
          <w:lang w:bidi="hi-IN"/>
        </w:rPr>
        <w:t>कम्तिमा</w:t>
      </w:r>
      <w:r>
        <w:rPr>
          <w:rFonts w:ascii="Kalimati" w:hAnsi="Kalimati"/>
          <w:color w:val="222222"/>
        </w:rPr>
        <w:t xml:space="preserve"> </w:t>
      </w:r>
      <w:r>
        <w:rPr>
          <w:rFonts w:ascii="Kalimati" w:hAnsi="Kalimati"/>
          <w:color w:val="222222"/>
          <w:cs/>
          <w:lang w:bidi="hi-IN"/>
        </w:rPr>
        <w:t>१</w:t>
      </w:r>
      <w:r>
        <w:rPr>
          <w:rFonts w:ascii="Kalimati" w:hAnsi="Kalimati"/>
          <w:color w:val="222222"/>
        </w:rPr>
        <w:t xml:space="preserve"> </w:t>
      </w:r>
      <w:r>
        <w:rPr>
          <w:rFonts w:ascii="Kalimati" w:hAnsi="Kalimati"/>
          <w:color w:val="222222"/>
          <w:cs/>
          <w:lang w:bidi="hi-IN"/>
        </w:rPr>
        <w:t>जना</w:t>
      </w:r>
      <w:r>
        <w:rPr>
          <w:rFonts w:ascii="Kalimati" w:hAnsi="Kalimati"/>
          <w:color w:val="222222"/>
        </w:rPr>
        <w:t xml:space="preserve"> </w:t>
      </w:r>
      <w:r>
        <w:rPr>
          <w:rFonts w:ascii="Kalimati" w:hAnsi="Kalimati"/>
          <w:color w:val="222222"/>
          <w:cs/>
          <w:lang w:bidi="hi-IN"/>
        </w:rPr>
        <w:t>महिला</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200"/>
        <w:rPr>
          <w:rFonts w:ascii="Kalimati" w:hAnsi="Kalimati"/>
          <w:b/>
          <w:bCs/>
          <w:color w:val="222222"/>
          <w:sz w:val="24"/>
          <w:szCs w:val="24"/>
          <w:lang w:bidi="hi-IN"/>
        </w:rPr>
      </w:pPr>
    </w:p>
    <w:p w:rsidR="00116BFD" w:rsidRDefault="00116BFD" w:rsidP="00116BFD">
      <w:pPr>
        <w:spacing w:before="200"/>
        <w:rPr>
          <w:rFonts w:ascii="Kalimati" w:hAnsi="Kalimati"/>
          <w:b/>
          <w:bCs/>
          <w:color w:val="222222"/>
          <w:sz w:val="24"/>
          <w:szCs w:val="24"/>
          <w:lang w:bidi="hi-IN"/>
        </w:rPr>
      </w:pPr>
    </w:p>
    <w:p w:rsidR="00116BFD" w:rsidRDefault="00116BFD" w:rsidP="00116BFD">
      <w:pPr>
        <w:spacing w:before="200"/>
        <w:rPr>
          <w:rFonts w:ascii="Kalimati" w:hAnsi="Kalimati"/>
          <w:b/>
          <w:bCs/>
          <w:color w:val="222222"/>
          <w:sz w:val="24"/>
          <w:szCs w:val="24"/>
          <w:lang w:bidi="hi-IN"/>
        </w:rPr>
      </w:pPr>
    </w:p>
    <w:p w:rsidR="00116BFD" w:rsidRDefault="00116BFD" w:rsidP="00116BFD">
      <w:pPr>
        <w:spacing w:before="200"/>
        <w:rPr>
          <w:rFonts w:hint="eastAsia"/>
        </w:rPr>
      </w:pPr>
      <w:r>
        <w:rPr>
          <w:rFonts w:ascii="Kalimati" w:hAnsi="Kalimati"/>
          <w:b/>
          <w:bCs/>
          <w:color w:val="222222"/>
          <w:sz w:val="24"/>
          <w:szCs w:val="24"/>
          <w:cs/>
          <w:lang w:bidi="hi-IN"/>
        </w:rPr>
        <w:lastRenderedPageBreak/>
        <w:t>१०</w:t>
      </w:r>
      <w:r>
        <w:rPr>
          <w:rFonts w:ascii="Kalimati" w:hAnsi="Kalimati"/>
          <w:b/>
          <w:color w:val="222222"/>
          <w:sz w:val="24"/>
        </w:rPr>
        <w:t xml:space="preserve">. </w:t>
      </w:r>
      <w:r>
        <w:rPr>
          <w:rFonts w:ascii="Kalimati" w:hAnsi="Kalimati"/>
          <w:b/>
          <w:bCs/>
          <w:color w:val="222222"/>
          <w:sz w:val="24"/>
          <w:szCs w:val="24"/>
          <w:cs/>
          <w:lang w:bidi="hi-IN"/>
        </w:rPr>
        <w:t>संस्थाका</w:t>
      </w:r>
      <w:r>
        <w:rPr>
          <w:rFonts w:ascii="Kalimati" w:hAnsi="Kalimati"/>
          <w:b/>
          <w:color w:val="222222"/>
          <w:sz w:val="24"/>
        </w:rPr>
        <w:t xml:space="preserve"> </w:t>
      </w:r>
      <w:r>
        <w:rPr>
          <w:rFonts w:ascii="Kalimati" w:hAnsi="Kalimati"/>
          <w:b/>
          <w:bCs/>
          <w:color w:val="222222"/>
          <w:sz w:val="24"/>
          <w:szCs w:val="24"/>
          <w:cs/>
          <w:lang w:bidi="hi-IN"/>
        </w:rPr>
        <w:t>पदाधिकारीहरुको</w:t>
      </w:r>
      <w:r>
        <w:rPr>
          <w:rFonts w:ascii="Kalimati" w:hAnsi="Kalimati"/>
          <w:b/>
          <w:color w:val="222222"/>
          <w:sz w:val="24"/>
        </w:rPr>
        <w:t xml:space="preserve"> </w:t>
      </w:r>
      <w:r>
        <w:rPr>
          <w:rFonts w:ascii="Kalimati" w:hAnsi="Kalimati"/>
          <w:b/>
          <w:bCs/>
          <w:color w:val="222222"/>
          <w:sz w:val="24"/>
          <w:szCs w:val="24"/>
          <w:cs/>
          <w:lang w:bidi="hi-IN"/>
        </w:rPr>
        <w:t>काम</w:t>
      </w:r>
      <w:r>
        <w:rPr>
          <w:rFonts w:ascii="Kalimati" w:hAnsi="Kalimati"/>
          <w:b/>
          <w:color w:val="222222"/>
          <w:sz w:val="24"/>
        </w:rPr>
        <w:t xml:space="preserve">, </w:t>
      </w:r>
      <w:r>
        <w:rPr>
          <w:rFonts w:ascii="Kalimati" w:hAnsi="Kalimati"/>
          <w:b/>
          <w:bCs/>
          <w:color w:val="222222"/>
          <w:sz w:val="24"/>
          <w:szCs w:val="24"/>
          <w:cs/>
          <w:lang w:bidi="hi-IN"/>
        </w:rPr>
        <w:t>कर्तव्य</w:t>
      </w:r>
      <w:r>
        <w:rPr>
          <w:rFonts w:ascii="Kalimati" w:hAnsi="Kalimati"/>
          <w:b/>
          <w:color w:val="222222"/>
          <w:sz w:val="24"/>
        </w:rPr>
        <w:t xml:space="preserve"> </w:t>
      </w:r>
      <w:r>
        <w:rPr>
          <w:rFonts w:ascii="Kalimati" w:hAnsi="Kalimati"/>
          <w:b/>
          <w:bCs/>
          <w:color w:val="222222"/>
          <w:sz w:val="24"/>
          <w:szCs w:val="24"/>
          <w:cs/>
          <w:lang w:bidi="hi-IN"/>
        </w:rPr>
        <w:t>र</w:t>
      </w:r>
      <w:r>
        <w:rPr>
          <w:rFonts w:ascii="Kalimati" w:hAnsi="Kalimati"/>
          <w:b/>
          <w:color w:val="222222"/>
          <w:sz w:val="24"/>
        </w:rPr>
        <w:t xml:space="preserve"> </w:t>
      </w:r>
      <w:r>
        <w:rPr>
          <w:rFonts w:ascii="Kalimati" w:hAnsi="Kalimati"/>
          <w:b/>
          <w:bCs/>
          <w:color w:val="222222"/>
          <w:sz w:val="24"/>
          <w:szCs w:val="24"/>
          <w:cs/>
          <w:lang w:bidi="hi-IN"/>
        </w:rPr>
        <w:t>अधिकार</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पदधिकारीहरुको</w:t>
      </w:r>
      <w:r>
        <w:rPr>
          <w:rFonts w:ascii="Kalimati" w:hAnsi="Kalimati"/>
          <w:color w:val="222222"/>
        </w:rPr>
        <w:t xml:space="preserve"> </w:t>
      </w:r>
      <w:r>
        <w:rPr>
          <w:rFonts w:ascii="Kalimati" w:hAnsi="Kalimati"/>
          <w:color w:val="222222"/>
          <w:cs/>
          <w:lang w:bidi="hi-IN"/>
        </w:rPr>
        <w:t>काम</w:t>
      </w:r>
      <w:r>
        <w:rPr>
          <w:rFonts w:ascii="Kalimati" w:hAnsi="Kalimati"/>
          <w:color w:val="222222"/>
        </w:rPr>
        <w:t xml:space="preserve">, </w:t>
      </w:r>
      <w:r>
        <w:rPr>
          <w:rFonts w:ascii="Kalimati" w:hAnsi="Kalimati"/>
          <w:color w:val="222222"/>
          <w:cs/>
          <w:lang w:bidi="hi-IN"/>
        </w:rPr>
        <w:t>कर्तव्य</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अधिकार</w:t>
      </w:r>
      <w:r>
        <w:rPr>
          <w:rFonts w:ascii="Kalimati" w:hAnsi="Kalimati"/>
          <w:color w:val="222222"/>
        </w:rPr>
        <w:t xml:space="preserve"> </w:t>
      </w:r>
      <w:r>
        <w:rPr>
          <w:rFonts w:ascii="Kalimati" w:hAnsi="Kalimati"/>
          <w:color w:val="222222"/>
          <w:cs/>
          <w:lang w:bidi="hi-IN"/>
        </w:rPr>
        <w:t>देहायबमोजिम</w:t>
      </w:r>
      <w:r>
        <w:rPr>
          <w:rFonts w:ascii="Kalimati" w:hAnsi="Kalimati"/>
          <w:color w:val="222222"/>
        </w:rPr>
        <w:t xml:space="preserve"> </w:t>
      </w:r>
      <w:r>
        <w:rPr>
          <w:rFonts w:ascii="Kalimati" w:hAnsi="Kalimati"/>
          <w:color w:val="222222"/>
          <w:cs/>
          <w:lang w:bidi="hi-IN"/>
        </w:rPr>
        <w:t>हुनेछन्</w:t>
      </w:r>
      <w:r>
        <w:rPr>
          <w:rFonts w:ascii="Kalimati" w:hAnsi="Kalimati"/>
          <w:color w:val="222222"/>
        </w:rPr>
        <w:t xml:space="preserve"> :</w:t>
      </w:r>
    </w:p>
    <w:p w:rsidR="00116BFD" w:rsidRDefault="00116BFD" w:rsidP="00116BFD">
      <w:pPr>
        <w:spacing w:before="80" w:after="40"/>
        <w:jc w:val="both"/>
        <w:rPr>
          <w:rFonts w:hint="eastAsia"/>
        </w:rPr>
      </w:pPr>
      <w:r>
        <w:rPr>
          <w:rFonts w:ascii="Kalimati" w:hAnsi="Kalimati"/>
          <w:color w:val="222222"/>
          <w:cs/>
          <w:lang w:bidi="hi-IN"/>
        </w:rPr>
        <w:t>क</w:t>
      </w:r>
      <w:r>
        <w:rPr>
          <w:rFonts w:ascii="Kalimati" w:hAnsi="Kalimati"/>
          <w:color w:val="222222"/>
        </w:rPr>
        <w:t xml:space="preserve">) </w:t>
      </w:r>
      <w:r>
        <w:rPr>
          <w:rFonts w:ascii="Kalimati" w:hAnsi="Kalimati"/>
          <w:color w:val="222222"/>
          <w:cs/>
          <w:lang w:bidi="hi-IN"/>
        </w:rPr>
        <w:t>अध्यक्षको</w:t>
      </w:r>
      <w:r>
        <w:rPr>
          <w:rFonts w:ascii="Kalimati" w:hAnsi="Kalimati"/>
          <w:color w:val="222222"/>
        </w:rPr>
        <w:t xml:space="preserve"> </w:t>
      </w:r>
      <w:r>
        <w:rPr>
          <w:rFonts w:ascii="Kalimati" w:hAnsi="Kalimati"/>
          <w:color w:val="222222"/>
          <w:cs/>
          <w:lang w:bidi="hi-IN"/>
        </w:rPr>
        <w:t>काम</w:t>
      </w:r>
      <w:r>
        <w:rPr>
          <w:rFonts w:ascii="Kalimati" w:hAnsi="Kalimati"/>
          <w:color w:val="222222"/>
        </w:rPr>
        <w:t xml:space="preserve">, </w:t>
      </w:r>
      <w:r>
        <w:rPr>
          <w:rFonts w:ascii="Kalimati" w:hAnsi="Kalimati"/>
          <w:color w:val="222222"/>
          <w:cs/>
          <w:lang w:bidi="hi-IN"/>
        </w:rPr>
        <w:t>कर्तव्य</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अधिकार</w:t>
      </w:r>
      <w:r>
        <w:rPr>
          <w:rFonts w:ascii="Kalimati" w:hAnsi="Kalimati"/>
          <w:color w:val="222222"/>
        </w:rPr>
        <w:t xml:space="preserve"> :</w:t>
      </w:r>
    </w:p>
    <w:p w:rsidR="00116BFD" w:rsidRPr="00116BFD" w:rsidRDefault="00116BFD" w:rsidP="00116BFD">
      <w:pPr>
        <w:spacing w:before="40"/>
        <w:ind w:left="432"/>
        <w:jc w:val="both"/>
        <w:rPr>
          <w:rFonts w:hint="eastAsia"/>
          <w:b/>
        </w:rPr>
      </w:pPr>
      <w:r w:rsidRPr="00116BFD">
        <w:rPr>
          <w:rFonts w:ascii="Kalimati" w:hAnsi="Kalimati"/>
          <w:b/>
          <w:color w:val="222222"/>
        </w:rPr>
        <w:t xml:space="preserve">1. </w:t>
      </w:r>
      <w:r w:rsidRPr="00116BFD">
        <w:rPr>
          <w:rFonts w:ascii="Kalimati" w:hAnsi="Kalimati"/>
          <w:b/>
          <w:color w:val="222222"/>
          <w:cs/>
          <w:lang w:bidi="hi-IN"/>
        </w:rPr>
        <w:t>संस्थाको</w:t>
      </w:r>
      <w:r w:rsidRPr="00116BFD">
        <w:rPr>
          <w:rFonts w:ascii="Kalimati" w:hAnsi="Kalimati"/>
          <w:b/>
          <w:color w:val="222222"/>
        </w:rPr>
        <w:t xml:space="preserve"> </w:t>
      </w:r>
      <w:r w:rsidRPr="00116BFD">
        <w:rPr>
          <w:rFonts w:ascii="Kalimati" w:hAnsi="Kalimati"/>
          <w:b/>
          <w:color w:val="222222"/>
          <w:cs/>
          <w:lang w:bidi="hi-IN"/>
        </w:rPr>
        <w:t>नियमित</w:t>
      </w:r>
      <w:r w:rsidRPr="00116BFD">
        <w:rPr>
          <w:rFonts w:ascii="Kalimati" w:hAnsi="Kalimati"/>
          <w:b/>
          <w:color w:val="222222"/>
        </w:rPr>
        <w:t xml:space="preserve"> </w:t>
      </w:r>
      <w:r w:rsidRPr="00116BFD">
        <w:rPr>
          <w:rFonts w:ascii="Kalimati" w:hAnsi="Kalimati"/>
          <w:b/>
          <w:color w:val="222222"/>
          <w:cs/>
          <w:lang w:bidi="hi-IN"/>
        </w:rPr>
        <w:t>बैठक</w:t>
      </w:r>
      <w:r w:rsidRPr="00116BFD">
        <w:rPr>
          <w:rFonts w:ascii="Kalimati" w:hAnsi="Kalimati"/>
          <w:b/>
          <w:color w:val="222222"/>
        </w:rPr>
        <w:t xml:space="preserve"> </w:t>
      </w:r>
      <w:r w:rsidRPr="00116BFD">
        <w:rPr>
          <w:rFonts w:ascii="Kalimati" w:hAnsi="Kalimati"/>
          <w:b/>
          <w:color w:val="222222"/>
          <w:cs/>
          <w:lang w:bidi="hi-IN"/>
        </w:rPr>
        <w:t>बोलाउने</w:t>
      </w:r>
      <w:r w:rsidRPr="00116BFD">
        <w:rPr>
          <w:rFonts w:ascii="Kalimati" w:hAnsi="Kalimati"/>
          <w:b/>
          <w:color w:val="222222"/>
        </w:rPr>
        <w:t xml:space="preserve">, </w:t>
      </w:r>
      <w:r w:rsidRPr="00116BFD">
        <w:rPr>
          <w:rFonts w:ascii="Kalimati" w:hAnsi="Kalimati"/>
          <w:b/>
          <w:color w:val="222222"/>
          <w:cs/>
          <w:lang w:bidi="hi-IN"/>
        </w:rPr>
        <w:t>बैठकका</w:t>
      </w:r>
      <w:r w:rsidRPr="00116BFD">
        <w:rPr>
          <w:rFonts w:ascii="Kalimati" w:hAnsi="Kalimati"/>
          <w:b/>
          <w:color w:val="222222"/>
        </w:rPr>
        <w:t xml:space="preserve"> </w:t>
      </w:r>
      <w:r w:rsidRPr="00116BFD">
        <w:rPr>
          <w:rFonts w:ascii="Kalimati" w:hAnsi="Kalimati"/>
          <w:b/>
          <w:color w:val="222222"/>
          <w:cs/>
          <w:lang w:bidi="hi-IN"/>
        </w:rPr>
        <w:t>लागि</w:t>
      </w:r>
      <w:r w:rsidRPr="00116BFD">
        <w:rPr>
          <w:rFonts w:ascii="Kalimati" w:hAnsi="Kalimati"/>
          <w:b/>
          <w:color w:val="222222"/>
        </w:rPr>
        <w:t xml:space="preserve"> </w:t>
      </w:r>
      <w:r w:rsidRPr="00116BFD">
        <w:rPr>
          <w:rFonts w:ascii="Kalimati" w:hAnsi="Kalimati"/>
          <w:b/>
          <w:color w:val="222222"/>
          <w:cs/>
          <w:lang w:bidi="hi-IN"/>
        </w:rPr>
        <w:t>मिति</w:t>
      </w:r>
      <w:r w:rsidRPr="00116BFD">
        <w:rPr>
          <w:rFonts w:ascii="Kalimati" w:hAnsi="Kalimati"/>
          <w:b/>
          <w:color w:val="222222"/>
        </w:rPr>
        <w:t xml:space="preserve">, </w:t>
      </w:r>
      <w:r w:rsidRPr="00116BFD">
        <w:rPr>
          <w:rFonts w:ascii="Kalimati" w:hAnsi="Kalimati"/>
          <w:b/>
          <w:color w:val="222222"/>
          <w:cs/>
          <w:lang w:bidi="hi-IN"/>
        </w:rPr>
        <w:t>समय</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स्थान</w:t>
      </w:r>
      <w:r w:rsidRPr="00116BFD">
        <w:rPr>
          <w:rFonts w:ascii="Kalimati" w:hAnsi="Kalimati"/>
          <w:b/>
          <w:color w:val="222222"/>
        </w:rPr>
        <w:t xml:space="preserve"> </w:t>
      </w:r>
      <w:r w:rsidRPr="00116BFD">
        <w:rPr>
          <w:rFonts w:ascii="Kalimati" w:hAnsi="Kalimati"/>
          <w:b/>
          <w:color w:val="222222"/>
          <w:cs/>
          <w:lang w:bidi="hi-IN"/>
        </w:rPr>
        <w:t>तोक्ने</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432"/>
        <w:jc w:val="both"/>
        <w:rPr>
          <w:rFonts w:hint="eastAsia"/>
          <w:b/>
        </w:rPr>
      </w:pPr>
      <w:r w:rsidRPr="00116BFD">
        <w:rPr>
          <w:rFonts w:ascii="Kalimati" w:hAnsi="Kalimati"/>
          <w:b/>
          <w:color w:val="222222"/>
        </w:rPr>
        <w:t xml:space="preserve">2. </w:t>
      </w:r>
      <w:r w:rsidRPr="00116BFD">
        <w:rPr>
          <w:rFonts w:ascii="Kalimati" w:hAnsi="Kalimati"/>
          <w:b/>
          <w:color w:val="222222"/>
          <w:cs/>
          <w:lang w:bidi="hi-IN"/>
        </w:rPr>
        <w:t>बैठकको</w:t>
      </w:r>
      <w:r w:rsidRPr="00116BFD">
        <w:rPr>
          <w:rFonts w:ascii="Kalimati" w:hAnsi="Kalimati"/>
          <w:b/>
          <w:color w:val="222222"/>
        </w:rPr>
        <w:t xml:space="preserve"> </w:t>
      </w:r>
      <w:r w:rsidRPr="00116BFD">
        <w:rPr>
          <w:rFonts w:ascii="Kalimati" w:hAnsi="Kalimati"/>
          <w:b/>
          <w:color w:val="222222"/>
          <w:cs/>
          <w:lang w:bidi="hi-IN"/>
        </w:rPr>
        <w:t>अध्यक्षता</w:t>
      </w:r>
      <w:r w:rsidRPr="00116BFD">
        <w:rPr>
          <w:rFonts w:ascii="Kalimati" w:hAnsi="Kalimati"/>
          <w:b/>
          <w:color w:val="222222"/>
        </w:rPr>
        <w:t xml:space="preserve"> </w:t>
      </w:r>
      <w:r w:rsidRPr="00116BFD">
        <w:rPr>
          <w:rFonts w:ascii="Kalimati" w:hAnsi="Kalimati"/>
          <w:b/>
          <w:color w:val="222222"/>
          <w:cs/>
          <w:lang w:bidi="hi-IN"/>
        </w:rPr>
        <w:t>गरी</w:t>
      </w:r>
      <w:r w:rsidRPr="00116BFD">
        <w:rPr>
          <w:rFonts w:ascii="Kalimati" w:hAnsi="Kalimati"/>
          <w:b/>
          <w:color w:val="222222"/>
        </w:rPr>
        <w:t xml:space="preserve"> </w:t>
      </w:r>
      <w:r w:rsidRPr="00116BFD">
        <w:rPr>
          <w:rFonts w:ascii="Kalimati" w:hAnsi="Kalimati"/>
          <w:b/>
          <w:color w:val="222222"/>
          <w:cs/>
          <w:lang w:bidi="hi-IN"/>
        </w:rPr>
        <w:t>बैठक</w:t>
      </w:r>
      <w:r w:rsidRPr="00116BFD">
        <w:rPr>
          <w:rFonts w:ascii="Kalimati" w:hAnsi="Kalimati"/>
          <w:b/>
          <w:color w:val="222222"/>
        </w:rPr>
        <w:t xml:space="preserve"> </w:t>
      </w:r>
      <w:r w:rsidRPr="00116BFD">
        <w:rPr>
          <w:rFonts w:ascii="Kalimati" w:hAnsi="Kalimati"/>
          <w:b/>
          <w:color w:val="222222"/>
          <w:cs/>
          <w:lang w:bidi="hi-IN"/>
        </w:rPr>
        <w:t>संचालन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432"/>
        <w:jc w:val="both"/>
        <w:rPr>
          <w:rFonts w:hint="eastAsia"/>
          <w:b/>
        </w:rPr>
      </w:pPr>
      <w:r w:rsidRPr="00116BFD">
        <w:rPr>
          <w:rFonts w:ascii="Kalimati" w:hAnsi="Kalimati"/>
          <w:b/>
          <w:color w:val="222222"/>
        </w:rPr>
        <w:t xml:space="preserve">3. </w:t>
      </w:r>
      <w:r w:rsidRPr="00116BFD">
        <w:rPr>
          <w:rFonts w:ascii="Kalimati" w:hAnsi="Kalimati"/>
          <w:b/>
          <w:color w:val="222222"/>
          <w:cs/>
          <w:lang w:bidi="hi-IN"/>
        </w:rPr>
        <w:t>बैठकमा</w:t>
      </w:r>
      <w:r w:rsidRPr="00116BFD">
        <w:rPr>
          <w:rFonts w:ascii="Kalimati" w:hAnsi="Kalimati"/>
          <w:b/>
          <w:color w:val="222222"/>
        </w:rPr>
        <w:t xml:space="preserve"> </w:t>
      </w:r>
      <w:r w:rsidRPr="00116BFD">
        <w:rPr>
          <w:rFonts w:ascii="Kalimati" w:hAnsi="Kalimati"/>
          <w:b/>
          <w:color w:val="222222"/>
          <w:cs/>
          <w:lang w:bidi="hi-IN"/>
        </w:rPr>
        <w:t>अनुशासनको</w:t>
      </w:r>
      <w:r w:rsidRPr="00116BFD">
        <w:rPr>
          <w:rFonts w:ascii="Kalimati" w:hAnsi="Kalimati"/>
          <w:b/>
          <w:color w:val="222222"/>
        </w:rPr>
        <w:t xml:space="preserve"> </w:t>
      </w:r>
      <w:r w:rsidRPr="00116BFD">
        <w:rPr>
          <w:rFonts w:ascii="Kalimati" w:hAnsi="Kalimati"/>
          <w:b/>
          <w:color w:val="222222"/>
          <w:cs/>
          <w:lang w:bidi="hi-IN"/>
        </w:rPr>
        <w:t>पालन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लगाउने</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छलफलका</w:t>
      </w:r>
      <w:r w:rsidRPr="00116BFD">
        <w:rPr>
          <w:rFonts w:ascii="Kalimati" w:hAnsi="Kalimati"/>
          <w:b/>
          <w:color w:val="222222"/>
        </w:rPr>
        <w:t xml:space="preserve"> </w:t>
      </w:r>
      <w:r w:rsidRPr="00116BFD">
        <w:rPr>
          <w:rFonts w:ascii="Kalimati" w:hAnsi="Kalimati"/>
          <w:b/>
          <w:color w:val="222222"/>
          <w:cs/>
          <w:lang w:bidi="hi-IN"/>
        </w:rPr>
        <w:t>विषयहरु</w:t>
      </w:r>
      <w:r w:rsidRPr="00116BFD">
        <w:rPr>
          <w:rFonts w:ascii="Kalimati" w:hAnsi="Kalimati"/>
          <w:b/>
          <w:color w:val="222222"/>
        </w:rPr>
        <w:t xml:space="preserve"> </w:t>
      </w:r>
      <w:r w:rsidRPr="00116BFD">
        <w:rPr>
          <w:rFonts w:ascii="Kalimati" w:hAnsi="Kalimati"/>
          <w:b/>
          <w:color w:val="222222"/>
          <w:cs/>
          <w:lang w:bidi="hi-IN"/>
        </w:rPr>
        <w:t>टिपोट</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वा</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लगाउने</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432"/>
        <w:jc w:val="both"/>
        <w:rPr>
          <w:rFonts w:hint="eastAsia"/>
          <w:b/>
        </w:rPr>
      </w:pPr>
      <w:r w:rsidRPr="00116BFD">
        <w:rPr>
          <w:rFonts w:ascii="Kalimati" w:hAnsi="Kalimati"/>
          <w:b/>
          <w:color w:val="222222"/>
        </w:rPr>
        <w:t xml:space="preserve">4. </w:t>
      </w:r>
      <w:r w:rsidRPr="00116BFD">
        <w:rPr>
          <w:rFonts w:ascii="Kalimati" w:hAnsi="Kalimati"/>
          <w:b/>
          <w:color w:val="222222"/>
          <w:cs/>
          <w:lang w:bidi="hi-IN"/>
        </w:rPr>
        <w:t>छलफल</w:t>
      </w:r>
      <w:r w:rsidRPr="00116BFD">
        <w:rPr>
          <w:rFonts w:ascii="Kalimati" w:hAnsi="Kalimati"/>
          <w:b/>
          <w:color w:val="222222"/>
        </w:rPr>
        <w:t xml:space="preserve"> </w:t>
      </w:r>
      <w:r w:rsidRPr="00116BFD">
        <w:rPr>
          <w:rFonts w:ascii="Kalimati" w:hAnsi="Kalimati"/>
          <w:b/>
          <w:color w:val="222222"/>
          <w:cs/>
          <w:lang w:bidi="hi-IN"/>
        </w:rPr>
        <w:t>हुँदा</w:t>
      </w:r>
      <w:r w:rsidRPr="00116BFD">
        <w:rPr>
          <w:rFonts w:ascii="Kalimati" w:hAnsi="Kalimati"/>
          <w:b/>
          <w:color w:val="222222"/>
        </w:rPr>
        <w:t xml:space="preserve"> </w:t>
      </w:r>
      <w:r w:rsidRPr="00116BFD">
        <w:rPr>
          <w:rFonts w:ascii="Kalimati" w:hAnsi="Kalimati"/>
          <w:b/>
          <w:color w:val="222222"/>
          <w:cs/>
          <w:lang w:bidi="hi-IN"/>
        </w:rPr>
        <w:t>सबैको</w:t>
      </w:r>
      <w:r w:rsidRPr="00116BFD">
        <w:rPr>
          <w:rFonts w:ascii="Kalimati" w:hAnsi="Kalimati"/>
          <w:b/>
          <w:color w:val="222222"/>
        </w:rPr>
        <w:t xml:space="preserve"> </w:t>
      </w:r>
      <w:r w:rsidRPr="00116BFD">
        <w:rPr>
          <w:rFonts w:ascii="Kalimati" w:hAnsi="Kalimati"/>
          <w:b/>
          <w:color w:val="222222"/>
          <w:cs/>
          <w:lang w:bidi="hi-IN"/>
        </w:rPr>
        <w:t>विचार</w:t>
      </w:r>
      <w:r w:rsidRPr="00116BFD">
        <w:rPr>
          <w:rFonts w:ascii="Kalimati" w:hAnsi="Kalimati"/>
          <w:b/>
          <w:color w:val="222222"/>
        </w:rPr>
        <w:t xml:space="preserve"> </w:t>
      </w:r>
      <w:r w:rsidRPr="00116BFD">
        <w:rPr>
          <w:rFonts w:ascii="Kalimati" w:hAnsi="Kalimati"/>
          <w:b/>
          <w:color w:val="222222"/>
          <w:cs/>
          <w:lang w:bidi="hi-IN"/>
        </w:rPr>
        <w:t>संकलन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सर्वसम्मत</w:t>
      </w:r>
      <w:r w:rsidRPr="00116BFD">
        <w:rPr>
          <w:rFonts w:ascii="Kalimati" w:hAnsi="Kalimati"/>
          <w:b/>
          <w:color w:val="222222"/>
        </w:rPr>
        <w:t xml:space="preserve"> </w:t>
      </w:r>
      <w:r w:rsidRPr="00116BFD">
        <w:rPr>
          <w:rFonts w:ascii="Kalimati" w:hAnsi="Kalimati"/>
          <w:b/>
          <w:color w:val="222222"/>
          <w:cs/>
          <w:lang w:bidi="hi-IN"/>
        </w:rPr>
        <w:t>निर्णय</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पहल</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432"/>
        <w:jc w:val="both"/>
        <w:rPr>
          <w:rFonts w:hint="eastAsia"/>
          <w:b/>
        </w:rPr>
      </w:pPr>
      <w:r w:rsidRPr="00116BFD">
        <w:rPr>
          <w:rFonts w:ascii="Kalimati" w:hAnsi="Kalimati"/>
          <w:b/>
          <w:color w:val="222222"/>
        </w:rPr>
        <w:t xml:space="preserve">5. </w:t>
      </w:r>
      <w:r w:rsidRPr="00116BFD">
        <w:rPr>
          <w:rFonts w:ascii="Kalimati" w:hAnsi="Kalimati"/>
          <w:b/>
          <w:color w:val="222222"/>
          <w:cs/>
          <w:lang w:bidi="hi-IN"/>
        </w:rPr>
        <w:t>निर्णयहरु</w:t>
      </w:r>
      <w:r w:rsidRPr="00116BFD">
        <w:rPr>
          <w:rFonts w:ascii="Kalimati" w:hAnsi="Kalimati"/>
          <w:b/>
          <w:color w:val="222222"/>
        </w:rPr>
        <w:t xml:space="preserve"> </w:t>
      </w:r>
      <w:r w:rsidRPr="00116BFD">
        <w:rPr>
          <w:rFonts w:ascii="Kalimati" w:hAnsi="Kalimati"/>
          <w:b/>
          <w:color w:val="222222"/>
          <w:cs/>
          <w:lang w:bidi="hi-IN"/>
        </w:rPr>
        <w:t>लागू</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र</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लगाउने</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432"/>
        <w:jc w:val="both"/>
        <w:rPr>
          <w:rFonts w:hint="eastAsia"/>
          <w:b/>
        </w:rPr>
      </w:pPr>
      <w:r w:rsidRPr="00116BFD">
        <w:rPr>
          <w:rFonts w:ascii="Kalimati" w:hAnsi="Kalimati"/>
          <w:b/>
          <w:color w:val="222222"/>
        </w:rPr>
        <w:t xml:space="preserve">6. </w:t>
      </w:r>
      <w:r w:rsidRPr="00116BFD">
        <w:rPr>
          <w:rFonts w:ascii="Kalimati" w:hAnsi="Kalimati"/>
          <w:b/>
          <w:color w:val="222222"/>
          <w:cs/>
          <w:lang w:bidi="hi-IN"/>
        </w:rPr>
        <w:t>विकासको</w:t>
      </w:r>
      <w:r w:rsidRPr="00116BFD">
        <w:rPr>
          <w:rFonts w:ascii="Kalimati" w:hAnsi="Kalimati"/>
          <w:b/>
          <w:color w:val="222222"/>
        </w:rPr>
        <w:t xml:space="preserve"> </w:t>
      </w:r>
      <w:r w:rsidRPr="00116BFD">
        <w:rPr>
          <w:rFonts w:ascii="Kalimati" w:hAnsi="Kalimati"/>
          <w:b/>
          <w:color w:val="222222"/>
          <w:cs/>
          <w:lang w:bidi="hi-IN"/>
        </w:rPr>
        <w:t>कार्यमा</w:t>
      </w:r>
      <w:r w:rsidRPr="00116BFD">
        <w:rPr>
          <w:rFonts w:ascii="Kalimati" w:hAnsi="Kalimati"/>
          <w:b/>
          <w:color w:val="222222"/>
        </w:rPr>
        <w:t xml:space="preserve"> </w:t>
      </w:r>
      <w:r w:rsidRPr="00116BFD">
        <w:rPr>
          <w:rFonts w:ascii="Kalimati" w:hAnsi="Kalimati"/>
          <w:b/>
          <w:color w:val="222222"/>
          <w:cs/>
          <w:lang w:bidi="hi-IN"/>
        </w:rPr>
        <w:t>सबैलाई</w:t>
      </w:r>
      <w:r w:rsidRPr="00116BFD">
        <w:rPr>
          <w:rFonts w:ascii="Kalimati" w:hAnsi="Kalimati"/>
          <w:b/>
          <w:color w:val="222222"/>
        </w:rPr>
        <w:t xml:space="preserve"> </w:t>
      </w:r>
      <w:r w:rsidRPr="00116BFD">
        <w:rPr>
          <w:rFonts w:ascii="Kalimati" w:hAnsi="Kalimati"/>
          <w:b/>
          <w:color w:val="222222"/>
          <w:cs/>
          <w:lang w:bidi="hi-IN"/>
        </w:rPr>
        <w:t>समेटेर</w:t>
      </w:r>
      <w:r w:rsidRPr="00116BFD">
        <w:rPr>
          <w:rFonts w:ascii="Kalimati" w:hAnsi="Kalimati"/>
          <w:b/>
          <w:color w:val="222222"/>
        </w:rPr>
        <w:t xml:space="preserve"> </w:t>
      </w:r>
      <w:r w:rsidRPr="00116BFD">
        <w:rPr>
          <w:rFonts w:ascii="Kalimati" w:hAnsi="Kalimati"/>
          <w:b/>
          <w:color w:val="222222"/>
          <w:cs/>
          <w:lang w:bidi="hi-IN"/>
        </w:rPr>
        <w:t>नेतृत्व</w:t>
      </w:r>
      <w:r w:rsidRPr="00116BFD">
        <w:rPr>
          <w:rFonts w:ascii="Kalimati" w:hAnsi="Kalimati"/>
          <w:b/>
          <w:color w:val="222222"/>
        </w:rPr>
        <w:t xml:space="preserve"> </w:t>
      </w:r>
      <w:r w:rsidRPr="00116BFD">
        <w:rPr>
          <w:rFonts w:ascii="Kalimati" w:hAnsi="Kalimati"/>
          <w:b/>
          <w:color w:val="222222"/>
          <w:cs/>
          <w:lang w:bidi="hi-IN"/>
        </w:rPr>
        <w:t>प्रदान</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432"/>
        <w:jc w:val="both"/>
        <w:rPr>
          <w:rFonts w:hint="eastAsia"/>
          <w:b/>
        </w:rPr>
      </w:pPr>
      <w:r w:rsidRPr="00116BFD">
        <w:rPr>
          <w:rFonts w:ascii="Kalimati" w:hAnsi="Kalimati"/>
          <w:b/>
          <w:color w:val="222222"/>
        </w:rPr>
        <w:t xml:space="preserve">7. </w:t>
      </w:r>
      <w:r w:rsidRPr="00116BFD">
        <w:rPr>
          <w:rFonts w:ascii="Kalimati" w:hAnsi="Kalimati"/>
          <w:b/>
          <w:color w:val="222222"/>
          <w:cs/>
          <w:lang w:bidi="hi-IN"/>
        </w:rPr>
        <w:t>संस्थाले</w:t>
      </w:r>
      <w:r w:rsidRPr="00116BFD">
        <w:rPr>
          <w:rFonts w:ascii="Kalimati" w:hAnsi="Kalimati"/>
          <w:b/>
          <w:color w:val="222222"/>
        </w:rPr>
        <w:t xml:space="preserve"> </w:t>
      </w:r>
      <w:r w:rsidRPr="00116BFD">
        <w:rPr>
          <w:rFonts w:ascii="Kalimati" w:hAnsi="Kalimati"/>
          <w:b/>
          <w:color w:val="222222"/>
          <w:cs/>
          <w:lang w:bidi="hi-IN"/>
        </w:rPr>
        <w:t>आर्जन</w:t>
      </w:r>
      <w:r w:rsidRPr="00116BFD">
        <w:rPr>
          <w:rFonts w:ascii="Kalimati" w:hAnsi="Kalimati"/>
          <w:b/>
          <w:color w:val="222222"/>
        </w:rPr>
        <w:t>/</w:t>
      </w:r>
      <w:r w:rsidRPr="00116BFD">
        <w:rPr>
          <w:rFonts w:ascii="Kalimati" w:hAnsi="Kalimati"/>
          <w:b/>
          <w:color w:val="222222"/>
          <w:cs/>
          <w:lang w:bidi="hi-IN"/>
        </w:rPr>
        <w:t>प्राप्त</w:t>
      </w:r>
      <w:r w:rsidRPr="00116BFD">
        <w:rPr>
          <w:rFonts w:ascii="Kalimati" w:hAnsi="Kalimati"/>
          <w:b/>
          <w:color w:val="222222"/>
        </w:rPr>
        <w:t xml:space="preserve"> </w:t>
      </w:r>
      <w:r w:rsidRPr="00116BFD">
        <w:rPr>
          <w:rFonts w:ascii="Kalimati" w:hAnsi="Kalimati"/>
          <w:b/>
          <w:color w:val="222222"/>
          <w:cs/>
          <w:lang w:bidi="hi-IN"/>
        </w:rPr>
        <w:t>गरेको</w:t>
      </w:r>
      <w:r w:rsidRPr="00116BFD">
        <w:rPr>
          <w:rFonts w:ascii="Kalimati" w:hAnsi="Kalimati"/>
          <w:b/>
          <w:color w:val="222222"/>
        </w:rPr>
        <w:t xml:space="preserve"> </w:t>
      </w:r>
      <w:r w:rsidRPr="00116BFD">
        <w:rPr>
          <w:rFonts w:ascii="Kalimati" w:hAnsi="Kalimati"/>
          <w:b/>
          <w:color w:val="222222"/>
          <w:cs/>
          <w:lang w:bidi="hi-IN"/>
        </w:rPr>
        <w:t>नगद</w:t>
      </w:r>
      <w:r w:rsidRPr="00116BFD">
        <w:rPr>
          <w:rFonts w:ascii="Kalimati" w:hAnsi="Kalimati"/>
          <w:b/>
          <w:color w:val="222222"/>
        </w:rPr>
        <w:t xml:space="preserve"> </w:t>
      </w:r>
      <w:r w:rsidRPr="00116BFD">
        <w:rPr>
          <w:rFonts w:ascii="Kalimati" w:hAnsi="Kalimati"/>
          <w:b/>
          <w:color w:val="222222"/>
          <w:cs/>
          <w:lang w:bidi="hi-IN"/>
        </w:rPr>
        <w:t>वा</w:t>
      </w:r>
      <w:r w:rsidRPr="00116BFD">
        <w:rPr>
          <w:rFonts w:ascii="Kalimati" w:hAnsi="Kalimati"/>
          <w:b/>
          <w:color w:val="222222"/>
        </w:rPr>
        <w:t xml:space="preserve"> </w:t>
      </w:r>
      <w:r w:rsidRPr="00116BFD">
        <w:rPr>
          <w:rFonts w:ascii="Kalimati" w:hAnsi="Kalimati"/>
          <w:b/>
          <w:color w:val="222222"/>
          <w:cs/>
          <w:lang w:bidi="hi-IN"/>
        </w:rPr>
        <w:t>जिन्सी</w:t>
      </w:r>
      <w:r w:rsidRPr="00116BFD">
        <w:rPr>
          <w:rFonts w:ascii="Kalimati" w:hAnsi="Kalimati"/>
          <w:b/>
          <w:color w:val="222222"/>
        </w:rPr>
        <w:t xml:space="preserve"> </w:t>
      </w:r>
      <w:r w:rsidRPr="00116BFD">
        <w:rPr>
          <w:rFonts w:ascii="Kalimati" w:hAnsi="Kalimati"/>
          <w:b/>
          <w:color w:val="222222"/>
          <w:cs/>
          <w:lang w:bidi="hi-IN"/>
        </w:rPr>
        <w:t>सामानको</w:t>
      </w:r>
      <w:r w:rsidRPr="00116BFD">
        <w:rPr>
          <w:rFonts w:ascii="Kalimati" w:hAnsi="Kalimati"/>
          <w:b/>
          <w:color w:val="222222"/>
        </w:rPr>
        <w:t xml:space="preserve"> </w:t>
      </w:r>
      <w:r w:rsidRPr="00116BFD">
        <w:rPr>
          <w:rFonts w:ascii="Kalimati" w:hAnsi="Kalimati"/>
          <w:b/>
          <w:color w:val="222222"/>
          <w:cs/>
          <w:lang w:bidi="hi-IN"/>
        </w:rPr>
        <w:t>सुरक्षाको</w:t>
      </w:r>
      <w:r w:rsidRPr="00116BFD">
        <w:rPr>
          <w:rFonts w:ascii="Kalimati" w:hAnsi="Kalimati"/>
          <w:b/>
          <w:color w:val="222222"/>
        </w:rPr>
        <w:t xml:space="preserve"> </w:t>
      </w:r>
      <w:r w:rsidRPr="00116BFD">
        <w:rPr>
          <w:rFonts w:ascii="Kalimati" w:hAnsi="Kalimati"/>
          <w:b/>
          <w:color w:val="222222"/>
          <w:cs/>
          <w:lang w:bidi="hi-IN"/>
        </w:rPr>
        <w:t>प्रबन्ध</w:t>
      </w:r>
      <w:r w:rsidRPr="00116BFD">
        <w:rPr>
          <w:rFonts w:ascii="Kalimati" w:hAnsi="Kalimati"/>
          <w:b/>
          <w:color w:val="222222"/>
        </w:rPr>
        <w:t xml:space="preserve"> </w:t>
      </w:r>
      <w:r w:rsidRPr="00116BFD">
        <w:rPr>
          <w:rFonts w:ascii="Kalimati" w:hAnsi="Kalimati"/>
          <w:b/>
          <w:color w:val="222222"/>
          <w:cs/>
          <w:lang w:bidi="hi-IN"/>
        </w:rPr>
        <w:t>मिलाउने</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432"/>
        <w:jc w:val="both"/>
        <w:rPr>
          <w:rFonts w:hint="eastAsia"/>
          <w:b/>
        </w:rPr>
      </w:pPr>
      <w:r w:rsidRPr="00116BFD">
        <w:rPr>
          <w:rFonts w:ascii="Kalimati" w:hAnsi="Kalimati"/>
          <w:b/>
          <w:color w:val="222222"/>
        </w:rPr>
        <w:t xml:space="preserve">8. </w:t>
      </w:r>
      <w:r w:rsidRPr="00116BFD">
        <w:rPr>
          <w:rFonts w:ascii="Kalimati" w:hAnsi="Kalimati"/>
          <w:b/>
          <w:color w:val="222222"/>
          <w:cs/>
          <w:lang w:bidi="hi-IN"/>
        </w:rPr>
        <w:t>विशेष</w:t>
      </w:r>
      <w:r w:rsidRPr="00116BFD">
        <w:rPr>
          <w:rFonts w:ascii="Kalimati" w:hAnsi="Kalimati"/>
          <w:b/>
          <w:color w:val="222222"/>
        </w:rPr>
        <w:t xml:space="preserve"> </w:t>
      </w:r>
      <w:r w:rsidRPr="00116BFD">
        <w:rPr>
          <w:rFonts w:ascii="Kalimati" w:hAnsi="Kalimati"/>
          <w:b/>
          <w:color w:val="222222"/>
          <w:cs/>
          <w:lang w:bidi="hi-IN"/>
        </w:rPr>
        <w:t>बैठकको</w:t>
      </w:r>
      <w:r w:rsidRPr="00116BFD">
        <w:rPr>
          <w:rFonts w:ascii="Kalimati" w:hAnsi="Kalimati"/>
          <w:b/>
          <w:color w:val="222222"/>
        </w:rPr>
        <w:t xml:space="preserve"> </w:t>
      </w:r>
      <w:r w:rsidRPr="00116BFD">
        <w:rPr>
          <w:rFonts w:ascii="Kalimati" w:hAnsi="Kalimati"/>
          <w:b/>
          <w:color w:val="222222"/>
          <w:cs/>
          <w:lang w:bidi="hi-IN"/>
        </w:rPr>
        <w:t>आवश्यकता</w:t>
      </w:r>
      <w:r w:rsidRPr="00116BFD">
        <w:rPr>
          <w:rFonts w:ascii="Kalimati" w:hAnsi="Kalimati"/>
          <w:b/>
          <w:color w:val="222222"/>
        </w:rPr>
        <w:t xml:space="preserve"> </w:t>
      </w:r>
      <w:r w:rsidRPr="00116BFD">
        <w:rPr>
          <w:rFonts w:ascii="Kalimati" w:hAnsi="Kalimati"/>
          <w:b/>
          <w:color w:val="222222"/>
          <w:cs/>
          <w:lang w:bidi="hi-IN"/>
        </w:rPr>
        <w:t>परेमा</w:t>
      </w:r>
      <w:r w:rsidRPr="00116BFD">
        <w:rPr>
          <w:rFonts w:ascii="Kalimati" w:hAnsi="Kalimati"/>
          <w:b/>
          <w:color w:val="222222"/>
        </w:rPr>
        <w:t xml:space="preserve"> </w:t>
      </w:r>
      <w:r w:rsidRPr="00116BFD">
        <w:rPr>
          <w:rFonts w:ascii="Kalimati" w:hAnsi="Kalimati"/>
          <w:b/>
          <w:color w:val="222222"/>
          <w:cs/>
          <w:lang w:bidi="hi-IN"/>
        </w:rPr>
        <w:t>विधान</w:t>
      </w:r>
      <w:r w:rsidRPr="00116BFD">
        <w:rPr>
          <w:rFonts w:ascii="Kalimati" w:hAnsi="Kalimati"/>
          <w:b/>
          <w:color w:val="222222"/>
        </w:rPr>
        <w:t xml:space="preserve"> </w:t>
      </w:r>
      <w:r w:rsidRPr="00116BFD">
        <w:rPr>
          <w:rFonts w:ascii="Kalimati" w:hAnsi="Kalimati"/>
          <w:b/>
          <w:color w:val="222222"/>
          <w:cs/>
          <w:lang w:bidi="hi-IN"/>
        </w:rPr>
        <w:t>बमोजिम</w:t>
      </w:r>
      <w:r w:rsidRPr="00116BFD">
        <w:rPr>
          <w:rFonts w:ascii="Kalimati" w:hAnsi="Kalimati"/>
          <w:b/>
          <w:color w:val="222222"/>
        </w:rPr>
        <w:t xml:space="preserve"> </w:t>
      </w:r>
      <w:r w:rsidRPr="00116BFD">
        <w:rPr>
          <w:rFonts w:ascii="Kalimati" w:hAnsi="Kalimati"/>
          <w:b/>
          <w:color w:val="222222"/>
          <w:cs/>
          <w:lang w:bidi="hi-IN"/>
        </w:rPr>
        <w:t>बैठक</w:t>
      </w:r>
      <w:r w:rsidRPr="00116BFD">
        <w:rPr>
          <w:rFonts w:ascii="Kalimati" w:hAnsi="Kalimati"/>
          <w:b/>
          <w:color w:val="222222"/>
        </w:rPr>
        <w:t xml:space="preserve"> </w:t>
      </w:r>
      <w:r w:rsidRPr="00116BFD">
        <w:rPr>
          <w:rFonts w:ascii="Kalimati" w:hAnsi="Kalimati"/>
          <w:b/>
          <w:color w:val="222222"/>
          <w:cs/>
          <w:lang w:bidi="hi-IN"/>
        </w:rPr>
        <w:t>बोलाउने</w:t>
      </w:r>
      <w:r w:rsidRPr="00116BFD">
        <w:rPr>
          <w:rFonts w:ascii="Kalimati" w:hAnsi="Kalimati"/>
          <w:b/>
          <w:color w:val="222222"/>
        </w:rPr>
        <w:t xml:space="preserve"> </w:t>
      </w:r>
      <w:r w:rsidRPr="00116BFD">
        <w:rPr>
          <w:rFonts w:ascii="Kalimati" w:hAnsi="Kalimati"/>
          <w:b/>
          <w:color w:val="222222"/>
          <w:cs/>
          <w:lang w:bidi="hi-IN"/>
        </w:rPr>
        <w:t>।</w:t>
      </w:r>
    </w:p>
    <w:p w:rsidR="00116BFD" w:rsidRPr="00116BFD" w:rsidRDefault="00116BFD" w:rsidP="00116BFD">
      <w:pPr>
        <w:spacing w:before="40"/>
        <w:ind w:left="432"/>
        <w:jc w:val="both"/>
        <w:rPr>
          <w:rFonts w:hint="eastAsia"/>
          <w:b/>
        </w:rPr>
      </w:pPr>
      <w:r w:rsidRPr="00116BFD">
        <w:rPr>
          <w:rFonts w:ascii="Kalimati" w:hAnsi="Kalimati"/>
          <w:b/>
          <w:color w:val="222222"/>
        </w:rPr>
        <w:t xml:space="preserve">9. </w:t>
      </w:r>
      <w:r w:rsidRPr="00116BFD">
        <w:rPr>
          <w:rFonts w:ascii="Kalimati" w:hAnsi="Kalimati"/>
          <w:b/>
          <w:color w:val="222222"/>
          <w:cs/>
          <w:lang w:bidi="hi-IN"/>
        </w:rPr>
        <w:t>कार्यविधि</w:t>
      </w:r>
      <w:r w:rsidRPr="00116BFD">
        <w:rPr>
          <w:rFonts w:ascii="Kalimati" w:hAnsi="Kalimati"/>
          <w:b/>
          <w:color w:val="222222"/>
        </w:rPr>
        <w:t xml:space="preserve"> </w:t>
      </w:r>
      <w:r w:rsidRPr="00116BFD">
        <w:rPr>
          <w:rFonts w:ascii="Kalimati" w:hAnsi="Kalimati"/>
          <w:b/>
          <w:color w:val="222222"/>
          <w:cs/>
          <w:lang w:bidi="hi-IN"/>
        </w:rPr>
        <w:t>बमोजिम</w:t>
      </w:r>
      <w:r w:rsidRPr="00116BFD">
        <w:rPr>
          <w:rFonts w:ascii="Kalimati" w:hAnsi="Kalimati"/>
          <w:b/>
          <w:color w:val="222222"/>
        </w:rPr>
        <w:t xml:space="preserve"> </w:t>
      </w:r>
      <w:r w:rsidRPr="00116BFD">
        <w:rPr>
          <w:rFonts w:ascii="Kalimati" w:hAnsi="Kalimati"/>
          <w:b/>
          <w:color w:val="222222"/>
          <w:cs/>
          <w:lang w:bidi="hi-IN"/>
        </w:rPr>
        <w:t>अन्य</w:t>
      </w:r>
      <w:r w:rsidRPr="00116BFD">
        <w:rPr>
          <w:rFonts w:ascii="Kalimati" w:hAnsi="Kalimati"/>
          <w:b/>
          <w:color w:val="222222"/>
        </w:rPr>
        <w:t xml:space="preserve"> </w:t>
      </w:r>
      <w:r w:rsidRPr="00116BFD">
        <w:rPr>
          <w:rFonts w:ascii="Kalimati" w:hAnsi="Kalimati"/>
          <w:b/>
          <w:color w:val="222222"/>
          <w:cs/>
          <w:lang w:bidi="hi-IN"/>
        </w:rPr>
        <w:t>कार्यहरु</w:t>
      </w:r>
      <w:r w:rsidRPr="00116BFD">
        <w:rPr>
          <w:rFonts w:ascii="Kalimati" w:hAnsi="Kalimati"/>
          <w:b/>
          <w:color w:val="222222"/>
        </w:rPr>
        <w:t xml:space="preserve"> </w:t>
      </w:r>
      <w:r w:rsidRPr="00116BFD">
        <w:rPr>
          <w:rFonts w:ascii="Kalimati" w:hAnsi="Kalimati"/>
          <w:b/>
          <w:color w:val="222222"/>
          <w:cs/>
          <w:lang w:bidi="hi-IN"/>
        </w:rPr>
        <w:t>गर्ने</w:t>
      </w:r>
      <w:r w:rsidRPr="00116BFD">
        <w:rPr>
          <w:rFonts w:ascii="Kalimati" w:hAnsi="Kalimati"/>
          <w:b/>
          <w:color w:val="222222"/>
        </w:rPr>
        <w:t xml:space="preserve"> </w:t>
      </w:r>
      <w:r w:rsidRPr="00116BFD">
        <w:rPr>
          <w:rFonts w:ascii="Kalimati" w:hAnsi="Kalimati"/>
          <w:b/>
          <w:color w:val="222222"/>
          <w:cs/>
          <w:lang w:bidi="hi-IN"/>
        </w:rPr>
        <w:t>।</w:t>
      </w:r>
    </w:p>
    <w:p w:rsidR="00116BFD" w:rsidRDefault="00116BFD" w:rsidP="00116BFD">
      <w:pPr>
        <w:spacing w:before="80" w:after="40"/>
        <w:jc w:val="both"/>
        <w:rPr>
          <w:rFonts w:hint="eastAsia"/>
        </w:rPr>
      </w:pPr>
      <w:r>
        <w:rPr>
          <w:rFonts w:ascii="Kalimati" w:hAnsi="Kalimati"/>
          <w:color w:val="222222"/>
          <w:cs/>
          <w:lang w:bidi="hi-IN"/>
        </w:rPr>
        <w:t>ख</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सचिवको</w:t>
      </w:r>
      <w:r>
        <w:rPr>
          <w:rFonts w:ascii="Kalimati" w:hAnsi="Kalimati"/>
          <w:color w:val="222222"/>
        </w:rPr>
        <w:t xml:space="preserve"> </w:t>
      </w:r>
      <w:r>
        <w:rPr>
          <w:rFonts w:ascii="Kalimati" w:hAnsi="Kalimati"/>
          <w:color w:val="222222"/>
          <w:cs/>
          <w:lang w:bidi="hi-IN"/>
        </w:rPr>
        <w:t>काम</w:t>
      </w:r>
      <w:r>
        <w:rPr>
          <w:rFonts w:ascii="Kalimati" w:hAnsi="Kalimati"/>
          <w:color w:val="222222"/>
        </w:rPr>
        <w:t xml:space="preserve">, </w:t>
      </w:r>
      <w:r>
        <w:rPr>
          <w:rFonts w:ascii="Kalimati" w:hAnsi="Kalimati"/>
          <w:color w:val="222222"/>
          <w:cs/>
          <w:lang w:bidi="hi-IN"/>
        </w:rPr>
        <w:t>कर्तव्य</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अधिकार</w:t>
      </w:r>
      <w:r>
        <w:rPr>
          <w:rFonts w:ascii="Kalimati" w:hAnsi="Kalimati"/>
          <w:color w:val="222222"/>
        </w:rPr>
        <w:t xml:space="preserve"> :</w:t>
      </w:r>
    </w:p>
    <w:p w:rsidR="00116BFD" w:rsidRDefault="00116BFD" w:rsidP="00116BFD">
      <w:pPr>
        <w:spacing w:before="40"/>
        <w:ind w:left="432"/>
        <w:jc w:val="both"/>
        <w:rPr>
          <w:rFonts w:hint="eastAsia"/>
        </w:rPr>
      </w:pPr>
      <w:r>
        <w:rPr>
          <w:rFonts w:ascii="Kalimati" w:hAnsi="Kalimati"/>
          <w:b/>
          <w:color w:val="222222"/>
        </w:rPr>
        <w:t xml:space="preserve">1. </w:t>
      </w:r>
      <w:r>
        <w:rPr>
          <w:rFonts w:ascii="Kalimati" w:hAnsi="Kalimati"/>
          <w:color w:val="222222"/>
          <w:cs/>
          <w:lang w:bidi="hi-IN"/>
        </w:rPr>
        <w:t>अध्यक्षको</w:t>
      </w:r>
      <w:r>
        <w:rPr>
          <w:rFonts w:ascii="Kalimati" w:hAnsi="Kalimati"/>
          <w:color w:val="222222"/>
        </w:rPr>
        <w:t xml:space="preserve"> </w:t>
      </w:r>
      <w:r>
        <w:rPr>
          <w:rFonts w:ascii="Kalimati" w:hAnsi="Kalimati"/>
          <w:color w:val="222222"/>
          <w:cs/>
          <w:lang w:bidi="hi-IN"/>
        </w:rPr>
        <w:t>आदेशअनुसार</w:t>
      </w:r>
      <w:r>
        <w:rPr>
          <w:rFonts w:ascii="Kalimati" w:hAnsi="Kalimati"/>
          <w:color w:val="222222"/>
        </w:rPr>
        <w:t xml:space="preserve"> </w:t>
      </w:r>
      <w:r>
        <w:rPr>
          <w:rFonts w:ascii="Kalimati" w:hAnsi="Kalimati"/>
          <w:color w:val="222222"/>
          <w:cs/>
          <w:lang w:bidi="hi-IN"/>
        </w:rPr>
        <w:t>बैठक</w:t>
      </w:r>
      <w:r>
        <w:rPr>
          <w:rFonts w:ascii="Kalimati" w:hAnsi="Kalimati"/>
          <w:color w:val="222222"/>
        </w:rPr>
        <w:t xml:space="preserve"> </w:t>
      </w:r>
      <w:r>
        <w:rPr>
          <w:rFonts w:ascii="Kalimati" w:hAnsi="Kalimati"/>
          <w:color w:val="222222"/>
          <w:cs/>
          <w:lang w:bidi="hi-IN"/>
        </w:rPr>
        <w:t>बोलाउने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2. </w:t>
      </w:r>
      <w:r>
        <w:rPr>
          <w:rFonts w:ascii="Kalimati" w:hAnsi="Kalimati"/>
          <w:color w:val="222222"/>
          <w:cs/>
          <w:lang w:bidi="hi-IN"/>
        </w:rPr>
        <w:t>एकतिहाइ</w:t>
      </w:r>
      <w:r>
        <w:rPr>
          <w:rFonts w:ascii="Kalimati" w:hAnsi="Kalimati"/>
          <w:color w:val="222222"/>
        </w:rPr>
        <w:t xml:space="preserve"> </w:t>
      </w:r>
      <w:r>
        <w:rPr>
          <w:rFonts w:ascii="Kalimati" w:hAnsi="Kalimati"/>
          <w:color w:val="222222"/>
          <w:cs/>
          <w:lang w:bidi="hi-IN"/>
        </w:rPr>
        <w:t>सदस्यले</w:t>
      </w:r>
      <w:r>
        <w:rPr>
          <w:rFonts w:ascii="Kalimati" w:hAnsi="Kalimati"/>
          <w:color w:val="222222"/>
        </w:rPr>
        <w:t xml:space="preserve"> </w:t>
      </w:r>
      <w:r>
        <w:rPr>
          <w:rFonts w:ascii="Kalimati" w:hAnsi="Kalimati"/>
          <w:color w:val="222222"/>
          <w:cs/>
          <w:lang w:bidi="hi-IN"/>
        </w:rPr>
        <w:t>विशेष</w:t>
      </w:r>
      <w:r>
        <w:rPr>
          <w:rFonts w:ascii="Kalimati" w:hAnsi="Kalimati"/>
          <w:color w:val="222222"/>
        </w:rPr>
        <w:t xml:space="preserve"> </w:t>
      </w:r>
      <w:r>
        <w:rPr>
          <w:rFonts w:ascii="Kalimati" w:hAnsi="Kalimati"/>
          <w:color w:val="222222"/>
          <w:cs/>
          <w:lang w:bidi="hi-IN"/>
        </w:rPr>
        <w:t>बैठकका</w:t>
      </w:r>
      <w:r>
        <w:rPr>
          <w:rFonts w:ascii="Kalimati" w:hAnsi="Kalimati"/>
          <w:color w:val="222222"/>
        </w:rPr>
        <w:t xml:space="preserve"> </w:t>
      </w:r>
      <w:r>
        <w:rPr>
          <w:rFonts w:ascii="Kalimati" w:hAnsi="Kalimati"/>
          <w:color w:val="222222"/>
          <w:cs/>
          <w:lang w:bidi="hi-IN"/>
        </w:rPr>
        <w:t>लागि</w:t>
      </w:r>
      <w:r>
        <w:rPr>
          <w:rFonts w:ascii="Kalimati" w:hAnsi="Kalimati"/>
          <w:color w:val="222222"/>
        </w:rPr>
        <w:t xml:space="preserve"> </w:t>
      </w:r>
      <w:r>
        <w:rPr>
          <w:rFonts w:ascii="Kalimati" w:hAnsi="Kalimati"/>
          <w:color w:val="222222"/>
          <w:cs/>
          <w:lang w:bidi="hi-IN"/>
        </w:rPr>
        <w:t>लिखित</w:t>
      </w:r>
      <w:r>
        <w:rPr>
          <w:rFonts w:ascii="Kalimati" w:hAnsi="Kalimati"/>
          <w:color w:val="222222"/>
        </w:rPr>
        <w:t xml:space="preserve"> </w:t>
      </w:r>
      <w:r>
        <w:rPr>
          <w:rFonts w:ascii="Kalimati" w:hAnsi="Kalimati"/>
          <w:color w:val="222222"/>
          <w:cs/>
          <w:lang w:bidi="hi-IN"/>
        </w:rPr>
        <w:t>माग</w:t>
      </w:r>
      <w:r>
        <w:rPr>
          <w:rFonts w:ascii="Kalimati" w:hAnsi="Kalimati"/>
          <w:color w:val="222222"/>
        </w:rPr>
        <w:t xml:space="preserve"> </w:t>
      </w:r>
      <w:r>
        <w:rPr>
          <w:rFonts w:ascii="Kalimati" w:hAnsi="Kalimati"/>
          <w:color w:val="222222"/>
          <w:cs/>
          <w:lang w:bidi="hi-IN"/>
        </w:rPr>
        <w:t>गरेमा</w:t>
      </w:r>
      <w:r>
        <w:rPr>
          <w:rFonts w:ascii="Kalimati" w:hAnsi="Kalimati"/>
          <w:color w:val="222222"/>
        </w:rPr>
        <w:t xml:space="preserve"> </w:t>
      </w:r>
      <w:r>
        <w:rPr>
          <w:rFonts w:ascii="Kalimati" w:hAnsi="Kalimati"/>
          <w:color w:val="222222"/>
          <w:cs/>
          <w:lang w:bidi="hi-IN"/>
        </w:rPr>
        <w:t>विधान</w:t>
      </w:r>
      <w:r>
        <w:rPr>
          <w:rFonts w:ascii="Kalimati" w:hAnsi="Kalimati"/>
          <w:color w:val="222222"/>
        </w:rPr>
        <w:t xml:space="preserve"> </w:t>
      </w:r>
      <w:r>
        <w:rPr>
          <w:rFonts w:ascii="Kalimati" w:hAnsi="Kalimati"/>
          <w:color w:val="222222"/>
          <w:cs/>
          <w:lang w:bidi="hi-IN"/>
        </w:rPr>
        <w:t>बमामेजिम</w:t>
      </w:r>
      <w:r>
        <w:rPr>
          <w:rFonts w:ascii="Kalimati" w:hAnsi="Kalimati"/>
          <w:color w:val="222222"/>
        </w:rPr>
        <w:t xml:space="preserve"> </w:t>
      </w:r>
      <w:r>
        <w:rPr>
          <w:rFonts w:ascii="Kalimati" w:hAnsi="Kalimati"/>
          <w:color w:val="222222"/>
          <w:cs/>
          <w:lang w:bidi="hi-IN"/>
        </w:rPr>
        <w:t>बैठक</w:t>
      </w:r>
      <w:r>
        <w:rPr>
          <w:rFonts w:ascii="Kalimati" w:hAnsi="Kalimati"/>
          <w:color w:val="222222"/>
        </w:rPr>
        <w:t xml:space="preserve"> </w:t>
      </w:r>
      <w:r>
        <w:rPr>
          <w:rFonts w:ascii="Kalimati" w:hAnsi="Kalimati"/>
          <w:color w:val="222222"/>
          <w:cs/>
          <w:lang w:bidi="hi-IN"/>
        </w:rPr>
        <w:t>बोलाउने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3. </w:t>
      </w:r>
      <w:r>
        <w:rPr>
          <w:rFonts w:ascii="Kalimati" w:hAnsi="Kalimati"/>
          <w:color w:val="222222"/>
          <w:cs/>
          <w:lang w:bidi="hi-IN"/>
        </w:rPr>
        <w:t>छलफलका</w:t>
      </w:r>
      <w:r>
        <w:rPr>
          <w:rFonts w:ascii="Kalimati" w:hAnsi="Kalimati"/>
          <w:color w:val="222222"/>
        </w:rPr>
        <w:t xml:space="preserve"> </w:t>
      </w:r>
      <w:r>
        <w:rPr>
          <w:rFonts w:ascii="Kalimati" w:hAnsi="Kalimati"/>
          <w:color w:val="222222"/>
          <w:cs/>
          <w:lang w:bidi="hi-IN"/>
        </w:rPr>
        <w:t>प्रस्तावहरु</w:t>
      </w:r>
      <w:r>
        <w:rPr>
          <w:rFonts w:ascii="Kalimati" w:hAnsi="Kalimati"/>
          <w:color w:val="222222"/>
        </w:rPr>
        <w:t xml:space="preserve"> </w:t>
      </w:r>
      <w:r>
        <w:rPr>
          <w:rFonts w:ascii="Kalimati" w:hAnsi="Kalimati"/>
          <w:color w:val="222222"/>
          <w:cs/>
          <w:lang w:bidi="hi-IN"/>
        </w:rPr>
        <w:t>संकलन</w:t>
      </w:r>
      <w:r>
        <w:rPr>
          <w:rFonts w:ascii="Kalimati" w:hAnsi="Kalimati"/>
          <w:color w:val="222222"/>
        </w:rPr>
        <w:t xml:space="preserve"> </w:t>
      </w:r>
      <w:r>
        <w:rPr>
          <w:rFonts w:ascii="Kalimati" w:hAnsi="Kalimati"/>
          <w:color w:val="222222"/>
          <w:cs/>
          <w:lang w:bidi="hi-IN"/>
        </w:rPr>
        <w:t>गरी</w:t>
      </w:r>
      <w:r>
        <w:rPr>
          <w:rFonts w:ascii="Kalimati" w:hAnsi="Kalimati"/>
          <w:color w:val="222222"/>
        </w:rPr>
        <w:t xml:space="preserve"> </w:t>
      </w:r>
      <w:r>
        <w:rPr>
          <w:rFonts w:ascii="Kalimati" w:hAnsi="Kalimati"/>
          <w:color w:val="222222"/>
          <w:cs/>
          <w:lang w:bidi="hi-IN"/>
        </w:rPr>
        <w:t>बैठकमा</w:t>
      </w:r>
      <w:r>
        <w:rPr>
          <w:rFonts w:ascii="Kalimati" w:hAnsi="Kalimati"/>
          <w:color w:val="222222"/>
        </w:rPr>
        <w:t xml:space="preserve"> </w:t>
      </w:r>
      <w:r>
        <w:rPr>
          <w:rFonts w:ascii="Kalimati" w:hAnsi="Kalimati"/>
          <w:color w:val="222222"/>
          <w:cs/>
          <w:lang w:bidi="hi-IN"/>
        </w:rPr>
        <w:t>पेश</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बैठकको</w:t>
      </w:r>
      <w:r>
        <w:rPr>
          <w:rFonts w:ascii="Kalimati" w:hAnsi="Kalimati"/>
          <w:color w:val="222222"/>
        </w:rPr>
        <w:t xml:space="preserve"> </w:t>
      </w:r>
      <w:r>
        <w:rPr>
          <w:rFonts w:ascii="Kalimati" w:hAnsi="Kalimati"/>
          <w:color w:val="222222"/>
          <w:cs/>
          <w:lang w:bidi="hi-IN"/>
        </w:rPr>
        <w:t>निर्णय</w:t>
      </w:r>
      <w:r>
        <w:rPr>
          <w:rFonts w:ascii="Kalimati" w:hAnsi="Kalimati"/>
          <w:color w:val="222222"/>
        </w:rPr>
        <w:t xml:space="preserve"> </w:t>
      </w:r>
      <w:r>
        <w:rPr>
          <w:rFonts w:ascii="Kalimati" w:hAnsi="Kalimati"/>
          <w:color w:val="222222"/>
          <w:cs/>
          <w:lang w:bidi="hi-IN"/>
        </w:rPr>
        <w:t>लेखि</w:t>
      </w:r>
      <w:r>
        <w:rPr>
          <w:rFonts w:ascii="Kalimati" w:hAnsi="Kalimati"/>
          <w:color w:val="222222"/>
        </w:rPr>
        <w:t xml:space="preserve"> </w:t>
      </w:r>
      <w:r>
        <w:rPr>
          <w:rFonts w:ascii="Kalimati" w:hAnsi="Kalimati"/>
          <w:color w:val="222222"/>
          <w:cs/>
          <w:lang w:bidi="hi-IN"/>
        </w:rPr>
        <w:t>निर्णय</w:t>
      </w:r>
      <w:r>
        <w:rPr>
          <w:rFonts w:ascii="Kalimati" w:hAnsi="Kalimati"/>
          <w:color w:val="222222"/>
        </w:rPr>
        <w:t xml:space="preserve"> </w:t>
      </w:r>
      <w:r>
        <w:rPr>
          <w:rFonts w:ascii="Kalimati" w:hAnsi="Kalimati"/>
          <w:color w:val="222222"/>
          <w:cs/>
          <w:lang w:bidi="hi-IN"/>
        </w:rPr>
        <w:t>प्रमाणित</w:t>
      </w:r>
      <w:r>
        <w:rPr>
          <w:rFonts w:ascii="Kalimati" w:hAnsi="Kalimati"/>
          <w:color w:val="222222"/>
        </w:rPr>
        <w:t xml:space="preserve"> </w:t>
      </w:r>
      <w:r>
        <w:rPr>
          <w:rFonts w:ascii="Kalimati" w:hAnsi="Kalimati"/>
          <w:color w:val="222222"/>
          <w:cs/>
          <w:lang w:bidi="hi-IN"/>
        </w:rPr>
        <w:t>गर्ने</w:t>
      </w:r>
      <w:r>
        <w:rPr>
          <w:rFonts w:ascii="Kalimati" w:hAnsi="Kalimati"/>
          <w:color w:val="222222"/>
        </w:rPr>
        <w:t>/</w:t>
      </w:r>
      <w:r>
        <w:rPr>
          <w:rFonts w:ascii="Kalimati" w:hAnsi="Kalimati"/>
          <w:color w:val="222222"/>
          <w:cs/>
          <w:lang w:bidi="hi-IN"/>
        </w:rPr>
        <w:t>गराउने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4. </w:t>
      </w:r>
      <w:r>
        <w:rPr>
          <w:rFonts w:ascii="Kalimati" w:hAnsi="Kalimati"/>
          <w:color w:val="222222"/>
          <w:cs/>
          <w:lang w:bidi="hi-IN"/>
        </w:rPr>
        <w:t>संस्थाले</w:t>
      </w:r>
      <w:r>
        <w:rPr>
          <w:rFonts w:ascii="Kalimati" w:hAnsi="Kalimati"/>
          <w:color w:val="222222"/>
        </w:rPr>
        <w:t xml:space="preserve"> </w:t>
      </w:r>
      <w:r>
        <w:rPr>
          <w:rFonts w:ascii="Kalimati" w:hAnsi="Kalimati"/>
          <w:color w:val="222222"/>
          <w:cs/>
          <w:lang w:bidi="hi-IN"/>
        </w:rPr>
        <w:t>गरेका</w:t>
      </w:r>
      <w:r>
        <w:rPr>
          <w:rFonts w:ascii="Kalimati" w:hAnsi="Kalimati"/>
          <w:color w:val="222222"/>
        </w:rPr>
        <w:t xml:space="preserve"> </w:t>
      </w:r>
      <w:r>
        <w:rPr>
          <w:rFonts w:ascii="Kalimati" w:hAnsi="Kalimati"/>
          <w:color w:val="222222"/>
          <w:cs/>
          <w:lang w:bidi="hi-IN"/>
        </w:rPr>
        <w:t>विभिन्न</w:t>
      </w:r>
      <w:r>
        <w:rPr>
          <w:rFonts w:ascii="Kalimati" w:hAnsi="Kalimati"/>
          <w:color w:val="222222"/>
        </w:rPr>
        <w:t xml:space="preserve"> </w:t>
      </w:r>
      <w:r>
        <w:rPr>
          <w:rFonts w:ascii="Kalimati" w:hAnsi="Kalimati"/>
          <w:color w:val="222222"/>
          <w:cs/>
          <w:lang w:bidi="hi-IN"/>
        </w:rPr>
        <w:t>क्रियाकलापहरुको</w:t>
      </w:r>
      <w:r>
        <w:rPr>
          <w:rFonts w:ascii="Kalimati" w:hAnsi="Kalimati"/>
          <w:color w:val="222222"/>
        </w:rPr>
        <w:t xml:space="preserve"> </w:t>
      </w:r>
      <w:r>
        <w:rPr>
          <w:rFonts w:ascii="Kalimati" w:hAnsi="Kalimati"/>
          <w:color w:val="222222"/>
          <w:cs/>
          <w:lang w:bidi="hi-IN"/>
        </w:rPr>
        <w:t>बारेमा</w:t>
      </w:r>
      <w:r>
        <w:rPr>
          <w:rFonts w:ascii="Kalimati" w:hAnsi="Kalimati"/>
          <w:color w:val="222222"/>
        </w:rPr>
        <w:t xml:space="preserve"> </w:t>
      </w:r>
      <w:r>
        <w:rPr>
          <w:rFonts w:ascii="Kalimati" w:hAnsi="Kalimati"/>
          <w:color w:val="222222"/>
          <w:cs/>
          <w:lang w:bidi="hi-IN"/>
        </w:rPr>
        <w:t>सदस्यहरुलाई</w:t>
      </w:r>
      <w:r>
        <w:rPr>
          <w:rFonts w:ascii="Kalimati" w:hAnsi="Kalimati"/>
          <w:color w:val="222222"/>
        </w:rPr>
        <w:t xml:space="preserve"> </w:t>
      </w:r>
      <w:r>
        <w:rPr>
          <w:rFonts w:ascii="Kalimati" w:hAnsi="Kalimati"/>
          <w:color w:val="222222"/>
          <w:cs/>
          <w:lang w:bidi="hi-IN"/>
        </w:rPr>
        <w:t>जानकारी</w:t>
      </w:r>
      <w:r>
        <w:rPr>
          <w:rFonts w:ascii="Kalimati" w:hAnsi="Kalimati"/>
          <w:color w:val="222222"/>
        </w:rPr>
        <w:t xml:space="preserve"> </w:t>
      </w:r>
      <w:r>
        <w:rPr>
          <w:rFonts w:ascii="Kalimati" w:hAnsi="Kalimati"/>
          <w:color w:val="222222"/>
          <w:cs/>
          <w:lang w:bidi="hi-IN"/>
        </w:rPr>
        <w:t>गरावने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5. </w:t>
      </w:r>
      <w:r>
        <w:rPr>
          <w:rFonts w:ascii="Kalimati" w:hAnsi="Kalimati"/>
          <w:color w:val="222222"/>
          <w:cs/>
          <w:lang w:bidi="hi-IN"/>
        </w:rPr>
        <w:t>तोकिएका</w:t>
      </w:r>
      <w:r>
        <w:rPr>
          <w:rFonts w:ascii="Kalimati" w:hAnsi="Kalimati"/>
          <w:color w:val="222222"/>
        </w:rPr>
        <w:t xml:space="preserve"> </w:t>
      </w:r>
      <w:r>
        <w:rPr>
          <w:rFonts w:ascii="Kalimati" w:hAnsi="Kalimati"/>
          <w:color w:val="222222"/>
          <w:cs/>
          <w:lang w:bidi="hi-IN"/>
        </w:rPr>
        <w:t>अन्य</w:t>
      </w:r>
      <w:r>
        <w:rPr>
          <w:rFonts w:ascii="Kalimati" w:hAnsi="Kalimati"/>
          <w:color w:val="222222"/>
        </w:rPr>
        <w:t xml:space="preserve"> </w:t>
      </w:r>
      <w:r>
        <w:rPr>
          <w:rFonts w:ascii="Kalimati" w:hAnsi="Kalimati"/>
          <w:color w:val="222222"/>
          <w:cs/>
          <w:lang w:bidi="hi-IN"/>
        </w:rPr>
        <w:t>कार्यहरु</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80" w:after="40"/>
        <w:jc w:val="both"/>
        <w:rPr>
          <w:rFonts w:hint="eastAsia"/>
        </w:rPr>
      </w:pPr>
      <w:r>
        <w:rPr>
          <w:rFonts w:ascii="Kalimati" w:hAnsi="Kalimati"/>
          <w:color w:val="222222"/>
          <w:cs/>
          <w:lang w:bidi="hi-IN"/>
        </w:rPr>
        <w:t>ग</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कोषाध्यक्षको</w:t>
      </w:r>
      <w:r>
        <w:rPr>
          <w:rFonts w:ascii="Kalimati" w:hAnsi="Kalimati"/>
          <w:color w:val="222222"/>
        </w:rPr>
        <w:t xml:space="preserve"> </w:t>
      </w:r>
      <w:r>
        <w:rPr>
          <w:rFonts w:ascii="Kalimati" w:hAnsi="Kalimati"/>
          <w:color w:val="222222"/>
          <w:cs/>
          <w:lang w:bidi="hi-IN"/>
        </w:rPr>
        <w:t>काम</w:t>
      </w:r>
      <w:r>
        <w:rPr>
          <w:rFonts w:ascii="Kalimati" w:hAnsi="Kalimati"/>
          <w:color w:val="222222"/>
        </w:rPr>
        <w:t xml:space="preserve">, </w:t>
      </w:r>
      <w:r>
        <w:rPr>
          <w:rFonts w:ascii="Kalimati" w:hAnsi="Kalimati"/>
          <w:color w:val="222222"/>
          <w:cs/>
          <w:lang w:bidi="hi-IN"/>
        </w:rPr>
        <w:t>कर्तव्य</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अधिकार</w:t>
      </w:r>
      <w:r>
        <w:rPr>
          <w:rFonts w:ascii="Kalimati" w:hAnsi="Kalimati"/>
          <w:color w:val="222222"/>
        </w:rPr>
        <w:t xml:space="preserve"> :</w:t>
      </w:r>
    </w:p>
    <w:p w:rsidR="00116BFD" w:rsidRDefault="00116BFD" w:rsidP="00116BFD">
      <w:pPr>
        <w:spacing w:before="40"/>
        <w:ind w:left="432"/>
        <w:jc w:val="both"/>
        <w:rPr>
          <w:rFonts w:hint="eastAsia"/>
        </w:rPr>
      </w:pPr>
      <w:r>
        <w:rPr>
          <w:rFonts w:ascii="Kalimati" w:hAnsi="Kalimati"/>
          <w:b/>
          <w:color w:val="222222"/>
        </w:rPr>
        <w:lastRenderedPageBreak/>
        <w:t xml:space="preserve">1.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आम्दानी</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खर्चको</w:t>
      </w:r>
      <w:r>
        <w:rPr>
          <w:rFonts w:ascii="Kalimati" w:hAnsi="Kalimati"/>
          <w:color w:val="222222"/>
        </w:rPr>
        <w:t xml:space="preserve"> </w:t>
      </w:r>
      <w:r>
        <w:rPr>
          <w:rFonts w:ascii="Kalimati" w:hAnsi="Kalimati"/>
          <w:color w:val="222222"/>
          <w:cs/>
          <w:lang w:bidi="hi-IN"/>
        </w:rPr>
        <w:t>विवरण</w:t>
      </w:r>
      <w:r>
        <w:rPr>
          <w:rFonts w:ascii="Kalimati" w:hAnsi="Kalimati"/>
          <w:color w:val="222222"/>
        </w:rPr>
        <w:t xml:space="preserve"> </w:t>
      </w:r>
      <w:r>
        <w:rPr>
          <w:rFonts w:ascii="Kalimati" w:hAnsi="Kalimati"/>
          <w:color w:val="222222"/>
          <w:cs/>
          <w:lang w:bidi="hi-IN"/>
        </w:rPr>
        <w:t>तयार</w:t>
      </w:r>
      <w:r>
        <w:rPr>
          <w:rFonts w:ascii="Kalimati" w:hAnsi="Kalimati"/>
          <w:color w:val="222222"/>
        </w:rPr>
        <w:t xml:space="preserve"> </w:t>
      </w:r>
      <w:r>
        <w:rPr>
          <w:rFonts w:ascii="Kalimati" w:hAnsi="Kalimati"/>
          <w:color w:val="222222"/>
          <w:cs/>
          <w:lang w:bidi="hi-IN"/>
        </w:rPr>
        <w:t>पार्ने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2. </w:t>
      </w:r>
      <w:r>
        <w:rPr>
          <w:rFonts w:ascii="Kalimati" w:hAnsi="Kalimati"/>
          <w:color w:val="222222"/>
          <w:cs/>
          <w:lang w:bidi="hi-IN"/>
        </w:rPr>
        <w:t>आम्दानी</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खर्चको</w:t>
      </w:r>
      <w:r>
        <w:rPr>
          <w:rFonts w:ascii="Kalimati" w:hAnsi="Kalimati"/>
          <w:color w:val="222222"/>
        </w:rPr>
        <w:t xml:space="preserve"> </w:t>
      </w:r>
      <w:r>
        <w:rPr>
          <w:rFonts w:ascii="Kalimati" w:hAnsi="Kalimati"/>
          <w:color w:val="222222"/>
          <w:cs/>
          <w:lang w:bidi="hi-IN"/>
        </w:rPr>
        <w:t>लेखापरीक्षण</w:t>
      </w:r>
      <w:r>
        <w:rPr>
          <w:rFonts w:ascii="Kalimati" w:hAnsi="Kalimati"/>
          <w:color w:val="222222"/>
        </w:rPr>
        <w:t xml:space="preserve"> </w:t>
      </w:r>
      <w:r>
        <w:rPr>
          <w:rFonts w:ascii="Kalimati" w:hAnsi="Kalimati"/>
          <w:color w:val="222222"/>
          <w:cs/>
          <w:lang w:bidi="hi-IN"/>
        </w:rPr>
        <w:t>गराउने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3. </w:t>
      </w:r>
      <w:r>
        <w:rPr>
          <w:color w:val="222222"/>
          <w:lang w:bidi="ne-NP"/>
        </w:rPr>
        <w:t>Bank</w:t>
      </w:r>
      <w:r>
        <w:rPr>
          <w:rFonts w:ascii="Kalimati" w:hAnsi="Kalimati"/>
          <w:color w:val="222222"/>
        </w:rPr>
        <w:t xml:space="preserve"> </w:t>
      </w:r>
      <w:r>
        <w:rPr>
          <w:rFonts w:ascii="Kalimati" w:hAnsi="Kalimati"/>
          <w:color w:val="222222"/>
          <w:cs/>
          <w:lang w:bidi="hi-IN"/>
        </w:rPr>
        <w:t>मा</w:t>
      </w:r>
      <w:r>
        <w:rPr>
          <w:rFonts w:ascii="Kalimati" w:hAnsi="Kalimati"/>
          <w:color w:val="222222"/>
        </w:rPr>
        <w:t xml:space="preserve"> </w:t>
      </w:r>
      <w:r>
        <w:rPr>
          <w:rFonts w:ascii="Kalimati" w:hAnsi="Kalimati"/>
          <w:color w:val="222222"/>
          <w:cs/>
          <w:lang w:bidi="hi-IN"/>
        </w:rPr>
        <w:t>खाता</w:t>
      </w:r>
      <w:r>
        <w:rPr>
          <w:rFonts w:ascii="Kalimati" w:hAnsi="Kalimati"/>
          <w:color w:val="222222"/>
        </w:rPr>
        <w:t xml:space="preserve"> </w:t>
      </w:r>
      <w:r>
        <w:rPr>
          <w:rFonts w:ascii="Kalimati" w:hAnsi="Kalimati"/>
          <w:color w:val="222222"/>
          <w:cs/>
          <w:lang w:bidi="hi-IN"/>
        </w:rPr>
        <w:t>संचालन</w:t>
      </w:r>
      <w:r>
        <w:rPr>
          <w:rFonts w:ascii="Kalimati" w:hAnsi="Kalimati"/>
          <w:color w:val="222222"/>
        </w:rPr>
        <w:t xml:space="preserve"> </w:t>
      </w:r>
      <w:r>
        <w:rPr>
          <w:rFonts w:ascii="Kalimati" w:hAnsi="Kalimati"/>
          <w:color w:val="222222"/>
          <w:cs/>
          <w:lang w:bidi="hi-IN"/>
        </w:rPr>
        <w:t>गर्दा</w:t>
      </w:r>
      <w:r>
        <w:rPr>
          <w:rFonts w:ascii="Kalimati" w:hAnsi="Kalimati"/>
          <w:color w:val="222222"/>
        </w:rPr>
        <w:t xml:space="preserve"> </w:t>
      </w:r>
      <w:r>
        <w:rPr>
          <w:rFonts w:ascii="Kalimati" w:hAnsi="Kalimati"/>
          <w:color w:val="222222"/>
          <w:cs/>
          <w:lang w:bidi="hi-IN"/>
        </w:rPr>
        <w:t>संयुक्त</w:t>
      </w:r>
      <w:r>
        <w:rPr>
          <w:rFonts w:ascii="Kalimati" w:hAnsi="Kalimati"/>
          <w:color w:val="222222"/>
        </w:rPr>
        <w:t xml:space="preserve"> </w:t>
      </w:r>
      <w:r>
        <w:rPr>
          <w:rFonts w:ascii="Kalimati" w:hAnsi="Kalimati"/>
          <w:color w:val="222222"/>
          <w:cs/>
          <w:lang w:bidi="hi-IN"/>
        </w:rPr>
        <w:t>रुपमा</w:t>
      </w:r>
      <w:r>
        <w:rPr>
          <w:rFonts w:ascii="Kalimati" w:hAnsi="Kalimati"/>
          <w:color w:val="222222"/>
        </w:rPr>
        <w:t xml:space="preserve"> </w:t>
      </w:r>
      <w:r>
        <w:rPr>
          <w:rFonts w:ascii="Kalimati" w:hAnsi="Kalimati"/>
          <w:color w:val="222222"/>
          <w:cs/>
          <w:lang w:bidi="hi-IN"/>
        </w:rPr>
        <w:t>खाता</w:t>
      </w:r>
      <w:r>
        <w:rPr>
          <w:rFonts w:ascii="Kalimati" w:hAnsi="Kalimati"/>
          <w:color w:val="222222"/>
        </w:rPr>
        <w:t xml:space="preserve"> </w:t>
      </w:r>
      <w:r>
        <w:rPr>
          <w:rFonts w:ascii="Kalimati" w:hAnsi="Kalimati"/>
          <w:color w:val="222222"/>
          <w:cs/>
          <w:lang w:bidi="hi-IN"/>
        </w:rPr>
        <w:t>संचालन</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4.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नगद</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जिन्सी</w:t>
      </w:r>
      <w:r>
        <w:rPr>
          <w:rFonts w:ascii="Kalimati" w:hAnsi="Kalimati"/>
          <w:color w:val="222222"/>
        </w:rPr>
        <w:t xml:space="preserve"> </w:t>
      </w:r>
      <w:r>
        <w:rPr>
          <w:rFonts w:ascii="Kalimati" w:hAnsi="Kalimati"/>
          <w:color w:val="222222"/>
          <w:cs/>
          <w:lang w:bidi="hi-IN"/>
        </w:rPr>
        <w:t>सामानको</w:t>
      </w:r>
      <w:r>
        <w:rPr>
          <w:rFonts w:ascii="Kalimati" w:hAnsi="Kalimati"/>
          <w:color w:val="222222"/>
        </w:rPr>
        <w:t xml:space="preserve"> </w:t>
      </w:r>
      <w:r>
        <w:rPr>
          <w:rFonts w:ascii="Kalimati" w:hAnsi="Kalimati"/>
          <w:color w:val="222222"/>
          <w:cs/>
          <w:lang w:bidi="hi-IN"/>
        </w:rPr>
        <w:t>जिम्मा</w:t>
      </w:r>
      <w:r>
        <w:rPr>
          <w:rFonts w:ascii="Kalimati" w:hAnsi="Kalimati"/>
          <w:color w:val="222222"/>
        </w:rPr>
        <w:t xml:space="preserve"> </w:t>
      </w:r>
      <w:r>
        <w:rPr>
          <w:rFonts w:ascii="Kalimati" w:hAnsi="Kalimati"/>
          <w:color w:val="222222"/>
          <w:cs/>
          <w:lang w:bidi="hi-IN"/>
        </w:rPr>
        <w:t>लिई</w:t>
      </w:r>
      <w:r>
        <w:rPr>
          <w:rFonts w:ascii="Kalimati" w:hAnsi="Kalimati"/>
          <w:color w:val="222222"/>
        </w:rPr>
        <w:t xml:space="preserve"> </w:t>
      </w:r>
      <w:r>
        <w:rPr>
          <w:rFonts w:ascii="Kalimati" w:hAnsi="Kalimati"/>
          <w:color w:val="222222"/>
          <w:cs/>
          <w:lang w:bidi="hi-IN"/>
        </w:rPr>
        <w:t>सुरक्षा</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80" w:after="40"/>
        <w:jc w:val="both"/>
        <w:rPr>
          <w:rFonts w:hint="eastAsia"/>
        </w:rPr>
      </w:pPr>
      <w:r>
        <w:rPr>
          <w:rFonts w:ascii="Kalimati" w:hAnsi="Kalimati"/>
          <w:color w:val="222222"/>
          <w:cs/>
          <w:lang w:bidi="hi-IN"/>
        </w:rPr>
        <w:t>घ</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सदस्यहरुको</w:t>
      </w:r>
      <w:r>
        <w:rPr>
          <w:rFonts w:ascii="Kalimati" w:hAnsi="Kalimati"/>
          <w:color w:val="222222"/>
        </w:rPr>
        <w:t xml:space="preserve"> </w:t>
      </w:r>
      <w:r>
        <w:rPr>
          <w:rFonts w:ascii="Kalimati" w:hAnsi="Kalimati"/>
          <w:color w:val="222222"/>
          <w:cs/>
          <w:lang w:bidi="hi-IN"/>
        </w:rPr>
        <w:t>काम</w:t>
      </w:r>
      <w:r>
        <w:rPr>
          <w:rFonts w:ascii="Kalimati" w:hAnsi="Kalimati"/>
          <w:color w:val="222222"/>
        </w:rPr>
        <w:t xml:space="preserve">, </w:t>
      </w:r>
      <w:r>
        <w:rPr>
          <w:rFonts w:ascii="Kalimati" w:hAnsi="Kalimati"/>
          <w:color w:val="222222"/>
          <w:cs/>
          <w:lang w:bidi="hi-IN"/>
        </w:rPr>
        <w:t>कर्तव्य</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अधिकार</w:t>
      </w:r>
      <w:r>
        <w:rPr>
          <w:rFonts w:ascii="Kalimati" w:hAnsi="Kalimati"/>
          <w:color w:val="222222"/>
        </w:rPr>
        <w:t xml:space="preserve"> :</w:t>
      </w:r>
    </w:p>
    <w:p w:rsidR="00116BFD" w:rsidRDefault="00116BFD" w:rsidP="00116BFD">
      <w:pPr>
        <w:spacing w:before="40"/>
        <w:ind w:left="432"/>
        <w:jc w:val="both"/>
        <w:rPr>
          <w:rFonts w:hint="eastAsia"/>
        </w:rPr>
      </w:pPr>
      <w:r>
        <w:rPr>
          <w:rFonts w:ascii="Kalimati" w:hAnsi="Kalimati"/>
          <w:b/>
          <w:color w:val="222222"/>
        </w:rPr>
        <w:t xml:space="preserve">1. </w:t>
      </w:r>
      <w:r>
        <w:rPr>
          <w:rFonts w:ascii="Kalimati" w:hAnsi="Kalimati"/>
          <w:color w:val="222222"/>
          <w:cs/>
          <w:lang w:bidi="hi-IN"/>
        </w:rPr>
        <w:t>गाउँपालिकासँग</w:t>
      </w:r>
      <w:r>
        <w:rPr>
          <w:rFonts w:ascii="Kalimati" w:hAnsi="Kalimati"/>
          <w:color w:val="222222"/>
        </w:rPr>
        <w:t xml:space="preserve"> </w:t>
      </w:r>
      <w:r>
        <w:rPr>
          <w:rFonts w:ascii="Kalimati" w:hAnsi="Kalimati"/>
          <w:color w:val="222222"/>
          <w:cs/>
          <w:lang w:bidi="hi-IN"/>
        </w:rPr>
        <w:t>भएको</w:t>
      </w:r>
      <w:r>
        <w:rPr>
          <w:rFonts w:ascii="Kalimati" w:hAnsi="Kalimati"/>
          <w:color w:val="222222"/>
        </w:rPr>
        <w:t xml:space="preserve"> </w:t>
      </w:r>
      <w:r>
        <w:rPr>
          <w:rFonts w:ascii="Kalimati" w:hAnsi="Kalimati"/>
          <w:color w:val="222222"/>
          <w:cs/>
          <w:lang w:bidi="hi-IN"/>
        </w:rPr>
        <w:t>साझेदारीपत्रमा</w:t>
      </w:r>
      <w:r>
        <w:rPr>
          <w:rFonts w:ascii="Kalimati" w:hAnsi="Kalimati"/>
          <w:color w:val="222222"/>
        </w:rPr>
        <w:t xml:space="preserve"> </w:t>
      </w:r>
      <w:r>
        <w:rPr>
          <w:rFonts w:ascii="Kalimati" w:hAnsi="Kalimati"/>
          <w:color w:val="222222"/>
          <w:cs/>
          <w:lang w:bidi="hi-IN"/>
        </w:rPr>
        <w:t>उल्लेखित</w:t>
      </w:r>
      <w:r>
        <w:rPr>
          <w:rFonts w:ascii="Kalimati" w:hAnsi="Kalimati"/>
          <w:color w:val="222222"/>
        </w:rPr>
        <w:t xml:space="preserve"> </w:t>
      </w:r>
      <w:r>
        <w:rPr>
          <w:rFonts w:ascii="Kalimati" w:hAnsi="Kalimati"/>
          <w:color w:val="222222"/>
          <w:cs/>
          <w:lang w:bidi="hi-IN"/>
        </w:rPr>
        <w:t>शर्तअनुसार</w:t>
      </w:r>
      <w:r>
        <w:rPr>
          <w:rFonts w:ascii="Kalimati" w:hAnsi="Kalimati"/>
          <w:color w:val="222222"/>
        </w:rPr>
        <w:t xml:space="preserve"> </w:t>
      </w:r>
      <w:r>
        <w:rPr>
          <w:rFonts w:ascii="Kalimati" w:hAnsi="Kalimati"/>
          <w:color w:val="222222"/>
          <w:cs/>
          <w:lang w:bidi="hi-IN"/>
        </w:rPr>
        <w:t>गर्नुपर्ने</w:t>
      </w:r>
      <w:r>
        <w:rPr>
          <w:rFonts w:ascii="Kalimati" w:hAnsi="Kalimati"/>
          <w:color w:val="222222"/>
        </w:rPr>
        <w:t xml:space="preserve"> </w:t>
      </w:r>
      <w:r>
        <w:rPr>
          <w:rFonts w:ascii="Kalimati" w:hAnsi="Kalimati"/>
          <w:color w:val="222222"/>
          <w:cs/>
          <w:lang w:bidi="hi-IN"/>
        </w:rPr>
        <w:t>कामहरु</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2.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हिसाव</w:t>
      </w:r>
      <w:r>
        <w:rPr>
          <w:rFonts w:ascii="Kalimati" w:hAnsi="Kalimati"/>
          <w:color w:val="222222"/>
        </w:rPr>
        <w:t xml:space="preserve"> </w:t>
      </w:r>
      <w:r>
        <w:rPr>
          <w:rFonts w:ascii="Kalimati" w:hAnsi="Kalimati"/>
          <w:color w:val="222222"/>
          <w:cs/>
          <w:lang w:bidi="hi-IN"/>
        </w:rPr>
        <w:t>किताब</w:t>
      </w:r>
      <w:r>
        <w:rPr>
          <w:rFonts w:ascii="Kalimati" w:hAnsi="Kalimati"/>
          <w:color w:val="222222"/>
        </w:rPr>
        <w:t xml:space="preserve"> </w:t>
      </w:r>
      <w:r>
        <w:rPr>
          <w:rFonts w:ascii="Kalimati" w:hAnsi="Kalimati"/>
          <w:color w:val="222222"/>
          <w:cs/>
          <w:lang w:bidi="hi-IN"/>
        </w:rPr>
        <w:t>चेक</w:t>
      </w:r>
      <w:r>
        <w:rPr>
          <w:rFonts w:ascii="Kalimati" w:hAnsi="Kalimati"/>
          <w:color w:val="222222"/>
        </w:rPr>
        <w:t xml:space="preserve"> </w:t>
      </w:r>
      <w:r>
        <w:rPr>
          <w:rFonts w:ascii="Kalimati" w:hAnsi="Kalimati"/>
          <w:color w:val="222222"/>
          <w:cs/>
          <w:lang w:bidi="hi-IN"/>
        </w:rPr>
        <w:t>जाँच</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3.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पदाधिकारीहरुले</w:t>
      </w:r>
      <w:r>
        <w:rPr>
          <w:rFonts w:ascii="Kalimati" w:hAnsi="Kalimati"/>
          <w:color w:val="222222"/>
        </w:rPr>
        <w:t xml:space="preserve"> </w:t>
      </w:r>
      <w:r>
        <w:rPr>
          <w:rFonts w:ascii="Kalimati" w:hAnsi="Kalimati"/>
          <w:color w:val="222222"/>
          <w:cs/>
          <w:lang w:bidi="hi-IN"/>
        </w:rPr>
        <w:t>गरेका</w:t>
      </w:r>
      <w:r>
        <w:rPr>
          <w:rFonts w:ascii="Kalimati" w:hAnsi="Kalimati"/>
          <w:color w:val="222222"/>
        </w:rPr>
        <w:t xml:space="preserve"> </w:t>
      </w:r>
      <w:r>
        <w:rPr>
          <w:rFonts w:ascii="Kalimati" w:hAnsi="Kalimati"/>
          <w:color w:val="222222"/>
          <w:cs/>
          <w:lang w:bidi="hi-IN"/>
        </w:rPr>
        <w:t>कामको</w:t>
      </w:r>
      <w:r>
        <w:rPr>
          <w:rFonts w:ascii="Kalimati" w:hAnsi="Kalimati"/>
          <w:color w:val="222222"/>
        </w:rPr>
        <w:t xml:space="preserve"> </w:t>
      </w:r>
      <w:r>
        <w:rPr>
          <w:rFonts w:ascii="Kalimati" w:hAnsi="Kalimati"/>
          <w:color w:val="222222"/>
          <w:cs/>
          <w:lang w:bidi="hi-IN"/>
        </w:rPr>
        <w:t>मूल्याङ्कन</w:t>
      </w:r>
      <w:r>
        <w:rPr>
          <w:rFonts w:ascii="Kalimati" w:hAnsi="Kalimati"/>
          <w:color w:val="222222"/>
        </w:rPr>
        <w:t xml:space="preserve"> </w:t>
      </w:r>
      <w:r>
        <w:rPr>
          <w:rFonts w:ascii="Kalimati" w:hAnsi="Kalimati"/>
          <w:color w:val="222222"/>
          <w:cs/>
          <w:lang w:bidi="hi-IN"/>
        </w:rPr>
        <w:t>नियमित</w:t>
      </w:r>
      <w:r>
        <w:rPr>
          <w:rFonts w:ascii="Kalimati" w:hAnsi="Kalimati"/>
          <w:color w:val="222222"/>
        </w:rPr>
        <w:t xml:space="preserve"> </w:t>
      </w:r>
      <w:r>
        <w:rPr>
          <w:rFonts w:ascii="Kalimati" w:hAnsi="Kalimati"/>
          <w:color w:val="222222"/>
          <w:cs/>
          <w:lang w:bidi="hi-IN"/>
        </w:rPr>
        <w:t>रुपमा</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4. </w:t>
      </w:r>
      <w:r>
        <w:rPr>
          <w:rFonts w:ascii="Kalimati" w:hAnsi="Kalimati"/>
          <w:color w:val="222222"/>
          <w:cs/>
          <w:lang w:bidi="hi-IN"/>
        </w:rPr>
        <w:t>संस्था</w:t>
      </w:r>
      <w:r>
        <w:rPr>
          <w:rFonts w:ascii="Kalimati" w:hAnsi="Kalimati"/>
          <w:color w:val="222222"/>
        </w:rPr>
        <w:t xml:space="preserve"> </w:t>
      </w:r>
      <w:r>
        <w:rPr>
          <w:rFonts w:ascii="Kalimati" w:hAnsi="Kalimati"/>
          <w:color w:val="222222"/>
          <w:cs/>
          <w:lang w:bidi="hi-IN"/>
        </w:rPr>
        <w:t>संचालनका</w:t>
      </w:r>
      <w:r>
        <w:rPr>
          <w:rFonts w:ascii="Kalimati" w:hAnsi="Kalimati"/>
          <w:color w:val="222222"/>
        </w:rPr>
        <w:t xml:space="preserve"> </w:t>
      </w:r>
      <w:r>
        <w:rPr>
          <w:rFonts w:ascii="Kalimati" w:hAnsi="Kalimati"/>
          <w:color w:val="222222"/>
          <w:cs/>
          <w:lang w:bidi="hi-IN"/>
        </w:rPr>
        <w:t>लगि</w:t>
      </w:r>
      <w:r>
        <w:rPr>
          <w:rFonts w:ascii="Kalimati" w:hAnsi="Kalimati"/>
          <w:color w:val="222222"/>
        </w:rPr>
        <w:t xml:space="preserve"> </w:t>
      </w:r>
      <w:r>
        <w:rPr>
          <w:rFonts w:ascii="Kalimati" w:hAnsi="Kalimati"/>
          <w:color w:val="222222"/>
          <w:cs/>
          <w:lang w:bidi="hi-IN"/>
        </w:rPr>
        <w:t>आवश्यकताअनुसार</w:t>
      </w:r>
      <w:r>
        <w:rPr>
          <w:rFonts w:ascii="Kalimati" w:hAnsi="Kalimati"/>
          <w:color w:val="222222"/>
        </w:rPr>
        <w:t xml:space="preserve"> </w:t>
      </w:r>
      <w:r>
        <w:rPr>
          <w:rFonts w:ascii="Kalimati" w:hAnsi="Kalimati"/>
          <w:color w:val="222222"/>
          <w:cs/>
          <w:lang w:bidi="hi-IN"/>
        </w:rPr>
        <w:t>नीति</w:t>
      </w:r>
      <w:r>
        <w:rPr>
          <w:rFonts w:ascii="Kalimati" w:hAnsi="Kalimati"/>
          <w:color w:val="222222"/>
        </w:rPr>
        <w:t xml:space="preserve"> </w:t>
      </w:r>
      <w:r>
        <w:rPr>
          <w:rFonts w:ascii="Kalimati" w:hAnsi="Kalimati"/>
          <w:color w:val="222222"/>
          <w:cs/>
          <w:lang w:bidi="hi-IN"/>
        </w:rPr>
        <w:t>बनाउन</w:t>
      </w:r>
      <w:r>
        <w:rPr>
          <w:rFonts w:ascii="Kalimati" w:hAnsi="Kalimati"/>
          <w:color w:val="222222"/>
        </w:rPr>
        <w:t xml:space="preserve"> </w:t>
      </w:r>
      <w:r>
        <w:rPr>
          <w:rFonts w:ascii="Kalimati" w:hAnsi="Kalimati"/>
          <w:color w:val="222222"/>
          <w:cs/>
          <w:lang w:bidi="hi-IN"/>
        </w:rPr>
        <w:t>सहयोग</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432"/>
        <w:jc w:val="both"/>
        <w:rPr>
          <w:rFonts w:hint="eastAsia"/>
        </w:rPr>
      </w:pPr>
      <w:r>
        <w:rPr>
          <w:rFonts w:ascii="Kalimati" w:hAnsi="Kalimati"/>
          <w:b/>
          <w:color w:val="222222"/>
        </w:rPr>
        <w:t xml:space="preserve">5. </w:t>
      </w:r>
      <w:r>
        <w:rPr>
          <w:rFonts w:ascii="Kalimati" w:hAnsi="Kalimati"/>
          <w:color w:val="222222"/>
          <w:cs/>
          <w:lang w:bidi="hi-IN"/>
        </w:rPr>
        <w:t>बैठकमा</w:t>
      </w:r>
      <w:r>
        <w:rPr>
          <w:rFonts w:ascii="Kalimati" w:hAnsi="Kalimati"/>
          <w:color w:val="222222"/>
        </w:rPr>
        <w:t xml:space="preserve"> </w:t>
      </w:r>
      <w:r>
        <w:rPr>
          <w:rFonts w:ascii="Kalimati" w:hAnsi="Kalimati"/>
          <w:color w:val="222222"/>
          <w:cs/>
          <w:lang w:bidi="hi-IN"/>
        </w:rPr>
        <w:t>उपस्थित</w:t>
      </w:r>
      <w:r>
        <w:rPr>
          <w:rFonts w:ascii="Kalimati" w:hAnsi="Kalimati"/>
          <w:color w:val="222222"/>
        </w:rPr>
        <w:t xml:space="preserve"> </w:t>
      </w:r>
      <w:r>
        <w:rPr>
          <w:rFonts w:ascii="Kalimati" w:hAnsi="Kalimati"/>
          <w:color w:val="222222"/>
          <w:cs/>
          <w:lang w:bidi="hi-IN"/>
        </w:rPr>
        <w:t>भई</w:t>
      </w:r>
      <w:r>
        <w:rPr>
          <w:rFonts w:ascii="Kalimati" w:hAnsi="Kalimati"/>
          <w:color w:val="222222"/>
        </w:rPr>
        <w:t xml:space="preserve"> </w:t>
      </w:r>
      <w:r>
        <w:rPr>
          <w:rFonts w:ascii="Kalimati" w:hAnsi="Kalimati"/>
          <w:color w:val="222222"/>
          <w:cs/>
          <w:lang w:bidi="hi-IN"/>
        </w:rPr>
        <w:t>छलफलमा</w:t>
      </w:r>
      <w:r>
        <w:rPr>
          <w:rFonts w:ascii="Kalimati" w:hAnsi="Kalimati"/>
          <w:color w:val="222222"/>
        </w:rPr>
        <w:t xml:space="preserve"> </w:t>
      </w:r>
      <w:r>
        <w:rPr>
          <w:rFonts w:ascii="Kalimati" w:hAnsi="Kalimati"/>
          <w:color w:val="222222"/>
          <w:cs/>
          <w:lang w:bidi="hi-IN"/>
        </w:rPr>
        <w:t>भाग</w:t>
      </w:r>
      <w:r>
        <w:rPr>
          <w:rFonts w:ascii="Kalimati" w:hAnsi="Kalimati"/>
          <w:color w:val="222222"/>
        </w:rPr>
        <w:t xml:space="preserve"> </w:t>
      </w:r>
      <w:r>
        <w:rPr>
          <w:rFonts w:ascii="Kalimati" w:hAnsi="Kalimati"/>
          <w:color w:val="222222"/>
          <w:cs/>
          <w:lang w:bidi="hi-IN"/>
        </w:rPr>
        <w:t>लिने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११</w:t>
      </w:r>
      <w:r>
        <w:rPr>
          <w:rFonts w:ascii="Kalimati" w:hAnsi="Kalimati"/>
          <w:b/>
          <w:color w:val="222222"/>
          <w:sz w:val="24"/>
        </w:rPr>
        <w:t xml:space="preserve">. </w:t>
      </w:r>
      <w:r>
        <w:rPr>
          <w:rFonts w:ascii="Kalimati" w:hAnsi="Kalimati"/>
          <w:b/>
          <w:bCs/>
          <w:color w:val="222222"/>
          <w:sz w:val="24"/>
          <w:szCs w:val="24"/>
          <w:cs/>
          <w:lang w:bidi="hi-IN"/>
        </w:rPr>
        <w:t>साधारण</w:t>
      </w:r>
      <w:r>
        <w:rPr>
          <w:rFonts w:ascii="Kalimati" w:hAnsi="Kalimati"/>
          <w:b/>
          <w:color w:val="222222"/>
          <w:sz w:val="24"/>
        </w:rPr>
        <w:t xml:space="preserve"> </w:t>
      </w:r>
      <w:r>
        <w:rPr>
          <w:rFonts w:ascii="Kalimati" w:hAnsi="Kalimati"/>
          <w:b/>
          <w:bCs/>
          <w:color w:val="222222"/>
          <w:sz w:val="24"/>
          <w:szCs w:val="24"/>
          <w:cs/>
          <w:lang w:bidi="hi-IN"/>
        </w:rPr>
        <w:t>सभाको</w:t>
      </w:r>
      <w:r>
        <w:rPr>
          <w:rFonts w:ascii="Kalimati" w:hAnsi="Kalimati"/>
          <w:b/>
          <w:color w:val="222222"/>
          <w:sz w:val="24"/>
        </w:rPr>
        <w:t xml:space="preserve"> </w:t>
      </w:r>
      <w:r>
        <w:rPr>
          <w:rFonts w:ascii="Kalimati" w:hAnsi="Kalimati"/>
          <w:b/>
          <w:bCs/>
          <w:color w:val="222222"/>
          <w:sz w:val="24"/>
          <w:szCs w:val="24"/>
          <w:cs/>
          <w:lang w:bidi="hi-IN"/>
        </w:rPr>
        <w:t>गठन</w:t>
      </w:r>
      <w:r>
        <w:rPr>
          <w:rFonts w:ascii="Kalimati" w:hAnsi="Kalimati"/>
          <w:b/>
          <w:color w:val="222222"/>
          <w:sz w:val="24"/>
        </w:rPr>
        <w:t xml:space="preserve"> </w:t>
      </w:r>
      <w:r>
        <w:rPr>
          <w:rFonts w:ascii="Kalimati" w:hAnsi="Kalimati"/>
          <w:b/>
          <w:bCs/>
          <w:color w:val="222222"/>
          <w:sz w:val="24"/>
          <w:szCs w:val="24"/>
          <w:cs/>
          <w:lang w:bidi="hi-IN"/>
        </w:rPr>
        <w:t>र</w:t>
      </w:r>
      <w:r>
        <w:rPr>
          <w:rFonts w:ascii="Kalimati" w:hAnsi="Kalimati"/>
          <w:b/>
          <w:color w:val="222222"/>
          <w:sz w:val="24"/>
        </w:rPr>
        <w:t xml:space="preserve"> </w:t>
      </w:r>
      <w:r>
        <w:rPr>
          <w:rFonts w:ascii="Kalimati" w:hAnsi="Kalimati"/>
          <w:b/>
          <w:bCs/>
          <w:color w:val="222222"/>
          <w:sz w:val="24"/>
          <w:szCs w:val="24"/>
          <w:cs/>
          <w:lang w:bidi="hi-IN"/>
        </w:rPr>
        <w:t>कार्य</w:t>
      </w:r>
      <w:r>
        <w:rPr>
          <w:rFonts w:ascii="Kalimati" w:hAnsi="Kalimati"/>
          <w:b/>
          <w:color w:val="222222"/>
          <w:sz w:val="24"/>
        </w:rPr>
        <w:t xml:space="preserve"> </w:t>
      </w:r>
      <w:r>
        <w:rPr>
          <w:rFonts w:ascii="Kalimati" w:hAnsi="Kalimati"/>
          <w:b/>
          <w:bCs/>
          <w:color w:val="222222"/>
          <w:sz w:val="24"/>
          <w:szCs w:val="24"/>
          <w:cs/>
          <w:lang w:bidi="hi-IN"/>
        </w:rPr>
        <w:t>प्रणाली</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साधारण</w:t>
      </w:r>
      <w:r>
        <w:rPr>
          <w:rFonts w:ascii="Kalimati" w:hAnsi="Kalimati"/>
          <w:color w:val="222222"/>
        </w:rPr>
        <w:t xml:space="preserve"> </w:t>
      </w:r>
      <w:r>
        <w:rPr>
          <w:rFonts w:ascii="Kalimati" w:hAnsi="Kalimati"/>
          <w:color w:val="222222"/>
          <w:cs/>
          <w:lang w:bidi="hi-IN"/>
        </w:rPr>
        <w:t>सभाको</w:t>
      </w:r>
      <w:r>
        <w:rPr>
          <w:rFonts w:ascii="Kalimati" w:hAnsi="Kalimati"/>
          <w:color w:val="222222"/>
        </w:rPr>
        <w:t xml:space="preserve"> </w:t>
      </w:r>
      <w:r>
        <w:rPr>
          <w:rFonts w:ascii="Kalimati" w:hAnsi="Kalimati"/>
          <w:color w:val="222222"/>
          <w:cs/>
          <w:lang w:bidi="hi-IN"/>
        </w:rPr>
        <w:t>गठन</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कार्य</w:t>
      </w:r>
      <w:r>
        <w:rPr>
          <w:rFonts w:ascii="Kalimati" w:hAnsi="Kalimati"/>
          <w:color w:val="222222"/>
        </w:rPr>
        <w:t xml:space="preserve"> </w:t>
      </w:r>
      <w:r>
        <w:rPr>
          <w:rFonts w:ascii="Kalimati" w:hAnsi="Kalimati"/>
          <w:color w:val="222222"/>
          <w:cs/>
          <w:lang w:bidi="hi-IN"/>
        </w:rPr>
        <w:t>प्रणाली</w:t>
      </w:r>
      <w:r>
        <w:rPr>
          <w:rFonts w:ascii="Kalimati" w:hAnsi="Kalimati"/>
          <w:color w:val="222222"/>
        </w:rPr>
        <w:t xml:space="preserve"> </w:t>
      </w:r>
      <w:r>
        <w:rPr>
          <w:rFonts w:ascii="Kalimati" w:hAnsi="Kalimati"/>
          <w:color w:val="222222"/>
          <w:cs/>
          <w:lang w:bidi="hi-IN"/>
        </w:rPr>
        <w:t>देहाय</w:t>
      </w:r>
      <w:r>
        <w:rPr>
          <w:rFonts w:ascii="Kalimati" w:hAnsi="Kalimati"/>
          <w:color w:val="222222"/>
        </w:rPr>
        <w:t xml:space="preserve"> </w:t>
      </w:r>
      <w:r>
        <w:rPr>
          <w:rFonts w:ascii="Kalimati" w:hAnsi="Kalimati"/>
          <w:color w:val="222222"/>
          <w:cs/>
          <w:lang w:bidi="hi-IN"/>
        </w:rPr>
        <w:t>बमोजिम</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p>
    <w:p w:rsidR="00116BFD" w:rsidRDefault="00116BFD" w:rsidP="00116BFD">
      <w:pPr>
        <w:spacing w:before="40"/>
        <w:ind w:left="288"/>
        <w:jc w:val="both"/>
        <w:rPr>
          <w:rFonts w:hint="eastAsia"/>
        </w:rPr>
      </w:pPr>
      <w:r>
        <w:rPr>
          <w:rFonts w:ascii="Kalimati" w:hAnsi="Kalimati"/>
          <w:b/>
          <w:bCs/>
          <w:color w:val="222222"/>
          <w:cs/>
          <w:lang w:bidi="hi-IN"/>
        </w:rPr>
        <w:t>१</w:t>
      </w:r>
      <w:r>
        <w:rPr>
          <w:rFonts w:ascii="Kalimati" w:hAnsi="Kalimati"/>
          <w:b/>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सम्पूर्ण</w:t>
      </w:r>
      <w:r>
        <w:rPr>
          <w:rFonts w:ascii="Kalimati" w:hAnsi="Kalimati"/>
          <w:color w:val="222222"/>
        </w:rPr>
        <w:t xml:space="preserve"> </w:t>
      </w:r>
      <w:r>
        <w:rPr>
          <w:rFonts w:ascii="Kalimati" w:hAnsi="Kalimati"/>
          <w:color w:val="222222"/>
          <w:cs/>
          <w:lang w:bidi="hi-IN"/>
        </w:rPr>
        <w:t>सदस्यहरु</w:t>
      </w:r>
      <w:r>
        <w:rPr>
          <w:rFonts w:ascii="Kalimati" w:hAnsi="Kalimati"/>
          <w:color w:val="222222"/>
        </w:rPr>
        <w:t xml:space="preserve"> </w:t>
      </w:r>
      <w:r>
        <w:rPr>
          <w:rFonts w:ascii="Kalimati" w:hAnsi="Kalimati"/>
          <w:color w:val="222222"/>
          <w:cs/>
          <w:lang w:bidi="hi-IN"/>
        </w:rPr>
        <w:t>रहेको</w:t>
      </w:r>
      <w:r>
        <w:rPr>
          <w:rFonts w:ascii="Kalimati" w:hAnsi="Kalimati"/>
          <w:color w:val="222222"/>
        </w:rPr>
        <w:t xml:space="preserve"> </w:t>
      </w:r>
      <w:r>
        <w:rPr>
          <w:rFonts w:ascii="Kalimati" w:hAnsi="Kalimati"/>
          <w:color w:val="222222"/>
          <w:cs/>
          <w:lang w:bidi="hi-IN"/>
        </w:rPr>
        <w:t>एक</w:t>
      </w:r>
      <w:r>
        <w:rPr>
          <w:rFonts w:ascii="Kalimati" w:hAnsi="Kalimati"/>
          <w:color w:val="222222"/>
        </w:rPr>
        <w:t xml:space="preserve"> </w:t>
      </w:r>
      <w:r>
        <w:rPr>
          <w:rFonts w:ascii="Kalimati" w:hAnsi="Kalimati"/>
          <w:color w:val="222222"/>
          <w:cs/>
          <w:lang w:bidi="hi-IN"/>
        </w:rPr>
        <w:t>साधारण</w:t>
      </w:r>
      <w:r>
        <w:rPr>
          <w:rFonts w:ascii="Kalimati" w:hAnsi="Kalimati"/>
          <w:color w:val="222222"/>
        </w:rPr>
        <w:t xml:space="preserve"> </w:t>
      </w:r>
      <w:r>
        <w:rPr>
          <w:rFonts w:ascii="Kalimati" w:hAnsi="Kalimati"/>
          <w:color w:val="222222"/>
          <w:cs/>
          <w:lang w:bidi="hi-IN"/>
        </w:rPr>
        <w:t>सभा</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bCs/>
          <w:color w:val="222222"/>
          <w:cs/>
          <w:lang w:bidi="hi-IN"/>
        </w:rPr>
        <w:t>२</w:t>
      </w:r>
      <w:r>
        <w:rPr>
          <w:rFonts w:ascii="Kalimati" w:hAnsi="Kalimati"/>
          <w:b/>
          <w:color w:val="222222"/>
        </w:rPr>
        <w:t xml:space="preserve">. </w:t>
      </w:r>
      <w:r>
        <w:rPr>
          <w:rFonts w:ascii="Kalimati" w:hAnsi="Kalimati"/>
          <w:color w:val="222222"/>
          <w:cs/>
          <w:lang w:bidi="hi-IN"/>
        </w:rPr>
        <w:t>साधारण</w:t>
      </w:r>
      <w:r>
        <w:rPr>
          <w:rFonts w:ascii="Kalimati" w:hAnsi="Kalimati"/>
          <w:color w:val="222222"/>
        </w:rPr>
        <w:t>-</w:t>
      </w:r>
      <w:r>
        <w:rPr>
          <w:rFonts w:ascii="Kalimati" w:hAnsi="Kalimati"/>
          <w:color w:val="222222"/>
          <w:cs/>
          <w:lang w:bidi="hi-IN"/>
        </w:rPr>
        <w:t>सभाको</w:t>
      </w:r>
      <w:r>
        <w:rPr>
          <w:rFonts w:ascii="Kalimati" w:hAnsi="Kalimati"/>
          <w:color w:val="222222"/>
        </w:rPr>
        <w:t xml:space="preserve"> </w:t>
      </w:r>
      <w:r>
        <w:rPr>
          <w:rFonts w:ascii="Kalimati" w:hAnsi="Kalimati"/>
          <w:color w:val="222222"/>
          <w:cs/>
          <w:lang w:bidi="hi-IN"/>
        </w:rPr>
        <w:t>अध्यक्षता</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अध्यक्षले</w:t>
      </w:r>
      <w:r>
        <w:rPr>
          <w:rFonts w:ascii="Kalimati" w:hAnsi="Kalimati"/>
          <w:color w:val="222222"/>
        </w:rPr>
        <w:t xml:space="preserve"> </w:t>
      </w:r>
      <w:r>
        <w:rPr>
          <w:rFonts w:ascii="Kalimati" w:hAnsi="Kalimati"/>
          <w:color w:val="222222"/>
          <w:cs/>
          <w:lang w:bidi="hi-IN"/>
        </w:rPr>
        <w:t>गर्नेछ</w:t>
      </w:r>
      <w:r>
        <w:rPr>
          <w:rFonts w:ascii="Kalimati" w:hAnsi="Kalimati"/>
          <w:color w:val="222222"/>
        </w:rPr>
        <w:t xml:space="preserve"> </w:t>
      </w:r>
      <w:r>
        <w:rPr>
          <w:rFonts w:ascii="Kalimati" w:hAnsi="Kalimati"/>
          <w:color w:val="222222"/>
          <w:cs/>
          <w:lang w:bidi="hi-IN"/>
        </w:rPr>
        <w:t>।</w:t>
      </w:r>
      <w:r>
        <w:rPr>
          <w:rFonts w:ascii="Kalimati" w:hAnsi="Kalimati"/>
          <w:color w:val="222222"/>
        </w:rPr>
        <w:t xml:space="preserve"> </w:t>
      </w:r>
      <w:r>
        <w:rPr>
          <w:rFonts w:ascii="Kalimati" w:hAnsi="Kalimati"/>
          <w:color w:val="222222"/>
          <w:cs/>
          <w:lang w:bidi="hi-IN"/>
        </w:rPr>
        <w:t>निजको</w:t>
      </w:r>
      <w:r>
        <w:rPr>
          <w:rFonts w:ascii="Kalimati" w:hAnsi="Kalimati"/>
          <w:color w:val="222222"/>
        </w:rPr>
        <w:t xml:space="preserve"> </w:t>
      </w:r>
      <w:r>
        <w:rPr>
          <w:rFonts w:ascii="Kalimati" w:hAnsi="Kalimati"/>
          <w:color w:val="222222"/>
          <w:cs/>
          <w:lang w:bidi="hi-IN"/>
        </w:rPr>
        <w:t>अनुपस्थितिमा</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सचिव</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निजको</w:t>
      </w:r>
      <w:r>
        <w:rPr>
          <w:rFonts w:ascii="Kalimati" w:hAnsi="Kalimati"/>
          <w:color w:val="222222"/>
        </w:rPr>
        <w:t xml:space="preserve"> </w:t>
      </w:r>
      <w:r>
        <w:rPr>
          <w:rFonts w:ascii="Kalimati" w:hAnsi="Kalimati"/>
          <w:color w:val="222222"/>
          <w:cs/>
          <w:lang w:bidi="hi-IN"/>
        </w:rPr>
        <w:t>पनि</w:t>
      </w:r>
      <w:r>
        <w:rPr>
          <w:rFonts w:ascii="Kalimati" w:hAnsi="Kalimati"/>
          <w:color w:val="222222"/>
        </w:rPr>
        <w:t xml:space="preserve"> </w:t>
      </w:r>
      <w:r>
        <w:rPr>
          <w:rFonts w:ascii="Kalimati" w:hAnsi="Kalimati"/>
          <w:color w:val="222222"/>
          <w:cs/>
          <w:lang w:bidi="hi-IN"/>
        </w:rPr>
        <w:t>अनुपस्थितिमा</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ज्येष्ठ</w:t>
      </w:r>
      <w:r>
        <w:rPr>
          <w:rFonts w:ascii="Kalimati" w:hAnsi="Kalimati"/>
          <w:color w:val="222222"/>
        </w:rPr>
        <w:t xml:space="preserve"> </w:t>
      </w:r>
      <w:r>
        <w:rPr>
          <w:rFonts w:ascii="Kalimati" w:hAnsi="Kalimati"/>
          <w:color w:val="222222"/>
          <w:cs/>
          <w:lang w:bidi="hi-IN"/>
        </w:rPr>
        <w:t>सदस्यले</w:t>
      </w:r>
      <w:r>
        <w:rPr>
          <w:rFonts w:ascii="Kalimati" w:hAnsi="Kalimati"/>
          <w:color w:val="222222"/>
        </w:rPr>
        <w:t xml:space="preserve"> </w:t>
      </w:r>
      <w:r>
        <w:rPr>
          <w:rFonts w:ascii="Kalimati" w:hAnsi="Kalimati"/>
          <w:color w:val="222222"/>
          <w:cs/>
          <w:lang w:bidi="hi-IN"/>
        </w:rPr>
        <w:t>गर्नेछ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bCs/>
          <w:color w:val="222222"/>
          <w:cs/>
          <w:lang w:bidi="hi-IN"/>
        </w:rPr>
        <w:t>३</w:t>
      </w:r>
      <w:r>
        <w:rPr>
          <w:rFonts w:ascii="Kalimati" w:hAnsi="Kalimati"/>
          <w:b/>
          <w:color w:val="222222"/>
        </w:rPr>
        <w:t xml:space="preserve">. </w:t>
      </w:r>
      <w:r>
        <w:rPr>
          <w:rFonts w:ascii="Kalimati" w:hAnsi="Kalimati"/>
          <w:color w:val="222222"/>
          <w:cs/>
          <w:lang w:bidi="hi-IN"/>
        </w:rPr>
        <w:t>साधारण</w:t>
      </w:r>
      <w:r>
        <w:rPr>
          <w:rFonts w:ascii="Kalimati" w:hAnsi="Kalimati"/>
          <w:color w:val="222222"/>
        </w:rPr>
        <w:t>-</w:t>
      </w:r>
      <w:r>
        <w:rPr>
          <w:rFonts w:ascii="Kalimati" w:hAnsi="Kalimati"/>
          <w:color w:val="222222"/>
          <w:cs/>
          <w:lang w:bidi="hi-IN"/>
        </w:rPr>
        <w:t>सभा</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सर्वोच्च</w:t>
      </w:r>
      <w:r>
        <w:rPr>
          <w:rFonts w:ascii="Kalimati" w:hAnsi="Kalimati"/>
          <w:color w:val="222222"/>
        </w:rPr>
        <w:t xml:space="preserve"> </w:t>
      </w:r>
      <w:r>
        <w:rPr>
          <w:rFonts w:ascii="Kalimati" w:hAnsi="Kalimati"/>
          <w:color w:val="222222"/>
          <w:cs/>
          <w:lang w:bidi="hi-IN"/>
        </w:rPr>
        <w:t>निकाय</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bCs/>
          <w:color w:val="222222"/>
          <w:cs/>
          <w:lang w:bidi="hi-IN"/>
        </w:rPr>
        <w:t>४</w:t>
      </w:r>
      <w:r>
        <w:rPr>
          <w:rFonts w:ascii="Kalimati" w:hAnsi="Kalimati"/>
          <w:b/>
          <w:color w:val="222222"/>
        </w:rPr>
        <w:t xml:space="preserve">. </w:t>
      </w:r>
      <w:r>
        <w:rPr>
          <w:rFonts w:ascii="Kalimati" w:hAnsi="Kalimati"/>
          <w:color w:val="222222"/>
          <w:cs/>
          <w:lang w:bidi="hi-IN"/>
        </w:rPr>
        <w:t>साधरण</w:t>
      </w:r>
      <w:r>
        <w:rPr>
          <w:rFonts w:ascii="Kalimati" w:hAnsi="Kalimati"/>
          <w:color w:val="222222"/>
        </w:rPr>
        <w:t xml:space="preserve"> </w:t>
      </w:r>
      <w:r>
        <w:rPr>
          <w:rFonts w:ascii="Kalimati" w:hAnsi="Kalimati"/>
          <w:color w:val="222222"/>
          <w:cs/>
          <w:lang w:bidi="hi-IN"/>
        </w:rPr>
        <w:t>सभामा</w:t>
      </w:r>
      <w:r>
        <w:rPr>
          <w:rFonts w:ascii="Kalimati" w:hAnsi="Kalimati"/>
          <w:color w:val="222222"/>
        </w:rPr>
        <w:t xml:space="preserve"> </w:t>
      </w:r>
      <w:r>
        <w:rPr>
          <w:rFonts w:ascii="Kalimati" w:hAnsi="Kalimati"/>
          <w:color w:val="222222"/>
          <w:cs/>
          <w:lang w:bidi="hi-IN"/>
        </w:rPr>
        <w:t>सदस्य</w:t>
      </w:r>
      <w:r>
        <w:rPr>
          <w:rFonts w:ascii="Kalimati" w:hAnsi="Kalimati"/>
          <w:color w:val="222222"/>
        </w:rPr>
        <w:t xml:space="preserve"> </w:t>
      </w:r>
      <w:r>
        <w:rPr>
          <w:rFonts w:ascii="Kalimati" w:hAnsi="Kalimati"/>
          <w:color w:val="222222"/>
          <w:cs/>
          <w:lang w:bidi="hi-IN"/>
        </w:rPr>
        <w:t>संख्याको</w:t>
      </w:r>
      <w:r>
        <w:rPr>
          <w:rFonts w:ascii="Kalimati" w:hAnsi="Kalimati"/>
          <w:color w:val="222222"/>
        </w:rPr>
        <w:t xml:space="preserve"> </w:t>
      </w:r>
      <w:r>
        <w:rPr>
          <w:rFonts w:ascii="Kalimati" w:hAnsi="Kalimati"/>
          <w:color w:val="222222"/>
          <w:cs/>
          <w:lang w:bidi="hi-IN"/>
        </w:rPr>
        <w:t>पहिलो</w:t>
      </w:r>
      <w:r>
        <w:rPr>
          <w:rFonts w:ascii="Kalimati" w:hAnsi="Kalimati"/>
          <w:color w:val="222222"/>
        </w:rPr>
        <w:t xml:space="preserve"> </w:t>
      </w:r>
      <w:r>
        <w:rPr>
          <w:rFonts w:ascii="Kalimati" w:hAnsi="Kalimati"/>
          <w:color w:val="222222"/>
          <w:cs/>
          <w:lang w:bidi="hi-IN"/>
        </w:rPr>
        <w:t>पटक</w:t>
      </w:r>
      <w:r>
        <w:rPr>
          <w:rFonts w:ascii="Kalimati" w:hAnsi="Kalimati"/>
          <w:color w:val="222222"/>
        </w:rPr>
        <w:t xml:space="preserve"> </w:t>
      </w:r>
      <w:r>
        <w:rPr>
          <w:rFonts w:ascii="Kalimati" w:hAnsi="Kalimati"/>
          <w:color w:val="222222"/>
          <w:cs/>
          <w:lang w:bidi="hi-IN"/>
        </w:rPr>
        <w:t>कम्तिमा</w:t>
      </w:r>
      <w:r>
        <w:rPr>
          <w:rFonts w:ascii="Kalimati" w:hAnsi="Kalimati"/>
          <w:color w:val="222222"/>
        </w:rPr>
        <w:t xml:space="preserve"> </w:t>
      </w:r>
      <w:r>
        <w:rPr>
          <w:rFonts w:ascii="Kalimati" w:hAnsi="Kalimati"/>
          <w:color w:val="222222"/>
          <w:cs/>
          <w:lang w:bidi="hi-IN"/>
        </w:rPr>
        <w:t>५१</w:t>
      </w:r>
      <w:r>
        <w:rPr>
          <w:rFonts w:ascii="Kalimati" w:hAnsi="Kalimati"/>
          <w:color w:val="222222"/>
        </w:rPr>
        <w:t xml:space="preserve"> </w:t>
      </w:r>
      <w:r>
        <w:rPr>
          <w:rFonts w:ascii="Kalimati" w:hAnsi="Kalimati"/>
          <w:color w:val="222222"/>
          <w:cs/>
          <w:lang w:bidi="hi-IN"/>
        </w:rPr>
        <w:t>प्रतिशत</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दोश्रो</w:t>
      </w:r>
      <w:r>
        <w:rPr>
          <w:rFonts w:ascii="Kalimati" w:hAnsi="Kalimati"/>
          <w:color w:val="222222"/>
        </w:rPr>
        <w:t xml:space="preserve"> </w:t>
      </w:r>
      <w:r>
        <w:rPr>
          <w:rFonts w:ascii="Kalimati" w:hAnsi="Kalimati"/>
          <w:color w:val="222222"/>
          <w:cs/>
          <w:lang w:bidi="hi-IN"/>
        </w:rPr>
        <w:t>पटक</w:t>
      </w:r>
      <w:r>
        <w:rPr>
          <w:rFonts w:ascii="Kalimati" w:hAnsi="Kalimati"/>
          <w:color w:val="222222"/>
        </w:rPr>
        <w:t xml:space="preserve"> </w:t>
      </w:r>
      <w:r>
        <w:rPr>
          <w:rFonts w:ascii="Kalimati" w:hAnsi="Kalimati"/>
          <w:color w:val="222222"/>
          <w:cs/>
          <w:lang w:bidi="hi-IN"/>
        </w:rPr>
        <w:t>३३</w:t>
      </w:r>
      <w:r>
        <w:rPr>
          <w:rFonts w:ascii="Kalimati" w:hAnsi="Kalimati"/>
          <w:color w:val="222222"/>
        </w:rPr>
        <w:t xml:space="preserve"> </w:t>
      </w:r>
      <w:r>
        <w:rPr>
          <w:rFonts w:ascii="Kalimati" w:hAnsi="Kalimati"/>
          <w:color w:val="222222"/>
          <w:cs/>
          <w:lang w:bidi="hi-IN"/>
        </w:rPr>
        <w:t>प्रतिशत</w:t>
      </w:r>
      <w:r>
        <w:rPr>
          <w:rFonts w:ascii="Kalimati" w:hAnsi="Kalimati"/>
          <w:color w:val="222222"/>
        </w:rPr>
        <w:t xml:space="preserve"> </w:t>
      </w:r>
      <w:r>
        <w:rPr>
          <w:rFonts w:ascii="Kalimati" w:hAnsi="Kalimati"/>
          <w:color w:val="222222"/>
          <w:cs/>
          <w:lang w:bidi="hi-IN"/>
        </w:rPr>
        <w:t>सदस्यहरुको</w:t>
      </w:r>
      <w:r>
        <w:rPr>
          <w:rFonts w:ascii="Kalimati" w:hAnsi="Kalimati"/>
          <w:color w:val="222222"/>
        </w:rPr>
        <w:t xml:space="preserve"> </w:t>
      </w:r>
      <w:r>
        <w:rPr>
          <w:rFonts w:ascii="Kalimati" w:hAnsi="Kalimati"/>
          <w:color w:val="222222"/>
          <w:cs/>
          <w:lang w:bidi="hi-IN"/>
        </w:rPr>
        <w:t>उपस्थिति</w:t>
      </w:r>
      <w:r>
        <w:rPr>
          <w:rFonts w:ascii="Kalimati" w:hAnsi="Kalimati"/>
          <w:color w:val="222222"/>
        </w:rPr>
        <w:t xml:space="preserve"> </w:t>
      </w:r>
      <w:r>
        <w:rPr>
          <w:rFonts w:ascii="Kalimati" w:hAnsi="Kalimati"/>
          <w:color w:val="222222"/>
          <w:cs/>
          <w:lang w:bidi="hi-IN"/>
        </w:rPr>
        <w:t>भएमा</w:t>
      </w:r>
      <w:r>
        <w:rPr>
          <w:rFonts w:ascii="Kalimati" w:hAnsi="Kalimati"/>
          <w:color w:val="222222"/>
        </w:rPr>
        <w:t xml:space="preserve"> </w:t>
      </w:r>
      <w:r>
        <w:rPr>
          <w:rFonts w:ascii="Kalimati" w:hAnsi="Kalimati"/>
          <w:color w:val="222222"/>
          <w:cs/>
          <w:lang w:bidi="hi-IN"/>
        </w:rPr>
        <w:t>गणपुरक</w:t>
      </w:r>
      <w:r>
        <w:rPr>
          <w:rFonts w:ascii="Kalimati" w:hAnsi="Kalimati"/>
          <w:color w:val="222222"/>
        </w:rPr>
        <w:t xml:space="preserve"> </w:t>
      </w:r>
      <w:r>
        <w:rPr>
          <w:rFonts w:ascii="Kalimati" w:hAnsi="Kalimati"/>
          <w:color w:val="222222"/>
          <w:cs/>
          <w:lang w:bidi="hi-IN"/>
        </w:rPr>
        <w:t>संख्या</w:t>
      </w:r>
      <w:r>
        <w:rPr>
          <w:rFonts w:ascii="Kalimati" w:hAnsi="Kalimati"/>
          <w:color w:val="222222"/>
        </w:rPr>
        <w:t xml:space="preserve"> </w:t>
      </w:r>
      <w:r>
        <w:rPr>
          <w:rFonts w:ascii="Kalimati" w:hAnsi="Kalimati"/>
          <w:color w:val="222222"/>
          <w:cs/>
          <w:lang w:bidi="hi-IN"/>
        </w:rPr>
        <w:t>पुगेको</w:t>
      </w:r>
      <w:r>
        <w:rPr>
          <w:rFonts w:ascii="Kalimati" w:hAnsi="Kalimati"/>
          <w:color w:val="222222"/>
        </w:rPr>
        <w:t xml:space="preserve"> </w:t>
      </w:r>
      <w:r>
        <w:rPr>
          <w:rFonts w:ascii="Kalimati" w:hAnsi="Kalimati"/>
          <w:color w:val="222222"/>
          <w:cs/>
          <w:lang w:bidi="hi-IN"/>
        </w:rPr>
        <w:t>मानिनेछ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bCs/>
          <w:color w:val="222222"/>
          <w:cs/>
          <w:lang w:bidi="hi-IN"/>
        </w:rPr>
        <w:t>५</w:t>
      </w:r>
      <w:r>
        <w:rPr>
          <w:rFonts w:ascii="Kalimati" w:hAnsi="Kalimati"/>
          <w:b/>
          <w:color w:val="222222"/>
        </w:rPr>
        <w:t xml:space="preserve">. </w:t>
      </w:r>
      <w:r>
        <w:rPr>
          <w:rFonts w:ascii="Kalimati" w:hAnsi="Kalimati"/>
          <w:color w:val="222222"/>
          <w:cs/>
          <w:lang w:bidi="hi-IN"/>
        </w:rPr>
        <w:t>साधारणतया</w:t>
      </w:r>
      <w:r>
        <w:rPr>
          <w:rFonts w:ascii="Kalimati" w:hAnsi="Kalimati"/>
          <w:color w:val="222222"/>
        </w:rPr>
        <w:t xml:space="preserve"> </w:t>
      </w:r>
      <w:r>
        <w:rPr>
          <w:rFonts w:ascii="Kalimati" w:hAnsi="Kalimati"/>
          <w:color w:val="222222"/>
          <w:cs/>
          <w:lang w:bidi="hi-IN"/>
        </w:rPr>
        <w:t>साधारण</w:t>
      </w:r>
      <w:r>
        <w:rPr>
          <w:rFonts w:ascii="Kalimati" w:hAnsi="Kalimati"/>
          <w:color w:val="222222"/>
        </w:rPr>
        <w:t xml:space="preserve"> </w:t>
      </w:r>
      <w:r>
        <w:rPr>
          <w:rFonts w:ascii="Kalimati" w:hAnsi="Kalimati"/>
          <w:color w:val="222222"/>
          <w:cs/>
          <w:lang w:bidi="hi-IN"/>
        </w:rPr>
        <w:t>सभा</w:t>
      </w:r>
      <w:r>
        <w:rPr>
          <w:rFonts w:ascii="Kalimati" w:hAnsi="Kalimati"/>
          <w:color w:val="222222"/>
        </w:rPr>
        <w:t xml:space="preserve"> </w:t>
      </w:r>
      <w:r>
        <w:rPr>
          <w:rFonts w:ascii="Kalimati" w:hAnsi="Kalimati"/>
          <w:color w:val="222222"/>
          <w:cs/>
          <w:lang w:bidi="hi-IN"/>
        </w:rPr>
        <w:t>वर्षको</w:t>
      </w:r>
      <w:r>
        <w:rPr>
          <w:rFonts w:ascii="Kalimati" w:hAnsi="Kalimati"/>
          <w:color w:val="222222"/>
        </w:rPr>
        <w:t xml:space="preserve"> </w:t>
      </w:r>
      <w:r>
        <w:rPr>
          <w:rFonts w:ascii="Kalimati" w:hAnsi="Kalimati"/>
          <w:color w:val="222222"/>
          <w:cs/>
          <w:lang w:bidi="hi-IN"/>
        </w:rPr>
        <w:t>कम्तिमा</w:t>
      </w:r>
      <w:r>
        <w:rPr>
          <w:rFonts w:ascii="Kalimati" w:hAnsi="Kalimati"/>
          <w:color w:val="222222"/>
        </w:rPr>
        <w:t xml:space="preserve"> </w:t>
      </w:r>
      <w:r>
        <w:rPr>
          <w:rFonts w:ascii="Kalimati" w:hAnsi="Kalimati"/>
          <w:color w:val="222222"/>
          <w:cs/>
          <w:lang w:bidi="hi-IN"/>
        </w:rPr>
        <w:t>१</w:t>
      </w:r>
      <w:r>
        <w:rPr>
          <w:rFonts w:ascii="Kalimati" w:hAnsi="Kalimati"/>
          <w:color w:val="222222"/>
        </w:rPr>
        <w:t xml:space="preserve"> </w:t>
      </w:r>
      <w:r>
        <w:rPr>
          <w:rFonts w:ascii="Kalimati" w:hAnsi="Kalimati"/>
          <w:color w:val="222222"/>
          <w:cs/>
          <w:lang w:bidi="hi-IN"/>
        </w:rPr>
        <w:t>पटक</w:t>
      </w:r>
      <w:r>
        <w:rPr>
          <w:rFonts w:ascii="Kalimati" w:hAnsi="Kalimati"/>
          <w:color w:val="222222"/>
        </w:rPr>
        <w:t xml:space="preserve"> </w:t>
      </w:r>
      <w:r>
        <w:rPr>
          <w:rFonts w:ascii="Kalimati" w:hAnsi="Kalimati"/>
          <w:color w:val="222222"/>
          <w:cs/>
          <w:lang w:bidi="hi-IN"/>
        </w:rPr>
        <w:t>वस्नेछ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१२</w:t>
      </w:r>
      <w:r>
        <w:rPr>
          <w:rFonts w:ascii="Kalimati" w:hAnsi="Kalimati"/>
          <w:b/>
          <w:color w:val="222222"/>
          <w:sz w:val="24"/>
        </w:rPr>
        <w:t xml:space="preserve">. </w:t>
      </w:r>
      <w:r>
        <w:rPr>
          <w:rFonts w:ascii="Kalimati" w:hAnsi="Kalimati"/>
          <w:b/>
          <w:bCs/>
          <w:color w:val="222222"/>
          <w:sz w:val="24"/>
          <w:szCs w:val="24"/>
          <w:cs/>
          <w:lang w:bidi="hi-IN"/>
        </w:rPr>
        <w:t>साधारण</w:t>
      </w:r>
      <w:r>
        <w:rPr>
          <w:rFonts w:ascii="Kalimati" w:hAnsi="Kalimati"/>
          <w:b/>
          <w:color w:val="222222"/>
          <w:sz w:val="24"/>
        </w:rPr>
        <w:t xml:space="preserve"> </w:t>
      </w:r>
      <w:r>
        <w:rPr>
          <w:rFonts w:ascii="Kalimati" w:hAnsi="Kalimati"/>
          <w:b/>
          <w:bCs/>
          <w:color w:val="222222"/>
          <w:sz w:val="24"/>
          <w:szCs w:val="24"/>
          <w:cs/>
          <w:lang w:bidi="hi-IN"/>
        </w:rPr>
        <w:t>सभाको</w:t>
      </w:r>
      <w:r>
        <w:rPr>
          <w:rFonts w:ascii="Kalimati" w:hAnsi="Kalimati"/>
          <w:b/>
          <w:color w:val="222222"/>
          <w:sz w:val="24"/>
        </w:rPr>
        <w:t xml:space="preserve"> </w:t>
      </w:r>
      <w:r>
        <w:rPr>
          <w:rFonts w:ascii="Kalimati" w:hAnsi="Kalimati"/>
          <w:b/>
          <w:bCs/>
          <w:color w:val="222222"/>
          <w:sz w:val="24"/>
          <w:szCs w:val="24"/>
          <w:cs/>
          <w:lang w:bidi="hi-IN"/>
        </w:rPr>
        <w:t>काम</w:t>
      </w:r>
      <w:r>
        <w:rPr>
          <w:rFonts w:ascii="Kalimati" w:hAnsi="Kalimati"/>
          <w:b/>
          <w:color w:val="222222"/>
          <w:sz w:val="24"/>
        </w:rPr>
        <w:t xml:space="preserve">, </w:t>
      </w:r>
      <w:r>
        <w:rPr>
          <w:rFonts w:ascii="Kalimati" w:hAnsi="Kalimati"/>
          <w:b/>
          <w:bCs/>
          <w:color w:val="222222"/>
          <w:sz w:val="24"/>
          <w:szCs w:val="24"/>
          <w:cs/>
          <w:lang w:bidi="hi-IN"/>
        </w:rPr>
        <w:t>कर्तव्य</w:t>
      </w:r>
      <w:r>
        <w:rPr>
          <w:rFonts w:ascii="Kalimati" w:hAnsi="Kalimati"/>
          <w:b/>
          <w:color w:val="222222"/>
          <w:sz w:val="24"/>
        </w:rPr>
        <w:t xml:space="preserve"> </w:t>
      </w:r>
      <w:r>
        <w:rPr>
          <w:rFonts w:ascii="Kalimati" w:hAnsi="Kalimati"/>
          <w:b/>
          <w:bCs/>
          <w:color w:val="222222"/>
          <w:sz w:val="24"/>
          <w:szCs w:val="24"/>
          <w:cs/>
          <w:lang w:bidi="hi-IN"/>
        </w:rPr>
        <w:t>र</w:t>
      </w:r>
      <w:r>
        <w:rPr>
          <w:rFonts w:ascii="Kalimati" w:hAnsi="Kalimati"/>
          <w:b/>
          <w:color w:val="222222"/>
          <w:sz w:val="24"/>
        </w:rPr>
        <w:t xml:space="preserve"> </w:t>
      </w:r>
      <w:r>
        <w:rPr>
          <w:rFonts w:ascii="Kalimati" w:hAnsi="Kalimati"/>
          <w:b/>
          <w:bCs/>
          <w:color w:val="222222"/>
          <w:sz w:val="24"/>
          <w:szCs w:val="24"/>
          <w:cs/>
          <w:lang w:bidi="hi-IN"/>
        </w:rPr>
        <w:t>अधिकार</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lastRenderedPageBreak/>
        <w:t>साधारण</w:t>
      </w:r>
      <w:r>
        <w:rPr>
          <w:rFonts w:ascii="Kalimati" w:hAnsi="Kalimati"/>
          <w:color w:val="222222"/>
        </w:rPr>
        <w:t xml:space="preserve"> </w:t>
      </w:r>
      <w:r>
        <w:rPr>
          <w:rFonts w:ascii="Kalimati" w:hAnsi="Kalimati"/>
          <w:color w:val="222222"/>
          <w:cs/>
          <w:lang w:bidi="hi-IN"/>
        </w:rPr>
        <w:t>सभाको</w:t>
      </w:r>
      <w:r>
        <w:rPr>
          <w:rFonts w:ascii="Kalimati" w:hAnsi="Kalimati"/>
          <w:color w:val="222222"/>
        </w:rPr>
        <w:t xml:space="preserve"> </w:t>
      </w:r>
      <w:r>
        <w:rPr>
          <w:rFonts w:ascii="Kalimati" w:hAnsi="Kalimati"/>
          <w:color w:val="222222"/>
          <w:cs/>
          <w:lang w:bidi="hi-IN"/>
        </w:rPr>
        <w:t>काम</w:t>
      </w:r>
      <w:r>
        <w:rPr>
          <w:rFonts w:ascii="Kalimati" w:hAnsi="Kalimati"/>
          <w:color w:val="222222"/>
        </w:rPr>
        <w:t xml:space="preserve">, </w:t>
      </w:r>
      <w:r>
        <w:rPr>
          <w:rFonts w:ascii="Kalimati" w:hAnsi="Kalimati"/>
          <w:color w:val="222222"/>
          <w:cs/>
          <w:lang w:bidi="hi-IN"/>
        </w:rPr>
        <w:t>कर्तव्य</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अधिकार</w:t>
      </w:r>
      <w:r>
        <w:rPr>
          <w:rFonts w:ascii="Kalimati" w:hAnsi="Kalimati"/>
          <w:color w:val="222222"/>
        </w:rPr>
        <w:t xml:space="preserve"> </w:t>
      </w:r>
      <w:r>
        <w:rPr>
          <w:rFonts w:ascii="Kalimati" w:hAnsi="Kalimati"/>
          <w:color w:val="222222"/>
          <w:cs/>
          <w:lang w:bidi="hi-IN"/>
        </w:rPr>
        <w:t>देहाय</w:t>
      </w:r>
      <w:r>
        <w:rPr>
          <w:rFonts w:ascii="Kalimati" w:hAnsi="Kalimati"/>
          <w:color w:val="222222"/>
        </w:rPr>
        <w:t xml:space="preserve"> </w:t>
      </w:r>
      <w:r>
        <w:rPr>
          <w:rFonts w:ascii="Kalimati" w:hAnsi="Kalimati"/>
          <w:color w:val="222222"/>
          <w:cs/>
          <w:lang w:bidi="hi-IN"/>
        </w:rPr>
        <w:t>बमोजिम</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p>
    <w:p w:rsidR="00116BFD" w:rsidRDefault="00116BFD" w:rsidP="00116BFD">
      <w:pPr>
        <w:spacing w:before="40"/>
        <w:ind w:left="288"/>
        <w:jc w:val="both"/>
        <w:rPr>
          <w:rFonts w:hint="eastAsia"/>
        </w:rPr>
      </w:pPr>
      <w:r>
        <w:rPr>
          <w:rFonts w:ascii="Kalimati" w:hAnsi="Kalimati"/>
          <w:b/>
          <w:color w:val="222222"/>
        </w:rPr>
        <w:t>(</w:t>
      </w:r>
      <w:r>
        <w:rPr>
          <w:rFonts w:ascii="Kalimati" w:hAnsi="Kalimati"/>
          <w:b/>
          <w:bCs/>
          <w:color w:val="222222"/>
          <w:cs/>
          <w:lang w:bidi="hi-IN"/>
        </w:rPr>
        <w:t>क</w:t>
      </w:r>
      <w:r>
        <w:rPr>
          <w:rFonts w:ascii="Kalimati" w:hAnsi="Kalimati"/>
          <w:b/>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कार्यसमितिले</w:t>
      </w:r>
      <w:r>
        <w:rPr>
          <w:rFonts w:ascii="Kalimati" w:hAnsi="Kalimati"/>
          <w:color w:val="222222"/>
        </w:rPr>
        <w:t xml:space="preserve"> </w:t>
      </w:r>
      <w:r>
        <w:rPr>
          <w:rFonts w:ascii="Kalimati" w:hAnsi="Kalimati"/>
          <w:color w:val="222222"/>
          <w:cs/>
          <w:lang w:bidi="hi-IN"/>
        </w:rPr>
        <w:t>साधारण</w:t>
      </w:r>
      <w:r>
        <w:rPr>
          <w:rFonts w:ascii="Kalimati" w:hAnsi="Kalimati"/>
          <w:color w:val="222222"/>
        </w:rPr>
        <w:t xml:space="preserve"> </w:t>
      </w:r>
      <w:r>
        <w:rPr>
          <w:rFonts w:ascii="Kalimati" w:hAnsi="Kalimati"/>
          <w:color w:val="222222"/>
          <w:cs/>
          <w:lang w:bidi="hi-IN"/>
        </w:rPr>
        <w:t>सभाको</w:t>
      </w:r>
      <w:r>
        <w:rPr>
          <w:rFonts w:ascii="Kalimati" w:hAnsi="Kalimati"/>
          <w:color w:val="222222"/>
        </w:rPr>
        <w:t xml:space="preserve"> </w:t>
      </w:r>
      <w:r>
        <w:rPr>
          <w:rFonts w:ascii="Kalimati" w:hAnsi="Kalimati"/>
          <w:color w:val="222222"/>
          <w:cs/>
          <w:lang w:bidi="hi-IN"/>
        </w:rPr>
        <w:t>परामर्श</w:t>
      </w:r>
      <w:r>
        <w:rPr>
          <w:rFonts w:ascii="Kalimati" w:hAnsi="Kalimati"/>
          <w:color w:val="222222"/>
        </w:rPr>
        <w:t xml:space="preserve"> </w:t>
      </w:r>
      <w:r>
        <w:rPr>
          <w:rFonts w:ascii="Kalimati" w:hAnsi="Kalimati"/>
          <w:color w:val="222222"/>
          <w:cs/>
          <w:lang w:bidi="hi-IN"/>
        </w:rPr>
        <w:t>प्राप्त</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उचित</w:t>
      </w:r>
      <w:r>
        <w:rPr>
          <w:rFonts w:ascii="Kalimati" w:hAnsi="Kalimati"/>
          <w:color w:val="222222"/>
        </w:rPr>
        <w:t xml:space="preserve"> </w:t>
      </w:r>
      <w:r>
        <w:rPr>
          <w:rFonts w:ascii="Kalimati" w:hAnsi="Kalimati"/>
          <w:color w:val="222222"/>
          <w:cs/>
          <w:lang w:bidi="hi-IN"/>
        </w:rPr>
        <w:t>देखि</w:t>
      </w:r>
      <w:r>
        <w:rPr>
          <w:rFonts w:ascii="Kalimati" w:hAnsi="Kalimati"/>
          <w:color w:val="222222"/>
        </w:rPr>
        <w:t xml:space="preserve"> </w:t>
      </w:r>
      <w:r>
        <w:rPr>
          <w:rFonts w:ascii="Kalimati" w:hAnsi="Kalimati"/>
          <w:color w:val="222222"/>
          <w:cs/>
          <w:lang w:bidi="hi-IN"/>
        </w:rPr>
        <w:t>पेश</w:t>
      </w:r>
      <w:r>
        <w:rPr>
          <w:rFonts w:ascii="Kalimati" w:hAnsi="Kalimati"/>
          <w:color w:val="222222"/>
        </w:rPr>
        <w:t xml:space="preserve"> </w:t>
      </w:r>
      <w:r>
        <w:rPr>
          <w:rFonts w:ascii="Kalimati" w:hAnsi="Kalimati"/>
          <w:color w:val="222222"/>
          <w:cs/>
          <w:lang w:bidi="hi-IN"/>
        </w:rPr>
        <w:t>भएका</w:t>
      </w:r>
      <w:r>
        <w:rPr>
          <w:rFonts w:ascii="Kalimati" w:hAnsi="Kalimati"/>
          <w:color w:val="222222"/>
        </w:rPr>
        <w:t xml:space="preserve"> </w:t>
      </w:r>
      <w:r>
        <w:rPr>
          <w:rFonts w:ascii="Kalimati" w:hAnsi="Kalimati"/>
          <w:color w:val="222222"/>
          <w:cs/>
          <w:lang w:bidi="hi-IN"/>
        </w:rPr>
        <w:t>विषयमा</w:t>
      </w:r>
      <w:r>
        <w:rPr>
          <w:rFonts w:ascii="Kalimati" w:hAnsi="Kalimati"/>
          <w:color w:val="222222"/>
        </w:rPr>
        <w:t xml:space="preserve"> </w:t>
      </w:r>
      <w:r>
        <w:rPr>
          <w:rFonts w:ascii="Kalimati" w:hAnsi="Kalimati"/>
          <w:color w:val="222222"/>
          <w:cs/>
          <w:lang w:bidi="hi-IN"/>
        </w:rPr>
        <w:t>परामर्श</w:t>
      </w:r>
      <w:r>
        <w:rPr>
          <w:rFonts w:ascii="Kalimati" w:hAnsi="Kalimati"/>
          <w:color w:val="222222"/>
        </w:rPr>
        <w:t xml:space="preserve"> </w:t>
      </w:r>
      <w:r>
        <w:rPr>
          <w:rFonts w:ascii="Kalimati" w:hAnsi="Kalimati"/>
          <w:color w:val="222222"/>
          <w:cs/>
          <w:lang w:bidi="hi-IN"/>
        </w:rPr>
        <w:t>दिने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color w:val="222222"/>
        </w:rPr>
        <w:t>(</w:t>
      </w:r>
      <w:r>
        <w:rPr>
          <w:rFonts w:ascii="Kalimati" w:hAnsi="Kalimati"/>
          <w:b/>
          <w:bCs/>
          <w:color w:val="222222"/>
          <w:cs/>
          <w:lang w:bidi="hi-IN"/>
        </w:rPr>
        <w:t>ख</w:t>
      </w:r>
      <w:r>
        <w:rPr>
          <w:rFonts w:ascii="Kalimati" w:hAnsi="Kalimati"/>
          <w:b/>
          <w:color w:val="222222"/>
        </w:rPr>
        <w:t xml:space="preserve">) </w:t>
      </w:r>
      <w:r>
        <w:rPr>
          <w:rFonts w:ascii="Kalimati" w:hAnsi="Kalimati"/>
          <w:color w:val="222222"/>
          <w:cs/>
          <w:lang w:bidi="hi-IN"/>
        </w:rPr>
        <w:t>लेखापरिक्षक</w:t>
      </w:r>
      <w:r>
        <w:rPr>
          <w:rFonts w:ascii="Kalimati" w:hAnsi="Kalimati"/>
          <w:color w:val="222222"/>
        </w:rPr>
        <w:t xml:space="preserve"> </w:t>
      </w:r>
      <w:r>
        <w:rPr>
          <w:rFonts w:ascii="Kalimati" w:hAnsi="Kalimati"/>
          <w:color w:val="222222"/>
          <w:cs/>
          <w:lang w:bidi="hi-IN"/>
        </w:rPr>
        <w:t>नियुक्ति</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color w:val="222222"/>
        </w:rPr>
        <w:t>(</w:t>
      </w:r>
      <w:r>
        <w:rPr>
          <w:rFonts w:ascii="Kalimati" w:hAnsi="Kalimati"/>
          <w:b/>
          <w:bCs/>
          <w:color w:val="222222"/>
          <w:cs/>
          <w:lang w:bidi="hi-IN"/>
        </w:rPr>
        <w:t>ग</w:t>
      </w:r>
      <w:r>
        <w:rPr>
          <w:rFonts w:ascii="Kalimati" w:hAnsi="Kalimati"/>
          <w:b/>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लेखापरीक्षकको</w:t>
      </w:r>
      <w:r>
        <w:rPr>
          <w:rFonts w:ascii="Kalimati" w:hAnsi="Kalimati"/>
          <w:color w:val="222222"/>
        </w:rPr>
        <w:t xml:space="preserve"> </w:t>
      </w:r>
      <w:r>
        <w:rPr>
          <w:rFonts w:ascii="Kalimati" w:hAnsi="Kalimati"/>
          <w:color w:val="222222"/>
          <w:cs/>
          <w:lang w:bidi="hi-IN"/>
        </w:rPr>
        <w:t>प्रतिवेदन</w:t>
      </w:r>
      <w:r>
        <w:rPr>
          <w:rFonts w:ascii="Kalimati" w:hAnsi="Kalimati"/>
          <w:color w:val="222222"/>
        </w:rPr>
        <w:t xml:space="preserve"> </w:t>
      </w:r>
      <w:r>
        <w:rPr>
          <w:rFonts w:ascii="Kalimati" w:hAnsi="Kalimati"/>
          <w:color w:val="222222"/>
          <w:cs/>
          <w:lang w:bidi="hi-IN"/>
        </w:rPr>
        <w:t>पारित</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color w:val="222222"/>
        </w:rPr>
        <w:t>(</w:t>
      </w:r>
      <w:r>
        <w:rPr>
          <w:rFonts w:ascii="Kalimati" w:hAnsi="Kalimati"/>
          <w:b/>
          <w:bCs/>
          <w:color w:val="222222"/>
          <w:cs/>
          <w:lang w:bidi="hi-IN"/>
        </w:rPr>
        <w:t>घ</w:t>
      </w:r>
      <w:r>
        <w:rPr>
          <w:rFonts w:ascii="Kalimati" w:hAnsi="Kalimati"/>
          <w:b/>
          <w:color w:val="222222"/>
        </w:rPr>
        <w:t xml:space="preserve">) </w:t>
      </w:r>
      <w:r>
        <w:rPr>
          <w:rFonts w:ascii="Kalimati" w:hAnsi="Kalimati"/>
          <w:color w:val="222222"/>
          <w:cs/>
          <w:lang w:bidi="hi-IN"/>
        </w:rPr>
        <w:t>कार्य</w:t>
      </w:r>
      <w:r>
        <w:rPr>
          <w:rFonts w:ascii="Kalimati" w:hAnsi="Kalimati"/>
          <w:color w:val="222222"/>
        </w:rPr>
        <w:t xml:space="preserve"> </w:t>
      </w:r>
      <w:r>
        <w:rPr>
          <w:rFonts w:ascii="Kalimati" w:hAnsi="Kalimati"/>
          <w:color w:val="222222"/>
          <w:cs/>
          <w:lang w:bidi="hi-IN"/>
        </w:rPr>
        <w:t>समितिलाई</w:t>
      </w:r>
      <w:r>
        <w:rPr>
          <w:rFonts w:ascii="Kalimati" w:hAnsi="Kalimati"/>
          <w:color w:val="222222"/>
        </w:rPr>
        <w:t xml:space="preserve"> </w:t>
      </w:r>
      <w:r>
        <w:rPr>
          <w:rFonts w:ascii="Kalimati" w:hAnsi="Kalimati"/>
          <w:color w:val="222222"/>
          <w:cs/>
          <w:lang w:bidi="hi-IN"/>
        </w:rPr>
        <w:t>अधिकार</w:t>
      </w:r>
      <w:r>
        <w:rPr>
          <w:rFonts w:ascii="Kalimati" w:hAnsi="Kalimati"/>
          <w:color w:val="222222"/>
        </w:rPr>
        <w:t xml:space="preserve"> </w:t>
      </w:r>
      <w:r>
        <w:rPr>
          <w:rFonts w:ascii="Kalimati" w:hAnsi="Kalimati"/>
          <w:color w:val="222222"/>
          <w:cs/>
          <w:lang w:bidi="hi-IN"/>
        </w:rPr>
        <w:t>प्रत्यायोजन</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color w:val="222222"/>
        </w:rPr>
        <w:t>(</w:t>
      </w:r>
      <w:r>
        <w:rPr>
          <w:rFonts w:ascii="Kalimati" w:hAnsi="Kalimati"/>
          <w:b/>
          <w:bCs/>
          <w:color w:val="222222"/>
          <w:cs/>
          <w:lang w:bidi="hi-IN"/>
        </w:rPr>
        <w:t>ङ</w:t>
      </w:r>
      <w:r>
        <w:rPr>
          <w:rFonts w:ascii="Kalimati" w:hAnsi="Kalimati"/>
          <w:b/>
          <w:color w:val="222222"/>
        </w:rPr>
        <w:t xml:space="preserve">) </w:t>
      </w:r>
      <w:r>
        <w:rPr>
          <w:rFonts w:ascii="Kalimati" w:hAnsi="Kalimati"/>
          <w:color w:val="222222"/>
          <w:cs/>
          <w:lang w:bidi="hi-IN"/>
        </w:rPr>
        <w:t>कार्य</w:t>
      </w:r>
      <w:r>
        <w:rPr>
          <w:rFonts w:ascii="Kalimati" w:hAnsi="Kalimati"/>
          <w:color w:val="222222"/>
        </w:rPr>
        <w:t xml:space="preserve"> </w:t>
      </w:r>
      <w:r>
        <w:rPr>
          <w:rFonts w:ascii="Kalimati" w:hAnsi="Kalimati"/>
          <w:color w:val="222222"/>
          <w:cs/>
          <w:lang w:bidi="hi-IN"/>
        </w:rPr>
        <w:t>समितिको</w:t>
      </w:r>
      <w:r>
        <w:rPr>
          <w:rFonts w:ascii="Kalimati" w:hAnsi="Kalimati"/>
          <w:color w:val="222222"/>
        </w:rPr>
        <w:t xml:space="preserve"> </w:t>
      </w:r>
      <w:r>
        <w:rPr>
          <w:rFonts w:ascii="Kalimati" w:hAnsi="Kalimati"/>
          <w:color w:val="222222"/>
          <w:cs/>
          <w:lang w:bidi="hi-IN"/>
        </w:rPr>
        <w:t>कुनै</w:t>
      </w:r>
      <w:r>
        <w:rPr>
          <w:rFonts w:ascii="Kalimati" w:hAnsi="Kalimati"/>
          <w:color w:val="222222"/>
        </w:rPr>
        <w:t xml:space="preserve"> </w:t>
      </w:r>
      <w:r>
        <w:rPr>
          <w:rFonts w:ascii="Kalimati" w:hAnsi="Kalimati"/>
          <w:color w:val="222222"/>
          <w:cs/>
          <w:lang w:bidi="hi-IN"/>
        </w:rPr>
        <w:t>सदस्य</w:t>
      </w:r>
      <w:r>
        <w:rPr>
          <w:rFonts w:ascii="Kalimati" w:hAnsi="Kalimati"/>
          <w:color w:val="222222"/>
        </w:rPr>
        <w:t xml:space="preserve"> </w:t>
      </w:r>
      <w:r>
        <w:rPr>
          <w:rFonts w:ascii="Kalimati" w:hAnsi="Kalimati"/>
          <w:color w:val="222222"/>
          <w:cs/>
          <w:lang w:bidi="hi-IN"/>
        </w:rPr>
        <w:t>वा</w:t>
      </w:r>
      <w:r>
        <w:rPr>
          <w:rFonts w:ascii="Kalimati" w:hAnsi="Kalimati"/>
          <w:color w:val="222222"/>
        </w:rPr>
        <w:t xml:space="preserve"> </w:t>
      </w:r>
      <w:r>
        <w:rPr>
          <w:rFonts w:ascii="Kalimati" w:hAnsi="Kalimati"/>
          <w:color w:val="222222"/>
          <w:cs/>
          <w:lang w:bidi="hi-IN"/>
        </w:rPr>
        <w:t>सिंगो</w:t>
      </w:r>
      <w:r>
        <w:rPr>
          <w:rFonts w:ascii="Kalimati" w:hAnsi="Kalimati"/>
          <w:color w:val="222222"/>
        </w:rPr>
        <w:t xml:space="preserve"> </w:t>
      </w:r>
      <w:r>
        <w:rPr>
          <w:rFonts w:ascii="Kalimati" w:hAnsi="Kalimati"/>
          <w:color w:val="222222"/>
          <w:cs/>
          <w:lang w:bidi="hi-IN"/>
        </w:rPr>
        <w:t>कार्यसमितिको</w:t>
      </w:r>
      <w:r>
        <w:rPr>
          <w:rFonts w:ascii="Kalimati" w:hAnsi="Kalimati"/>
          <w:color w:val="222222"/>
        </w:rPr>
        <w:t xml:space="preserve"> </w:t>
      </w:r>
      <w:r>
        <w:rPr>
          <w:rFonts w:ascii="Kalimati" w:hAnsi="Kalimati"/>
          <w:color w:val="222222"/>
          <w:cs/>
          <w:lang w:bidi="hi-IN"/>
        </w:rPr>
        <w:t>विरुद्ध</w:t>
      </w:r>
      <w:r>
        <w:rPr>
          <w:rFonts w:ascii="Kalimati" w:hAnsi="Kalimati"/>
          <w:color w:val="222222"/>
        </w:rPr>
        <w:t xml:space="preserve"> </w:t>
      </w:r>
      <w:r>
        <w:rPr>
          <w:rFonts w:ascii="Kalimati" w:hAnsi="Kalimati"/>
          <w:color w:val="222222"/>
          <w:cs/>
          <w:lang w:bidi="hi-IN"/>
        </w:rPr>
        <w:t>कुनै</w:t>
      </w:r>
      <w:r>
        <w:rPr>
          <w:rFonts w:ascii="Kalimati" w:hAnsi="Kalimati"/>
          <w:color w:val="222222"/>
        </w:rPr>
        <w:t xml:space="preserve"> </w:t>
      </w:r>
      <w:r>
        <w:rPr>
          <w:rFonts w:ascii="Kalimati" w:hAnsi="Kalimati"/>
          <w:color w:val="222222"/>
          <w:cs/>
          <w:lang w:bidi="hi-IN"/>
        </w:rPr>
        <w:t>उजुरी</w:t>
      </w:r>
      <w:r>
        <w:rPr>
          <w:rFonts w:ascii="Kalimati" w:hAnsi="Kalimati"/>
          <w:color w:val="222222"/>
        </w:rPr>
        <w:t xml:space="preserve"> </w:t>
      </w:r>
      <w:r>
        <w:rPr>
          <w:rFonts w:ascii="Kalimati" w:hAnsi="Kalimati"/>
          <w:color w:val="222222"/>
          <w:cs/>
          <w:lang w:bidi="hi-IN"/>
        </w:rPr>
        <w:t>भएमा</w:t>
      </w:r>
      <w:r>
        <w:rPr>
          <w:rFonts w:ascii="Kalimati" w:hAnsi="Kalimati"/>
          <w:color w:val="222222"/>
        </w:rPr>
        <w:t xml:space="preserve"> </w:t>
      </w:r>
      <w:r>
        <w:rPr>
          <w:rFonts w:ascii="Kalimati" w:hAnsi="Kalimati"/>
          <w:color w:val="222222"/>
          <w:cs/>
          <w:lang w:bidi="hi-IN"/>
        </w:rPr>
        <w:t>निर्णय</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color w:val="222222"/>
        </w:rPr>
        <w:t>(</w:t>
      </w:r>
      <w:r>
        <w:rPr>
          <w:rFonts w:ascii="Kalimati" w:hAnsi="Kalimati"/>
          <w:b/>
          <w:bCs/>
          <w:color w:val="222222"/>
          <w:cs/>
          <w:lang w:bidi="hi-IN"/>
        </w:rPr>
        <w:t>च</w:t>
      </w:r>
      <w:r>
        <w:rPr>
          <w:rFonts w:ascii="Kalimati" w:hAnsi="Kalimati"/>
          <w:b/>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विधान</w:t>
      </w:r>
      <w:r>
        <w:rPr>
          <w:rFonts w:ascii="Kalimati" w:hAnsi="Kalimati"/>
          <w:color w:val="222222"/>
        </w:rPr>
        <w:t xml:space="preserve"> </w:t>
      </w:r>
      <w:r>
        <w:rPr>
          <w:rFonts w:ascii="Kalimati" w:hAnsi="Kalimati"/>
          <w:color w:val="222222"/>
          <w:cs/>
          <w:lang w:bidi="hi-IN"/>
        </w:rPr>
        <w:t>संशोधन</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color w:val="222222"/>
        </w:rPr>
        <w:t>(</w:t>
      </w:r>
      <w:r>
        <w:rPr>
          <w:rFonts w:ascii="Kalimati" w:hAnsi="Kalimati"/>
          <w:b/>
          <w:bCs/>
          <w:color w:val="222222"/>
          <w:cs/>
          <w:lang w:bidi="hi-IN"/>
        </w:rPr>
        <w:t>छ</w:t>
      </w:r>
      <w:r>
        <w:rPr>
          <w:rFonts w:ascii="Kalimati" w:hAnsi="Kalimati"/>
          <w:b/>
          <w:color w:val="222222"/>
        </w:rPr>
        <w:t xml:space="preserve">) </w:t>
      </w:r>
      <w:r>
        <w:rPr>
          <w:rFonts w:ascii="Kalimati" w:hAnsi="Kalimati"/>
          <w:color w:val="222222"/>
          <w:cs/>
          <w:lang w:bidi="hi-IN"/>
        </w:rPr>
        <w:t>आवश्यकताअनुसार</w:t>
      </w:r>
      <w:r>
        <w:rPr>
          <w:rFonts w:ascii="Kalimati" w:hAnsi="Kalimati"/>
          <w:color w:val="222222"/>
        </w:rPr>
        <w:t xml:space="preserve"> </w:t>
      </w:r>
      <w:r>
        <w:rPr>
          <w:rFonts w:ascii="Kalimati" w:hAnsi="Kalimati"/>
          <w:color w:val="222222"/>
          <w:cs/>
          <w:lang w:bidi="hi-IN"/>
        </w:rPr>
        <w:t>सल्लाहकारको</w:t>
      </w:r>
      <w:r>
        <w:rPr>
          <w:rFonts w:ascii="Kalimati" w:hAnsi="Kalimati"/>
          <w:color w:val="222222"/>
        </w:rPr>
        <w:t xml:space="preserve"> </w:t>
      </w:r>
      <w:r>
        <w:rPr>
          <w:rFonts w:ascii="Kalimati" w:hAnsi="Kalimati"/>
          <w:color w:val="222222"/>
          <w:cs/>
          <w:lang w:bidi="hi-IN"/>
        </w:rPr>
        <w:t>मनोनयन</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color w:val="222222"/>
        </w:rPr>
        <w:t>(</w:t>
      </w:r>
      <w:r>
        <w:rPr>
          <w:rFonts w:ascii="Kalimati" w:hAnsi="Kalimati"/>
          <w:b/>
          <w:bCs/>
          <w:color w:val="222222"/>
          <w:cs/>
          <w:lang w:bidi="hi-IN"/>
        </w:rPr>
        <w:t>ज</w:t>
      </w:r>
      <w:r>
        <w:rPr>
          <w:rFonts w:ascii="Kalimati" w:hAnsi="Kalimati"/>
          <w:b/>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वार्षिक</w:t>
      </w:r>
      <w:r>
        <w:rPr>
          <w:rFonts w:ascii="Kalimati" w:hAnsi="Kalimati"/>
          <w:color w:val="222222"/>
        </w:rPr>
        <w:t xml:space="preserve"> </w:t>
      </w:r>
      <w:r>
        <w:rPr>
          <w:rFonts w:ascii="Kalimati" w:hAnsi="Kalimati"/>
          <w:color w:val="222222"/>
          <w:cs/>
          <w:lang w:bidi="hi-IN"/>
        </w:rPr>
        <w:t>कार्ययोजना</w:t>
      </w:r>
      <w:r>
        <w:rPr>
          <w:rFonts w:ascii="Kalimati" w:hAnsi="Kalimati"/>
          <w:color w:val="222222"/>
        </w:rPr>
        <w:t xml:space="preserve"> </w:t>
      </w:r>
      <w:r>
        <w:rPr>
          <w:rFonts w:ascii="Kalimati" w:hAnsi="Kalimati"/>
          <w:color w:val="222222"/>
          <w:cs/>
          <w:lang w:bidi="hi-IN"/>
        </w:rPr>
        <w:t>स्वीकृत</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१३</w:t>
      </w:r>
      <w:r>
        <w:rPr>
          <w:rFonts w:ascii="Kalimati" w:hAnsi="Kalimati"/>
          <w:b/>
          <w:color w:val="222222"/>
          <w:sz w:val="24"/>
        </w:rPr>
        <w:t xml:space="preserve">. </w:t>
      </w:r>
      <w:r>
        <w:rPr>
          <w:rFonts w:ascii="Kalimati" w:hAnsi="Kalimati"/>
          <w:b/>
          <w:bCs/>
          <w:color w:val="222222"/>
          <w:sz w:val="24"/>
          <w:szCs w:val="24"/>
          <w:cs/>
          <w:lang w:bidi="hi-IN"/>
        </w:rPr>
        <w:t>आर्थिक</w:t>
      </w:r>
      <w:r>
        <w:rPr>
          <w:rFonts w:ascii="Kalimati" w:hAnsi="Kalimati"/>
          <w:b/>
          <w:color w:val="222222"/>
          <w:sz w:val="24"/>
        </w:rPr>
        <w:t xml:space="preserve"> </w:t>
      </w:r>
      <w:r>
        <w:rPr>
          <w:rFonts w:ascii="Kalimati" w:hAnsi="Kalimati"/>
          <w:b/>
          <w:bCs/>
          <w:color w:val="222222"/>
          <w:sz w:val="24"/>
          <w:szCs w:val="24"/>
          <w:cs/>
          <w:lang w:bidi="hi-IN"/>
        </w:rPr>
        <w:t>व्यवस्था</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rPr>
        <w:t>(</w:t>
      </w:r>
      <w:r>
        <w:rPr>
          <w:rFonts w:ascii="Kalimati" w:hAnsi="Kalimati"/>
          <w:color w:val="222222"/>
          <w:cs/>
          <w:lang w:bidi="hi-IN"/>
        </w:rPr>
        <w:t>१</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देहायबमोजिम</w:t>
      </w:r>
      <w:r>
        <w:rPr>
          <w:rFonts w:ascii="Kalimati" w:hAnsi="Kalimati"/>
          <w:color w:val="222222"/>
        </w:rPr>
        <w:t xml:space="preserve"> </w:t>
      </w:r>
      <w:r>
        <w:rPr>
          <w:rFonts w:ascii="Kalimati" w:hAnsi="Kalimati"/>
          <w:color w:val="222222"/>
          <w:cs/>
          <w:lang w:bidi="hi-IN"/>
        </w:rPr>
        <w:t>आर्थिक</w:t>
      </w:r>
      <w:r>
        <w:rPr>
          <w:rFonts w:ascii="Kalimati" w:hAnsi="Kalimati"/>
          <w:color w:val="222222"/>
        </w:rPr>
        <w:t xml:space="preserve"> </w:t>
      </w:r>
      <w:r>
        <w:rPr>
          <w:rFonts w:ascii="Kalimati" w:hAnsi="Kalimati"/>
          <w:color w:val="222222"/>
          <w:cs/>
          <w:lang w:bidi="hi-IN"/>
        </w:rPr>
        <w:t>स्रोत</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p>
    <w:p w:rsidR="00116BFD" w:rsidRDefault="00116BFD" w:rsidP="00116BFD">
      <w:pPr>
        <w:spacing w:before="40"/>
        <w:ind w:left="288"/>
        <w:jc w:val="both"/>
        <w:rPr>
          <w:rFonts w:hint="eastAsia"/>
        </w:rPr>
      </w:pPr>
      <w:r>
        <w:rPr>
          <w:rFonts w:ascii="Kalimati" w:hAnsi="Kalimati"/>
          <w:b/>
          <w:bCs/>
          <w:color w:val="222222"/>
          <w:cs/>
          <w:lang w:bidi="hi-IN"/>
        </w:rPr>
        <w:t>क</w:t>
      </w:r>
      <w:r>
        <w:rPr>
          <w:rFonts w:ascii="Kalimati" w:hAnsi="Kalimati"/>
          <w:b/>
          <w:color w:val="222222"/>
        </w:rPr>
        <w:t xml:space="preserve">) </w:t>
      </w:r>
      <w:r>
        <w:rPr>
          <w:rFonts w:ascii="Kalimati" w:hAnsi="Kalimati"/>
          <w:color w:val="222222"/>
          <w:cs/>
          <w:lang w:bidi="hi-IN"/>
        </w:rPr>
        <w:t>सदस्यताबाट</w:t>
      </w:r>
      <w:r>
        <w:rPr>
          <w:rFonts w:ascii="Kalimati" w:hAnsi="Kalimati"/>
          <w:color w:val="222222"/>
        </w:rPr>
        <w:t xml:space="preserve"> </w:t>
      </w:r>
      <w:r>
        <w:rPr>
          <w:rFonts w:ascii="Kalimati" w:hAnsi="Kalimati"/>
          <w:color w:val="222222"/>
          <w:cs/>
          <w:lang w:bidi="hi-IN"/>
        </w:rPr>
        <w:t>प्राप्त</w:t>
      </w:r>
      <w:r>
        <w:rPr>
          <w:rFonts w:ascii="Kalimati" w:hAnsi="Kalimati"/>
          <w:color w:val="222222"/>
        </w:rPr>
        <w:t xml:space="preserve"> </w:t>
      </w:r>
      <w:r>
        <w:rPr>
          <w:rFonts w:ascii="Kalimati" w:hAnsi="Kalimati"/>
          <w:color w:val="222222"/>
          <w:cs/>
          <w:lang w:bidi="hi-IN"/>
        </w:rPr>
        <w:t>शुल्क</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bCs/>
          <w:color w:val="222222"/>
          <w:cs/>
          <w:lang w:bidi="hi-IN"/>
        </w:rPr>
        <w:t>ख</w:t>
      </w:r>
      <w:r>
        <w:rPr>
          <w:rFonts w:ascii="Kalimati" w:hAnsi="Kalimati"/>
          <w:b/>
          <w:color w:val="222222"/>
        </w:rPr>
        <w:t xml:space="preserve">) </w:t>
      </w:r>
      <w:r>
        <w:rPr>
          <w:rFonts w:ascii="Kalimati" w:hAnsi="Kalimati"/>
          <w:color w:val="222222"/>
          <w:cs/>
          <w:lang w:bidi="hi-IN"/>
        </w:rPr>
        <w:t>सरकारी</w:t>
      </w:r>
      <w:r>
        <w:rPr>
          <w:rFonts w:ascii="Kalimati" w:hAnsi="Kalimati"/>
          <w:color w:val="222222"/>
        </w:rPr>
        <w:t xml:space="preserve"> </w:t>
      </w:r>
      <w:r>
        <w:rPr>
          <w:rFonts w:ascii="Kalimati" w:hAnsi="Kalimati"/>
          <w:color w:val="222222"/>
          <w:cs/>
          <w:lang w:bidi="hi-IN"/>
        </w:rPr>
        <w:t>तथा</w:t>
      </w:r>
      <w:r>
        <w:rPr>
          <w:rFonts w:ascii="Kalimati" w:hAnsi="Kalimati"/>
          <w:color w:val="222222"/>
        </w:rPr>
        <w:t xml:space="preserve"> </w:t>
      </w:r>
      <w:r>
        <w:rPr>
          <w:rFonts w:ascii="Kalimati" w:hAnsi="Kalimati"/>
          <w:color w:val="222222"/>
          <w:cs/>
          <w:lang w:bidi="hi-IN"/>
        </w:rPr>
        <w:t>गैरसरकारी</w:t>
      </w:r>
      <w:r>
        <w:rPr>
          <w:rFonts w:ascii="Kalimati" w:hAnsi="Kalimati"/>
          <w:color w:val="222222"/>
        </w:rPr>
        <w:t xml:space="preserve"> </w:t>
      </w:r>
      <w:r>
        <w:rPr>
          <w:rFonts w:ascii="Kalimati" w:hAnsi="Kalimati"/>
          <w:color w:val="222222"/>
          <w:cs/>
          <w:lang w:bidi="hi-IN"/>
        </w:rPr>
        <w:t>संस्थाबाट</w:t>
      </w:r>
      <w:r>
        <w:rPr>
          <w:rFonts w:ascii="Kalimati" w:hAnsi="Kalimati"/>
          <w:color w:val="222222"/>
        </w:rPr>
        <w:t xml:space="preserve"> </w:t>
      </w:r>
      <w:r>
        <w:rPr>
          <w:rFonts w:ascii="Kalimati" w:hAnsi="Kalimati"/>
          <w:color w:val="222222"/>
          <w:cs/>
          <w:lang w:bidi="hi-IN"/>
        </w:rPr>
        <w:t>प्राप्त</w:t>
      </w:r>
      <w:r>
        <w:rPr>
          <w:rFonts w:ascii="Kalimati" w:hAnsi="Kalimati"/>
          <w:color w:val="222222"/>
        </w:rPr>
        <w:t xml:space="preserve"> </w:t>
      </w:r>
      <w:r>
        <w:rPr>
          <w:rFonts w:ascii="Kalimati" w:hAnsi="Kalimati"/>
          <w:color w:val="222222"/>
          <w:cs/>
          <w:lang w:bidi="hi-IN"/>
        </w:rPr>
        <w:t>हुने</w:t>
      </w:r>
      <w:r>
        <w:rPr>
          <w:rFonts w:ascii="Kalimati" w:hAnsi="Kalimati"/>
          <w:color w:val="222222"/>
        </w:rPr>
        <w:t xml:space="preserve"> </w:t>
      </w:r>
      <w:r>
        <w:rPr>
          <w:rFonts w:ascii="Kalimati" w:hAnsi="Kalimati"/>
          <w:color w:val="222222"/>
          <w:cs/>
          <w:lang w:bidi="hi-IN"/>
        </w:rPr>
        <w:t>अनुदान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bCs/>
          <w:color w:val="222222"/>
          <w:cs/>
          <w:lang w:bidi="hi-IN"/>
        </w:rPr>
        <w:t>ग</w:t>
      </w:r>
      <w:r>
        <w:rPr>
          <w:rFonts w:ascii="Kalimati" w:hAnsi="Kalimati"/>
          <w:b/>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विभिन्न</w:t>
      </w:r>
      <w:r>
        <w:rPr>
          <w:rFonts w:ascii="Kalimati" w:hAnsi="Kalimati"/>
          <w:color w:val="222222"/>
        </w:rPr>
        <w:t xml:space="preserve"> </w:t>
      </w:r>
      <w:r>
        <w:rPr>
          <w:rFonts w:ascii="Kalimati" w:hAnsi="Kalimati"/>
          <w:color w:val="222222"/>
          <w:cs/>
          <w:lang w:bidi="hi-IN"/>
        </w:rPr>
        <w:t>क्रियाकलापको</w:t>
      </w:r>
      <w:r>
        <w:rPr>
          <w:rFonts w:ascii="Kalimati" w:hAnsi="Kalimati"/>
          <w:color w:val="222222"/>
        </w:rPr>
        <w:t xml:space="preserve"> </w:t>
      </w:r>
      <w:r>
        <w:rPr>
          <w:rFonts w:ascii="Kalimati" w:hAnsi="Kalimati"/>
          <w:color w:val="222222"/>
          <w:cs/>
          <w:lang w:bidi="hi-IN"/>
        </w:rPr>
        <w:t>सिलसिलामा</w:t>
      </w:r>
      <w:r>
        <w:rPr>
          <w:rFonts w:ascii="Kalimati" w:hAnsi="Kalimati"/>
          <w:color w:val="222222"/>
        </w:rPr>
        <w:t xml:space="preserve"> </w:t>
      </w:r>
      <w:r>
        <w:rPr>
          <w:rFonts w:ascii="Kalimati" w:hAnsi="Kalimati"/>
          <w:color w:val="222222"/>
          <w:cs/>
          <w:lang w:bidi="hi-IN"/>
        </w:rPr>
        <w:t>प्राप्त</w:t>
      </w:r>
      <w:r>
        <w:rPr>
          <w:rFonts w:ascii="Kalimati" w:hAnsi="Kalimati"/>
          <w:color w:val="222222"/>
        </w:rPr>
        <w:t xml:space="preserve"> </w:t>
      </w:r>
      <w:r>
        <w:rPr>
          <w:rFonts w:ascii="Kalimati" w:hAnsi="Kalimati"/>
          <w:color w:val="222222"/>
          <w:cs/>
          <w:lang w:bidi="hi-IN"/>
        </w:rPr>
        <w:t>हुने</w:t>
      </w:r>
      <w:r>
        <w:rPr>
          <w:rFonts w:ascii="Kalimati" w:hAnsi="Kalimati"/>
          <w:color w:val="222222"/>
        </w:rPr>
        <w:t xml:space="preserve"> </w:t>
      </w:r>
      <w:r>
        <w:rPr>
          <w:rFonts w:ascii="Kalimati" w:hAnsi="Kalimati"/>
          <w:color w:val="222222"/>
          <w:cs/>
          <w:lang w:bidi="hi-IN"/>
        </w:rPr>
        <w:t>आय</w:t>
      </w:r>
      <w:r>
        <w:rPr>
          <w:rFonts w:ascii="Kalimati" w:hAnsi="Kalimati"/>
          <w:color w:val="222222"/>
        </w:rPr>
        <w:t xml:space="preserve"> </w:t>
      </w:r>
      <w:r>
        <w:rPr>
          <w:rFonts w:ascii="Kalimati" w:hAnsi="Kalimati"/>
          <w:color w:val="222222"/>
          <w:cs/>
          <w:lang w:bidi="hi-IN"/>
        </w:rPr>
        <w:t>वा</w:t>
      </w:r>
      <w:r>
        <w:rPr>
          <w:rFonts w:ascii="Kalimati" w:hAnsi="Kalimati"/>
          <w:color w:val="222222"/>
        </w:rPr>
        <w:t xml:space="preserve"> </w:t>
      </w:r>
      <w:r>
        <w:rPr>
          <w:rFonts w:ascii="Kalimati" w:hAnsi="Kalimati"/>
          <w:color w:val="222222"/>
          <w:cs/>
          <w:lang w:bidi="hi-IN"/>
        </w:rPr>
        <w:t>पुरस्कार</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ind w:left="288"/>
        <w:jc w:val="both"/>
        <w:rPr>
          <w:rFonts w:hint="eastAsia"/>
        </w:rPr>
      </w:pPr>
      <w:r>
        <w:rPr>
          <w:rFonts w:ascii="Kalimati" w:hAnsi="Kalimati"/>
          <w:b/>
          <w:bCs/>
          <w:color w:val="222222"/>
          <w:cs/>
          <w:lang w:bidi="hi-IN"/>
        </w:rPr>
        <w:t>घ</w:t>
      </w:r>
      <w:r>
        <w:rPr>
          <w:rFonts w:ascii="Kalimati" w:hAnsi="Kalimati"/>
          <w:b/>
          <w:color w:val="222222"/>
        </w:rPr>
        <w:t xml:space="preserve">) </w:t>
      </w:r>
      <w:r>
        <w:rPr>
          <w:rFonts w:ascii="Kalimati" w:hAnsi="Kalimati"/>
          <w:color w:val="222222"/>
          <w:cs/>
          <w:lang w:bidi="hi-IN"/>
        </w:rPr>
        <w:t>अन्य</w:t>
      </w:r>
      <w:r>
        <w:rPr>
          <w:rFonts w:ascii="Kalimati" w:hAnsi="Kalimati"/>
          <w:color w:val="222222"/>
        </w:rPr>
        <w:t xml:space="preserve"> </w:t>
      </w:r>
      <w:r>
        <w:rPr>
          <w:rFonts w:ascii="Kalimati" w:hAnsi="Kalimati"/>
          <w:color w:val="222222"/>
          <w:cs/>
          <w:lang w:bidi="hi-IN"/>
        </w:rPr>
        <w:t>आम्दानी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jc w:val="both"/>
        <w:rPr>
          <w:rFonts w:hint="eastAsia"/>
        </w:rPr>
      </w:pPr>
      <w:r>
        <w:rPr>
          <w:rFonts w:ascii="Kalimati" w:hAnsi="Kalimati"/>
          <w:b/>
          <w:color w:val="222222"/>
        </w:rPr>
        <w:t>(</w:t>
      </w:r>
      <w:r>
        <w:rPr>
          <w:rFonts w:ascii="Kalimati" w:hAnsi="Kalimati"/>
          <w:b/>
          <w:bCs/>
          <w:color w:val="222222"/>
          <w:cs/>
          <w:lang w:bidi="hi-IN"/>
        </w:rPr>
        <w:t>२</w:t>
      </w:r>
      <w:r>
        <w:rPr>
          <w:rFonts w:ascii="Kalimati" w:hAnsi="Kalimati"/>
          <w:b/>
          <w:color w:val="222222"/>
        </w:rPr>
        <w:t xml:space="preserve">) </w:t>
      </w:r>
      <w:r>
        <w:rPr>
          <w:rFonts w:ascii="Kalimati" w:hAnsi="Kalimati"/>
          <w:color w:val="222222"/>
          <w:cs/>
          <w:lang w:bidi="hi-IN"/>
        </w:rPr>
        <w:t>प्रत्येक</w:t>
      </w:r>
      <w:r>
        <w:rPr>
          <w:rFonts w:ascii="Kalimati" w:hAnsi="Kalimati"/>
          <w:color w:val="222222"/>
        </w:rPr>
        <w:t xml:space="preserve"> </w:t>
      </w:r>
      <w:r>
        <w:rPr>
          <w:rFonts w:ascii="Kalimati" w:hAnsi="Kalimati"/>
          <w:color w:val="222222"/>
          <w:cs/>
          <w:lang w:bidi="hi-IN"/>
        </w:rPr>
        <w:t>आ</w:t>
      </w:r>
      <w:r>
        <w:rPr>
          <w:rFonts w:ascii="Kalimati" w:hAnsi="Kalimati"/>
          <w:color w:val="222222"/>
        </w:rPr>
        <w:t>.</w:t>
      </w:r>
      <w:r>
        <w:rPr>
          <w:rFonts w:ascii="Kalimati" w:hAnsi="Kalimati"/>
          <w:color w:val="222222"/>
          <w:cs/>
          <w:lang w:bidi="hi-IN"/>
        </w:rPr>
        <w:t>व</w:t>
      </w:r>
      <w:r>
        <w:rPr>
          <w:rFonts w:ascii="Kalimati" w:hAnsi="Kalimati"/>
          <w:color w:val="222222"/>
        </w:rPr>
        <w:t xml:space="preserve">. </w:t>
      </w:r>
      <w:r>
        <w:rPr>
          <w:rFonts w:ascii="Kalimati" w:hAnsi="Kalimati"/>
          <w:color w:val="222222"/>
          <w:cs/>
          <w:lang w:bidi="hi-IN"/>
        </w:rPr>
        <w:t>को</w:t>
      </w:r>
      <w:r>
        <w:rPr>
          <w:rFonts w:ascii="Kalimati" w:hAnsi="Kalimati"/>
          <w:color w:val="222222"/>
        </w:rPr>
        <w:t xml:space="preserve"> </w:t>
      </w:r>
      <w:r>
        <w:rPr>
          <w:rFonts w:ascii="Kalimati" w:hAnsi="Kalimati"/>
          <w:color w:val="222222"/>
          <w:cs/>
          <w:lang w:bidi="hi-IN"/>
        </w:rPr>
        <w:t>लेखा</w:t>
      </w:r>
      <w:r>
        <w:rPr>
          <w:rFonts w:ascii="Kalimati" w:hAnsi="Kalimati"/>
          <w:color w:val="222222"/>
        </w:rPr>
        <w:t xml:space="preserve"> </w:t>
      </w:r>
      <w:r>
        <w:rPr>
          <w:rFonts w:ascii="Kalimati" w:hAnsi="Kalimati"/>
          <w:color w:val="222222"/>
          <w:cs/>
          <w:lang w:bidi="hi-IN"/>
        </w:rPr>
        <w:t>तयार</w:t>
      </w:r>
      <w:r>
        <w:rPr>
          <w:rFonts w:ascii="Kalimati" w:hAnsi="Kalimati"/>
          <w:color w:val="222222"/>
        </w:rPr>
        <w:t xml:space="preserve"> </w:t>
      </w:r>
      <w:r>
        <w:rPr>
          <w:rFonts w:ascii="Kalimati" w:hAnsi="Kalimati"/>
          <w:color w:val="222222"/>
          <w:cs/>
          <w:lang w:bidi="hi-IN"/>
        </w:rPr>
        <w:t>गरी</w:t>
      </w:r>
      <w:r>
        <w:rPr>
          <w:rFonts w:ascii="Kalimati" w:hAnsi="Kalimati"/>
          <w:color w:val="222222"/>
        </w:rPr>
        <w:t xml:space="preserve"> </w:t>
      </w:r>
      <w:r>
        <w:rPr>
          <w:rFonts w:ascii="Kalimati" w:hAnsi="Kalimati"/>
          <w:color w:val="222222"/>
          <w:cs/>
          <w:lang w:bidi="hi-IN"/>
        </w:rPr>
        <w:t>पछिल्लो</w:t>
      </w:r>
      <w:r>
        <w:rPr>
          <w:rFonts w:ascii="Kalimati" w:hAnsi="Kalimati"/>
          <w:color w:val="222222"/>
        </w:rPr>
        <w:t xml:space="preserve"> </w:t>
      </w:r>
      <w:r>
        <w:rPr>
          <w:rFonts w:ascii="Kalimati" w:hAnsi="Kalimati"/>
          <w:color w:val="222222"/>
          <w:cs/>
          <w:lang w:bidi="hi-IN"/>
        </w:rPr>
        <w:t>आ</w:t>
      </w:r>
      <w:r>
        <w:rPr>
          <w:rFonts w:ascii="Kalimati" w:hAnsi="Kalimati"/>
          <w:color w:val="222222"/>
        </w:rPr>
        <w:t>.</w:t>
      </w:r>
      <w:r>
        <w:rPr>
          <w:rFonts w:ascii="Kalimati" w:hAnsi="Kalimati"/>
          <w:color w:val="222222"/>
          <w:cs/>
          <w:lang w:bidi="hi-IN"/>
        </w:rPr>
        <w:t>व</w:t>
      </w:r>
      <w:r>
        <w:rPr>
          <w:rFonts w:ascii="Kalimati" w:hAnsi="Kalimati"/>
          <w:color w:val="222222"/>
        </w:rPr>
        <w:t>.</w:t>
      </w:r>
      <w:r>
        <w:rPr>
          <w:rFonts w:ascii="Kalimati" w:hAnsi="Kalimati"/>
          <w:color w:val="222222"/>
          <w:cs/>
          <w:lang w:bidi="hi-IN"/>
        </w:rPr>
        <w:t>को</w:t>
      </w:r>
      <w:r>
        <w:rPr>
          <w:rFonts w:ascii="Kalimati" w:hAnsi="Kalimati"/>
          <w:color w:val="222222"/>
        </w:rPr>
        <w:t xml:space="preserve"> </w:t>
      </w:r>
      <w:r>
        <w:rPr>
          <w:rFonts w:ascii="Kalimati" w:hAnsi="Kalimati"/>
          <w:color w:val="222222"/>
          <w:cs/>
          <w:lang w:bidi="hi-IN"/>
        </w:rPr>
        <w:t>असोज</w:t>
      </w:r>
      <w:r>
        <w:rPr>
          <w:rFonts w:ascii="Kalimati" w:hAnsi="Kalimati"/>
          <w:color w:val="222222"/>
        </w:rPr>
        <w:t xml:space="preserve"> </w:t>
      </w:r>
      <w:r>
        <w:rPr>
          <w:rFonts w:ascii="Kalimati" w:hAnsi="Kalimati"/>
          <w:color w:val="222222"/>
          <w:cs/>
          <w:lang w:bidi="hi-IN"/>
        </w:rPr>
        <w:t>महिना</w:t>
      </w:r>
      <w:r>
        <w:rPr>
          <w:rFonts w:ascii="Kalimati" w:hAnsi="Kalimati"/>
          <w:color w:val="222222"/>
        </w:rPr>
        <w:t xml:space="preserve"> </w:t>
      </w:r>
      <w:r>
        <w:rPr>
          <w:rFonts w:ascii="Kalimati" w:hAnsi="Kalimati"/>
          <w:color w:val="222222"/>
          <w:cs/>
          <w:lang w:bidi="hi-IN"/>
        </w:rPr>
        <w:t>भित्र</w:t>
      </w:r>
      <w:r>
        <w:rPr>
          <w:rFonts w:ascii="Kalimati" w:hAnsi="Kalimati"/>
          <w:color w:val="222222"/>
        </w:rPr>
        <w:t xml:space="preserve"> </w:t>
      </w:r>
      <w:r>
        <w:rPr>
          <w:rFonts w:ascii="Kalimati" w:hAnsi="Kalimati"/>
          <w:color w:val="222222"/>
          <w:cs/>
          <w:lang w:bidi="hi-IN"/>
        </w:rPr>
        <w:t>लेखा</w:t>
      </w:r>
      <w:r>
        <w:rPr>
          <w:rFonts w:ascii="Kalimati" w:hAnsi="Kalimati"/>
          <w:color w:val="222222"/>
        </w:rPr>
        <w:t xml:space="preserve"> </w:t>
      </w:r>
      <w:r>
        <w:rPr>
          <w:rFonts w:ascii="Kalimati" w:hAnsi="Kalimati"/>
          <w:color w:val="222222"/>
          <w:cs/>
          <w:lang w:bidi="hi-IN"/>
        </w:rPr>
        <w:t>परीक्षण</w:t>
      </w:r>
      <w:r>
        <w:rPr>
          <w:rFonts w:ascii="Kalimati" w:hAnsi="Kalimati"/>
          <w:color w:val="222222"/>
        </w:rPr>
        <w:t xml:space="preserve"> </w:t>
      </w:r>
      <w:r>
        <w:rPr>
          <w:rFonts w:ascii="Kalimati" w:hAnsi="Kalimati"/>
          <w:color w:val="222222"/>
          <w:cs/>
          <w:lang w:bidi="hi-IN"/>
        </w:rPr>
        <w:t>गराई</w:t>
      </w:r>
      <w:r>
        <w:rPr>
          <w:rFonts w:ascii="Kalimati" w:hAnsi="Kalimati"/>
          <w:color w:val="222222"/>
        </w:rPr>
        <w:t xml:space="preserve"> </w:t>
      </w:r>
      <w:r>
        <w:rPr>
          <w:rFonts w:ascii="Kalimati" w:hAnsi="Kalimati"/>
          <w:color w:val="222222"/>
          <w:cs/>
          <w:lang w:bidi="hi-IN"/>
        </w:rPr>
        <w:t>सो</w:t>
      </w:r>
      <w:r>
        <w:rPr>
          <w:rFonts w:ascii="Kalimati" w:hAnsi="Kalimati"/>
          <w:color w:val="222222"/>
        </w:rPr>
        <w:t xml:space="preserve"> </w:t>
      </w:r>
      <w:r>
        <w:rPr>
          <w:rFonts w:ascii="Kalimati" w:hAnsi="Kalimati"/>
          <w:color w:val="222222"/>
          <w:cs/>
          <w:lang w:bidi="hi-IN"/>
        </w:rPr>
        <w:t>प्रतिवेदन</w:t>
      </w:r>
      <w:r>
        <w:rPr>
          <w:rFonts w:ascii="Kalimati" w:hAnsi="Kalimati"/>
          <w:color w:val="222222"/>
        </w:rPr>
        <w:t xml:space="preserve"> </w:t>
      </w:r>
      <w:r>
        <w:rPr>
          <w:rFonts w:ascii="Kalimati" w:hAnsi="Kalimati"/>
          <w:color w:val="222222"/>
          <w:cs/>
          <w:lang w:bidi="hi-IN"/>
        </w:rPr>
        <w:t>साधारण</w:t>
      </w:r>
      <w:r>
        <w:rPr>
          <w:rFonts w:ascii="Kalimati" w:hAnsi="Kalimati"/>
          <w:color w:val="222222"/>
        </w:rPr>
        <w:t xml:space="preserve"> </w:t>
      </w:r>
      <w:r>
        <w:rPr>
          <w:rFonts w:ascii="Kalimati" w:hAnsi="Kalimati"/>
          <w:color w:val="222222"/>
          <w:cs/>
          <w:lang w:bidi="hi-IN"/>
        </w:rPr>
        <w:t>सभामा</w:t>
      </w:r>
      <w:r>
        <w:rPr>
          <w:rFonts w:ascii="Kalimati" w:hAnsi="Kalimati"/>
          <w:color w:val="222222"/>
        </w:rPr>
        <w:t xml:space="preserve"> </w:t>
      </w:r>
      <w:r>
        <w:rPr>
          <w:rFonts w:ascii="Kalimati" w:hAnsi="Kalimati"/>
          <w:color w:val="222222"/>
          <w:cs/>
          <w:lang w:bidi="hi-IN"/>
        </w:rPr>
        <w:t>प्रस्तुत</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जिम्मेवारी</w:t>
      </w:r>
      <w:r>
        <w:rPr>
          <w:rFonts w:ascii="Kalimati" w:hAnsi="Kalimati"/>
          <w:color w:val="222222"/>
        </w:rPr>
        <w:t xml:space="preserve"> </w:t>
      </w:r>
      <w:r>
        <w:rPr>
          <w:rFonts w:ascii="Kalimati" w:hAnsi="Kalimati"/>
          <w:color w:val="222222"/>
          <w:cs/>
          <w:lang w:bidi="hi-IN"/>
        </w:rPr>
        <w:t>कार्य</w:t>
      </w:r>
      <w:r>
        <w:rPr>
          <w:rFonts w:ascii="Kalimati" w:hAnsi="Kalimati"/>
          <w:color w:val="222222"/>
        </w:rPr>
        <w:t xml:space="preserve"> </w:t>
      </w:r>
      <w:r>
        <w:rPr>
          <w:rFonts w:ascii="Kalimati" w:hAnsi="Kalimati"/>
          <w:color w:val="222222"/>
          <w:cs/>
          <w:lang w:bidi="hi-IN"/>
        </w:rPr>
        <w:t>समितिको</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jc w:val="both"/>
        <w:rPr>
          <w:rFonts w:hint="eastAsia"/>
        </w:rPr>
      </w:pPr>
      <w:r>
        <w:rPr>
          <w:rFonts w:ascii="Kalimati" w:hAnsi="Kalimati"/>
          <w:b/>
          <w:color w:val="222222"/>
        </w:rPr>
        <w:t>(</w:t>
      </w:r>
      <w:r>
        <w:rPr>
          <w:rFonts w:ascii="Kalimati" w:hAnsi="Kalimati"/>
          <w:b/>
          <w:bCs/>
          <w:color w:val="222222"/>
          <w:cs/>
          <w:lang w:bidi="hi-IN"/>
        </w:rPr>
        <w:t>३</w:t>
      </w:r>
      <w:r>
        <w:rPr>
          <w:rFonts w:ascii="Kalimati" w:hAnsi="Kalimati"/>
          <w:b/>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नाममा</w:t>
      </w:r>
      <w:r>
        <w:rPr>
          <w:rFonts w:ascii="Kalimati" w:hAnsi="Kalimati"/>
          <w:color w:val="222222"/>
        </w:rPr>
        <w:t xml:space="preserve"> </w:t>
      </w:r>
      <w:r>
        <w:rPr>
          <w:rFonts w:ascii="Kalimati" w:hAnsi="Kalimati"/>
          <w:color w:val="222222"/>
          <w:cs/>
          <w:lang w:bidi="hi-IN"/>
        </w:rPr>
        <w:t>प्राप्त</w:t>
      </w:r>
      <w:r>
        <w:rPr>
          <w:rFonts w:ascii="Kalimati" w:hAnsi="Kalimati"/>
          <w:color w:val="222222"/>
        </w:rPr>
        <w:t xml:space="preserve"> </w:t>
      </w:r>
      <w:r>
        <w:rPr>
          <w:rFonts w:ascii="Kalimati" w:hAnsi="Kalimati"/>
          <w:color w:val="222222"/>
          <w:cs/>
          <w:lang w:bidi="hi-IN"/>
        </w:rPr>
        <w:t>वा</w:t>
      </w:r>
      <w:r>
        <w:rPr>
          <w:rFonts w:ascii="Kalimati" w:hAnsi="Kalimati"/>
          <w:color w:val="222222"/>
        </w:rPr>
        <w:t xml:space="preserve"> </w:t>
      </w:r>
      <w:r>
        <w:rPr>
          <w:rFonts w:ascii="Kalimati" w:hAnsi="Kalimati"/>
          <w:color w:val="222222"/>
          <w:cs/>
          <w:lang w:bidi="hi-IN"/>
        </w:rPr>
        <w:t>खरीद</w:t>
      </w:r>
      <w:r>
        <w:rPr>
          <w:rFonts w:ascii="Kalimati" w:hAnsi="Kalimati"/>
          <w:color w:val="222222"/>
        </w:rPr>
        <w:t xml:space="preserve"> </w:t>
      </w:r>
      <w:r>
        <w:rPr>
          <w:rFonts w:ascii="Kalimati" w:hAnsi="Kalimati"/>
          <w:color w:val="222222"/>
          <w:cs/>
          <w:lang w:bidi="hi-IN"/>
        </w:rPr>
        <w:t>चल</w:t>
      </w:r>
      <w:r>
        <w:rPr>
          <w:rFonts w:ascii="Kalimati" w:hAnsi="Kalimati"/>
          <w:color w:val="222222"/>
        </w:rPr>
        <w:t>-</w:t>
      </w:r>
      <w:r>
        <w:rPr>
          <w:rFonts w:ascii="Kalimati" w:hAnsi="Kalimati"/>
          <w:color w:val="222222"/>
          <w:cs/>
          <w:lang w:bidi="hi-IN"/>
        </w:rPr>
        <w:t>अचल</w:t>
      </w:r>
      <w:r>
        <w:rPr>
          <w:rFonts w:ascii="Kalimati" w:hAnsi="Kalimati"/>
          <w:color w:val="222222"/>
        </w:rPr>
        <w:t xml:space="preserve"> </w:t>
      </w:r>
      <w:r>
        <w:rPr>
          <w:rFonts w:ascii="Kalimati" w:hAnsi="Kalimati"/>
          <w:color w:val="222222"/>
          <w:cs/>
          <w:lang w:bidi="hi-IN"/>
        </w:rPr>
        <w:t>सम्पत्तिको</w:t>
      </w:r>
      <w:r>
        <w:rPr>
          <w:rFonts w:ascii="Kalimati" w:hAnsi="Kalimati"/>
          <w:color w:val="222222"/>
        </w:rPr>
        <w:t xml:space="preserve"> </w:t>
      </w:r>
      <w:r>
        <w:rPr>
          <w:rFonts w:ascii="Kalimati" w:hAnsi="Kalimati"/>
          <w:color w:val="222222"/>
          <w:cs/>
          <w:lang w:bidi="hi-IN"/>
        </w:rPr>
        <w:t>परिचालन</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प्रयोग</w:t>
      </w:r>
      <w:r>
        <w:rPr>
          <w:rFonts w:ascii="Kalimati" w:hAnsi="Kalimati"/>
          <w:color w:val="222222"/>
        </w:rPr>
        <w:t xml:space="preserve"> </w:t>
      </w:r>
      <w:r>
        <w:rPr>
          <w:rFonts w:ascii="Kalimati" w:hAnsi="Kalimati"/>
          <w:color w:val="222222"/>
          <w:cs/>
          <w:lang w:bidi="hi-IN"/>
        </w:rPr>
        <w:t>नेपाल</w:t>
      </w:r>
      <w:r>
        <w:rPr>
          <w:rFonts w:ascii="Kalimati" w:hAnsi="Kalimati"/>
          <w:color w:val="222222"/>
        </w:rPr>
        <w:t xml:space="preserve"> </w:t>
      </w:r>
      <w:r>
        <w:rPr>
          <w:rFonts w:ascii="Kalimati" w:hAnsi="Kalimati"/>
          <w:color w:val="222222"/>
          <w:cs/>
          <w:lang w:bidi="hi-IN"/>
        </w:rPr>
        <w:t>सरकारको</w:t>
      </w:r>
      <w:r>
        <w:rPr>
          <w:rFonts w:ascii="Kalimati" w:hAnsi="Kalimati"/>
          <w:color w:val="222222"/>
        </w:rPr>
        <w:t xml:space="preserve"> </w:t>
      </w:r>
      <w:r>
        <w:rPr>
          <w:rFonts w:ascii="Kalimati" w:hAnsi="Kalimati"/>
          <w:color w:val="222222"/>
          <w:cs/>
          <w:lang w:bidi="hi-IN"/>
        </w:rPr>
        <w:t>प्रचलित</w:t>
      </w:r>
      <w:r>
        <w:rPr>
          <w:rFonts w:ascii="Kalimati" w:hAnsi="Kalimati"/>
          <w:color w:val="222222"/>
        </w:rPr>
        <w:t xml:space="preserve"> </w:t>
      </w:r>
      <w:r>
        <w:rPr>
          <w:rFonts w:ascii="Kalimati" w:hAnsi="Kalimati"/>
          <w:color w:val="222222"/>
          <w:cs/>
          <w:lang w:bidi="hi-IN"/>
        </w:rPr>
        <w:t>कानुन</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गाउँपालिकाको</w:t>
      </w:r>
      <w:r>
        <w:rPr>
          <w:rFonts w:ascii="Kalimati" w:hAnsi="Kalimati"/>
          <w:color w:val="222222"/>
        </w:rPr>
        <w:t xml:space="preserve"> </w:t>
      </w:r>
      <w:r>
        <w:rPr>
          <w:rFonts w:ascii="Kalimati" w:hAnsi="Kalimati"/>
          <w:color w:val="222222"/>
          <w:cs/>
          <w:lang w:bidi="hi-IN"/>
        </w:rPr>
        <w:t>टोल</w:t>
      </w:r>
      <w:r>
        <w:rPr>
          <w:rFonts w:ascii="Kalimati" w:hAnsi="Kalimati"/>
          <w:color w:val="222222"/>
        </w:rPr>
        <w:t xml:space="preserve"> </w:t>
      </w:r>
      <w:r>
        <w:rPr>
          <w:rFonts w:ascii="Kalimati" w:hAnsi="Kalimati"/>
          <w:color w:val="222222"/>
          <w:cs/>
          <w:lang w:bidi="hi-IN"/>
        </w:rPr>
        <w:t>विकास</w:t>
      </w:r>
      <w:r>
        <w:rPr>
          <w:rFonts w:ascii="Kalimati" w:hAnsi="Kalimati"/>
          <w:color w:val="222222"/>
        </w:rPr>
        <w:t xml:space="preserve"> </w:t>
      </w:r>
      <w:r>
        <w:rPr>
          <w:rFonts w:ascii="Kalimati" w:hAnsi="Kalimati"/>
          <w:color w:val="222222"/>
          <w:cs/>
          <w:lang w:bidi="hi-IN"/>
        </w:rPr>
        <w:t>संस्था</w:t>
      </w:r>
      <w:r>
        <w:rPr>
          <w:rFonts w:ascii="Kalimati" w:hAnsi="Kalimati"/>
          <w:color w:val="222222"/>
        </w:rPr>
        <w:t xml:space="preserve"> </w:t>
      </w:r>
      <w:r>
        <w:rPr>
          <w:rFonts w:ascii="Kalimati" w:hAnsi="Kalimati"/>
          <w:color w:val="222222"/>
          <w:cs/>
          <w:lang w:bidi="hi-IN"/>
        </w:rPr>
        <w:t>गठन</w:t>
      </w:r>
      <w:r>
        <w:rPr>
          <w:rFonts w:ascii="Kalimati" w:hAnsi="Kalimati"/>
          <w:color w:val="222222"/>
        </w:rPr>
        <w:t xml:space="preserve"> </w:t>
      </w:r>
      <w:r>
        <w:rPr>
          <w:rFonts w:ascii="Kalimati" w:hAnsi="Kalimati"/>
          <w:color w:val="222222"/>
          <w:cs/>
          <w:lang w:bidi="hi-IN"/>
        </w:rPr>
        <w:t>तथा</w:t>
      </w:r>
      <w:r>
        <w:rPr>
          <w:rFonts w:ascii="Kalimati" w:hAnsi="Kalimati"/>
          <w:color w:val="222222"/>
        </w:rPr>
        <w:t xml:space="preserve"> </w:t>
      </w:r>
      <w:r>
        <w:rPr>
          <w:rFonts w:ascii="Kalimati" w:hAnsi="Kalimati"/>
          <w:color w:val="222222"/>
          <w:cs/>
          <w:lang w:bidi="hi-IN"/>
        </w:rPr>
        <w:t>संचालन</w:t>
      </w:r>
      <w:r>
        <w:rPr>
          <w:rFonts w:ascii="Kalimati" w:hAnsi="Kalimati"/>
          <w:color w:val="222222"/>
        </w:rPr>
        <w:t xml:space="preserve"> </w:t>
      </w:r>
      <w:r>
        <w:rPr>
          <w:rFonts w:ascii="Kalimati" w:hAnsi="Kalimati"/>
          <w:color w:val="222222"/>
          <w:cs/>
          <w:lang w:bidi="hi-IN"/>
        </w:rPr>
        <w:t>कार्यविधि</w:t>
      </w:r>
      <w:r>
        <w:rPr>
          <w:rFonts w:ascii="Kalimati" w:hAnsi="Kalimati"/>
          <w:color w:val="222222"/>
        </w:rPr>
        <w:t xml:space="preserve"> </w:t>
      </w:r>
      <w:r>
        <w:rPr>
          <w:rFonts w:ascii="Kalimati" w:hAnsi="Kalimati"/>
          <w:color w:val="222222"/>
          <w:cs/>
          <w:lang w:bidi="hi-IN"/>
        </w:rPr>
        <w:t>२०७५</w:t>
      </w:r>
      <w:r>
        <w:rPr>
          <w:rFonts w:ascii="Kalimati" w:hAnsi="Kalimati"/>
          <w:color w:val="222222"/>
        </w:rPr>
        <w:t xml:space="preserve"> </w:t>
      </w:r>
      <w:r>
        <w:rPr>
          <w:rFonts w:ascii="Kalimati" w:hAnsi="Kalimati"/>
          <w:color w:val="222222"/>
          <w:cs/>
          <w:lang w:bidi="hi-IN"/>
        </w:rPr>
        <w:t>बमोजिम</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साधरण</w:t>
      </w:r>
      <w:r>
        <w:rPr>
          <w:rFonts w:ascii="Kalimati" w:hAnsi="Kalimati"/>
          <w:color w:val="222222"/>
        </w:rPr>
        <w:t xml:space="preserve"> </w:t>
      </w:r>
      <w:r>
        <w:rPr>
          <w:rFonts w:ascii="Kalimati" w:hAnsi="Kalimati"/>
          <w:color w:val="222222"/>
          <w:cs/>
          <w:lang w:bidi="hi-IN"/>
        </w:rPr>
        <w:t>सभाको</w:t>
      </w:r>
      <w:r>
        <w:rPr>
          <w:rFonts w:ascii="Kalimati" w:hAnsi="Kalimati"/>
          <w:color w:val="222222"/>
        </w:rPr>
        <w:t xml:space="preserve"> </w:t>
      </w:r>
      <w:r>
        <w:rPr>
          <w:rFonts w:ascii="Kalimati" w:hAnsi="Kalimati"/>
          <w:color w:val="222222"/>
          <w:cs/>
          <w:lang w:bidi="hi-IN"/>
        </w:rPr>
        <w:t>स्विकृतिमा</w:t>
      </w:r>
      <w:r>
        <w:rPr>
          <w:rFonts w:ascii="Kalimati" w:hAnsi="Kalimati"/>
          <w:color w:val="222222"/>
        </w:rPr>
        <w:t xml:space="preserve"> </w:t>
      </w:r>
      <w:r>
        <w:rPr>
          <w:rFonts w:ascii="Kalimati" w:hAnsi="Kalimati"/>
          <w:color w:val="222222"/>
          <w:cs/>
          <w:lang w:bidi="hi-IN"/>
        </w:rPr>
        <w:t>कार्य</w:t>
      </w:r>
      <w:r>
        <w:rPr>
          <w:rFonts w:ascii="Kalimati" w:hAnsi="Kalimati"/>
          <w:color w:val="222222"/>
        </w:rPr>
        <w:t xml:space="preserve"> </w:t>
      </w:r>
      <w:r>
        <w:rPr>
          <w:rFonts w:ascii="Kalimati" w:hAnsi="Kalimati"/>
          <w:color w:val="222222"/>
          <w:cs/>
          <w:lang w:bidi="hi-IN"/>
        </w:rPr>
        <w:t>समितिले</w:t>
      </w:r>
      <w:r>
        <w:rPr>
          <w:rFonts w:ascii="Kalimati" w:hAnsi="Kalimati"/>
          <w:color w:val="222222"/>
        </w:rPr>
        <w:t xml:space="preserve"> </w:t>
      </w:r>
      <w:r>
        <w:rPr>
          <w:rFonts w:ascii="Kalimati" w:hAnsi="Kalimati"/>
          <w:color w:val="222222"/>
          <w:cs/>
          <w:lang w:bidi="hi-IN"/>
        </w:rPr>
        <w:t>निर्णय</w:t>
      </w:r>
      <w:r>
        <w:rPr>
          <w:rFonts w:ascii="Kalimati" w:hAnsi="Kalimati"/>
          <w:color w:val="222222"/>
        </w:rPr>
        <w:t xml:space="preserve"> </w:t>
      </w:r>
      <w:r>
        <w:rPr>
          <w:rFonts w:ascii="Kalimati" w:hAnsi="Kalimati"/>
          <w:color w:val="222222"/>
          <w:cs/>
          <w:lang w:bidi="hi-IN"/>
        </w:rPr>
        <w:t>गरे</w:t>
      </w:r>
      <w:r>
        <w:rPr>
          <w:rFonts w:ascii="Kalimati" w:hAnsi="Kalimati"/>
          <w:color w:val="222222"/>
        </w:rPr>
        <w:t xml:space="preserve"> </w:t>
      </w:r>
      <w:r>
        <w:rPr>
          <w:rFonts w:ascii="Kalimati" w:hAnsi="Kalimati"/>
          <w:color w:val="222222"/>
          <w:cs/>
          <w:lang w:bidi="hi-IN"/>
        </w:rPr>
        <w:t>बमोजिम</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200"/>
        <w:rPr>
          <w:rFonts w:ascii="Kalimati" w:hAnsi="Kalimati" w:hint="cs"/>
          <w:b/>
          <w:bCs/>
          <w:color w:val="222222"/>
          <w:sz w:val="24"/>
          <w:szCs w:val="24"/>
          <w:lang w:bidi="ne-NP"/>
        </w:rPr>
      </w:pPr>
    </w:p>
    <w:p w:rsidR="00116BFD" w:rsidRDefault="00116BFD" w:rsidP="00116BFD">
      <w:pPr>
        <w:spacing w:before="200"/>
        <w:rPr>
          <w:rFonts w:hint="eastAsia"/>
        </w:rPr>
      </w:pPr>
      <w:r>
        <w:rPr>
          <w:rFonts w:ascii="Kalimati" w:hAnsi="Kalimati"/>
          <w:b/>
          <w:bCs/>
          <w:color w:val="222222"/>
          <w:sz w:val="24"/>
          <w:szCs w:val="24"/>
          <w:cs/>
          <w:lang w:bidi="hi-IN"/>
        </w:rPr>
        <w:t>१४</w:t>
      </w:r>
      <w:r>
        <w:rPr>
          <w:rFonts w:ascii="Kalimati" w:hAnsi="Kalimati"/>
          <w:b/>
          <w:color w:val="222222"/>
          <w:sz w:val="24"/>
        </w:rPr>
        <w:t xml:space="preserve">. </w:t>
      </w:r>
      <w:r>
        <w:rPr>
          <w:rFonts w:ascii="Kalimati" w:hAnsi="Kalimati"/>
          <w:b/>
          <w:bCs/>
          <w:color w:val="222222"/>
          <w:sz w:val="24"/>
          <w:szCs w:val="24"/>
          <w:cs/>
          <w:lang w:bidi="hi-IN"/>
        </w:rPr>
        <w:t>कार्यसमिति</w:t>
      </w:r>
      <w:r>
        <w:rPr>
          <w:rFonts w:ascii="Kalimati" w:hAnsi="Kalimati"/>
          <w:b/>
          <w:color w:val="222222"/>
          <w:sz w:val="24"/>
        </w:rPr>
        <w:t xml:space="preserve"> </w:t>
      </w:r>
      <w:r>
        <w:rPr>
          <w:rFonts w:ascii="Kalimati" w:hAnsi="Kalimati"/>
          <w:b/>
          <w:bCs/>
          <w:color w:val="222222"/>
          <w:sz w:val="24"/>
          <w:szCs w:val="24"/>
          <w:cs/>
          <w:lang w:bidi="hi-IN"/>
        </w:rPr>
        <w:t>तथा</w:t>
      </w:r>
      <w:r>
        <w:rPr>
          <w:rFonts w:ascii="Kalimati" w:hAnsi="Kalimati"/>
          <w:b/>
          <w:color w:val="222222"/>
          <w:sz w:val="24"/>
        </w:rPr>
        <w:t xml:space="preserve"> </w:t>
      </w:r>
      <w:r>
        <w:rPr>
          <w:rFonts w:ascii="Kalimati" w:hAnsi="Kalimati"/>
          <w:b/>
          <w:bCs/>
          <w:color w:val="222222"/>
          <w:sz w:val="24"/>
          <w:szCs w:val="24"/>
          <w:cs/>
          <w:lang w:bidi="hi-IN"/>
        </w:rPr>
        <w:t>पदाधिकारीको</w:t>
      </w:r>
      <w:r>
        <w:rPr>
          <w:rFonts w:ascii="Kalimati" w:hAnsi="Kalimati"/>
          <w:b/>
          <w:color w:val="222222"/>
          <w:sz w:val="24"/>
        </w:rPr>
        <w:t xml:space="preserve"> </w:t>
      </w:r>
      <w:r>
        <w:rPr>
          <w:rFonts w:ascii="Kalimati" w:hAnsi="Kalimati"/>
          <w:b/>
          <w:bCs/>
          <w:color w:val="222222"/>
          <w:sz w:val="24"/>
          <w:szCs w:val="24"/>
          <w:cs/>
          <w:lang w:bidi="hi-IN"/>
        </w:rPr>
        <w:t>राजिनामा</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b/>
          <w:color w:val="222222"/>
        </w:rPr>
        <w:t>(</w:t>
      </w:r>
      <w:r>
        <w:rPr>
          <w:rFonts w:ascii="Kalimati" w:hAnsi="Kalimati"/>
          <w:b/>
          <w:bCs/>
          <w:color w:val="222222"/>
          <w:cs/>
          <w:lang w:bidi="hi-IN"/>
        </w:rPr>
        <w:t>क</w:t>
      </w:r>
      <w:r>
        <w:rPr>
          <w:rFonts w:ascii="Kalimati" w:hAnsi="Kalimati"/>
          <w:b/>
          <w:color w:val="222222"/>
        </w:rPr>
        <w:t xml:space="preserve">) </w:t>
      </w:r>
      <w:r>
        <w:rPr>
          <w:rFonts w:ascii="Kalimati" w:hAnsi="Kalimati"/>
          <w:color w:val="222222"/>
          <w:cs/>
          <w:lang w:bidi="hi-IN"/>
        </w:rPr>
        <w:t>समितिका</w:t>
      </w:r>
      <w:r>
        <w:rPr>
          <w:rFonts w:ascii="Kalimati" w:hAnsi="Kalimati"/>
          <w:color w:val="222222"/>
        </w:rPr>
        <w:t xml:space="preserve"> </w:t>
      </w:r>
      <w:r>
        <w:rPr>
          <w:rFonts w:ascii="Kalimati" w:hAnsi="Kalimati"/>
          <w:color w:val="222222"/>
          <w:cs/>
          <w:lang w:bidi="hi-IN"/>
        </w:rPr>
        <w:t>सदस्यहरुले</w:t>
      </w:r>
      <w:r>
        <w:rPr>
          <w:rFonts w:ascii="Kalimati" w:hAnsi="Kalimati"/>
          <w:color w:val="222222"/>
        </w:rPr>
        <w:t xml:space="preserve"> </w:t>
      </w:r>
      <w:r>
        <w:rPr>
          <w:rFonts w:ascii="Kalimati" w:hAnsi="Kalimati"/>
          <w:color w:val="222222"/>
          <w:cs/>
          <w:lang w:bidi="hi-IN"/>
        </w:rPr>
        <w:t>आफ्नो</w:t>
      </w:r>
      <w:r>
        <w:rPr>
          <w:rFonts w:ascii="Kalimati" w:hAnsi="Kalimati"/>
          <w:color w:val="222222"/>
        </w:rPr>
        <w:t xml:space="preserve"> </w:t>
      </w:r>
      <w:r>
        <w:rPr>
          <w:rFonts w:ascii="Kalimati" w:hAnsi="Kalimati"/>
          <w:color w:val="222222"/>
          <w:cs/>
          <w:lang w:bidi="hi-IN"/>
        </w:rPr>
        <w:t>पदबाट</w:t>
      </w:r>
      <w:r>
        <w:rPr>
          <w:rFonts w:ascii="Kalimati" w:hAnsi="Kalimati"/>
          <w:color w:val="222222"/>
        </w:rPr>
        <w:t xml:space="preserve"> </w:t>
      </w:r>
      <w:r>
        <w:rPr>
          <w:rFonts w:ascii="Kalimati" w:hAnsi="Kalimati"/>
          <w:color w:val="222222"/>
          <w:cs/>
          <w:lang w:bidi="hi-IN"/>
        </w:rPr>
        <w:t>राजीनामा</w:t>
      </w:r>
      <w:r>
        <w:rPr>
          <w:rFonts w:ascii="Kalimati" w:hAnsi="Kalimati"/>
          <w:color w:val="222222"/>
        </w:rPr>
        <w:t xml:space="preserve"> </w:t>
      </w:r>
      <w:r>
        <w:rPr>
          <w:rFonts w:ascii="Kalimati" w:hAnsi="Kalimati"/>
          <w:color w:val="222222"/>
          <w:cs/>
          <w:lang w:bidi="hi-IN"/>
        </w:rPr>
        <w:t>दिन</w:t>
      </w:r>
      <w:r>
        <w:rPr>
          <w:rFonts w:ascii="Kalimati" w:hAnsi="Kalimati"/>
          <w:color w:val="222222"/>
        </w:rPr>
        <w:t xml:space="preserve"> </w:t>
      </w:r>
      <w:r>
        <w:rPr>
          <w:rFonts w:ascii="Kalimati" w:hAnsi="Kalimati"/>
          <w:color w:val="222222"/>
          <w:cs/>
          <w:lang w:bidi="hi-IN"/>
        </w:rPr>
        <w:t>चाहेमा</w:t>
      </w:r>
      <w:r>
        <w:rPr>
          <w:rFonts w:ascii="Kalimati" w:hAnsi="Kalimati"/>
          <w:color w:val="222222"/>
        </w:rPr>
        <w:t xml:space="preserve"> </w:t>
      </w:r>
      <w:r>
        <w:rPr>
          <w:rFonts w:ascii="Kalimati" w:hAnsi="Kalimati"/>
          <w:color w:val="222222"/>
          <w:cs/>
          <w:lang w:bidi="hi-IN"/>
        </w:rPr>
        <w:t>अध्यक्ष</w:t>
      </w:r>
      <w:r>
        <w:rPr>
          <w:rFonts w:ascii="Kalimati" w:hAnsi="Kalimati"/>
          <w:color w:val="222222"/>
        </w:rPr>
        <w:t xml:space="preserve"> </w:t>
      </w:r>
      <w:r>
        <w:rPr>
          <w:rFonts w:ascii="Kalimati" w:hAnsi="Kalimati"/>
          <w:color w:val="222222"/>
          <w:cs/>
          <w:lang w:bidi="hi-IN"/>
        </w:rPr>
        <w:t>समक्ष</w:t>
      </w:r>
      <w:r>
        <w:rPr>
          <w:rFonts w:ascii="Kalimati" w:hAnsi="Kalimati"/>
          <w:color w:val="222222"/>
        </w:rPr>
        <w:t xml:space="preserve"> </w:t>
      </w:r>
      <w:r>
        <w:rPr>
          <w:rFonts w:ascii="Kalimati" w:hAnsi="Kalimati"/>
          <w:color w:val="222222"/>
          <w:cs/>
          <w:lang w:bidi="hi-IN"/>
        </w:rPr>
        <w:t>दिन</w:t>
      </w:r>
      <w:r>
        <w:rPr>
          <w:rFonts w:ascii="Kalimati" w:hAnsi="Kalimati"/>
          <w:color w:val="222222"/>
        </w:rPr>
        <w:t xml:space="preserve"> </w:t>
      </w:r>
      <w:r>
        <w:rPr>
          <w:rFonts w:ascii="Kalimati" w:hAnsi="Kalimati"/>
          <w:color w:val="222222"/>
          <w:cs/>
          <w:lang w:bidi="hi-IN"/>
        </w:rPr>
        <w:t>सक्नेछन्</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jc w:val="both"/>
        <w:rPr>
          <w:rFonts w:hint="eastAsia"/>
        </w:rPr>
      </w:pPr>
      <w:r>
        <w:rPr>
          <w:rFonts w:ascii="Kalimati" w:hAnsi="Kalimati"/>
          <w:b/>
          <w:color w:val="222222"/>
        </w:rPr>
        <w:t>(</w:t>
      </w:r>
      <w:r>
        <w:rPr>
          <w:rFonts w:ascii="Kalimati" w:hAnsi="Kalimati"/>
          <w:b/>
          <w:bCs/>
          <w:color w:val="222222"/>
          <w:cs/>
          <w:lang w:bidi="hi-IN"/>
        </w:rPr>
        <w:t>ख</w:t>
      </w:r>
      <w:r>
        <w:rPr>
          <w:rFonts w:ascii="Kalimati" w:hAnsi="Kalimati"/>
          <w:b/>
          <w:color w:val="222222"/>
        </w:rPr>
        <w:t xml:space="preserve">) </w:t>
      </w:r>
      <w:r>
        <w:rPr>
          <w:rFonts w:ascii="Kalimati" w:hAnsi="Kalimati"/>
          <w:color w:val="222222"/>
          <w:cs/>
          <w:lang w:bidi="hi-IN"/>
        </w:rPr>
        <w:t>अध्यक्षले</w:t>
      </w:r>
      <w:r>
        <w:rPr>
          <w:rFonts w:ascii="Kalimati" w:hAnsi="Kalimati"/>
          <w:color w:val="222222"/>
        </w:rPr>
        <w:t xml:space="preserve"> </w:t>
      </w:r>
      <w:r>
        <w:rPr>
          <w:rFonts w:ascii="Kalimati" w:hAnsi="Kalimati"/>
          <w:color w:val="222222"/>
          <w:cs/>
          <w:lang w:bidi="hi-IN"/>
        </w:rPr>
        <w:t>आफ्नो</w:t>
      </w:r>
      <w:r>
        <w:rPr>
          <w:rFonts w:ascii="Kalimati" w:hAnsi="Kalimati"/>
          <w:color w:val="222222"/>
        </w:rPr>
        <w:t xml:space="preserve"> </w:t>
      </w:r>
      <w:r>
        <w:rPr>
          <w:rFonts w:ascii="Kalimati" w:hAnsi="Kalimati"/>
          <w:color w:val="222222"/>
          <w:cs/>
          <w:lang w:bidi="hi-IN"/>
        </w:rPr>
        <w:t>राजीनामा</w:t>
      </w:r>
      <w:r>
        <w:rPr>
          <w:rFonts w:ascii="Kalimati" w:hAnsi="Kalimati"/>
          <w:color w:val="222222"/>
        </w:rPr>
        <w:t xml:space="preserve"> </w:t>
      </w:r>
      <w:r>
        <w:rPr>
          <w:rFonts w:ascii="Kalimati" w:hAnsi="Kalimati"/>
          <w:color w:val="222222"/>
          <w:cs/>
          <w:lang w:bidi="hi-IN"/>
        </w:rPr>
        <w:t>सचिव</w:t>
      </w:r>
      <w:r>
        <w:rPr>
          <w:rFonts w:ascii="Kalimati" w:hAnsi="Kalimati"/>
          <w:color w:val="222222"/>
        </w:rPr>
        <w:t xml:space="preserve"> </w:t>
      </w:r>
      <w:r>
        <w:rPr>
          <w:rFonts w:ascii="Kalimati" w:hAnsi="Kalimati"/>
          <w:color w:val="222222"/>
          <w:cs/>
          <w:lang w:bidi="hi-IN"/>
        </w:rPr>
        <w:t>मार्फत</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बैठकमा</w:t>
      </w:r>
      <w:r>
        <w:rPr>
          <w:rFonts w:ascii="Kalimati" w:hAnsi="Kalimati"/>
          <w:color w:val="222222"/>
        </w:rPr>
        <w:t xml:space="preserve"> </w:t>
      </w:r>
      <w:r>
        <w:rPr>
          <w:rFonts w:ascii="Kalimati" w:hAnsi="Kalimati"/>
          <w:color w:val="222222"/>
          <w:cs/>
          <w:lang w:bidi="hi-IN"/>
        </w:rPr>
        <w:t>पेश</w:t>
      </w:r>
      <w:r>
        <w:rPr>
          <w:rFonts w:ascii="Kalimati" w:hAnsi="Kalimati"/>
          <w:color w:val="222222"/>
        </w:rPr>
        <w:t xml:space="preserve"> </w:t>
      </w:r>
      <w:r>
        <w:rPr>
          <w:rFonts w:ascii="Kalimati" w:hAnsi="Kalimati"/>
          <w:color w:val="222222"/>
          <w:cs/>
          <w:lang w:bidi="hi-IN"/>
        </w:rPr>
        <w:t>गर्नुपर्नेछ</w:t>
      </w:r>
      <w:r>
        <w:rPr>
          <w:rFonts w:ascii="Kalimati" w:hAnsi="Kalimati"/>
          <w:color w:val="222222"/>
        </w:rPr>
        <w:t xml:space="preserve"> </w:t>
      </w:r>
      <w:r>
        <w:rPr>
          <w:rFonts w:ascii="Kalimati" w:hAnsi="Kalimati"/>
          <w:color w:val="222222"/>
          <w:cs/>
          <w:lang w:bidi="hi-IN"/>
        </w:rPr>
        <w:t>र</w:t>
      </w:r>
      <w:r>
        <w:rPr>
          <w:rFonts w:ascii="Kalimati" w:hAnsi="Kalimati"/>
          <w:color w:val="222222"/>
        </w:rPr>
        <w:t xml:space="preserve"> </w:t>
      </w:r>
      <w:r>
        <w:rPr>
          <w:rFonts w:ascii="Kalimati" w:hAnsi="Kalimati"/>
          <w:color w:val="222222"/>
          <w:cs/>
          <w:lang w:bidi="hi-IN"/>
        </w:rPr>
        <w:t>सो</w:t>
      </w:r>
      <w:r>
        <w:rPr>
          <w:rFonts w:ascii="Kalimati" w:hAnsi="Kalimati"/>
          <w:color w:val="222222"/>
        </w:rPr>
        <w:t xml:space="preserve"> </w:t>
      </w:r>
      <w:r>
        <w:rPr>
          <w:rFonts w:ascii="Kalimati" w:hAnsi="Kalimati"/>
          <w:color w:val="222222"/>
          <w:cs/>
          <w:lang w:bidi="hi-IN"/>
        </w:rPr>
        <w:t>उपर</w:t>
      </w:r>
      <w:r>
        <w:rPr>
          <w:rFonts w:ascii="Kalimati" w:hAnsi="Kalimati"/>
          <w:color w:val="222222"/>
        </w:rPr>
        <w:t xml:space="preserve"> </w:t>
      </w:r>
      <w:r>
        <w:rPr>
          <w:rFonts w:ascii="Kalimati" w:hAnsi="Kalimati"/>
          <w:color w:val="222222"/>
          <w:cs/>
          <w:lang w:bidi="hi-IN"/>
        </w:rPr>
        <w:t>संस्थाले</w:t>
      </w:r>
      <w:r>
        <w:rPr>
          <w:rFonts w:ascii="Kalimati" w:hAnsi="Kalimati"/>
          <w:color w:val="222222"/>
        </w:rPr>
        <w:t xml:space="preserve"> </w:t>
      </w:r>
      <w:r>
        <w:rPr>
          <w:rFonts w:ascii="Kalimati" w:hAnsi="Kalimati"/>
          <w:color w:val="222222"/>
          <w:cs/>
          <w:lang w:bidi="hi-IN"/>
        </w:rPr>
        <w:t>निर्णय</w:t>
      </w:r>
      <w:r>
        <w:rPr>
          <w:rFonts w:ascii="Kalimati" w:hAnsi="Kalimati"/>
          <w:color w:val="222222"/>
        </w:rPr>
        <w:t xml:space="preserve"> </w:t>
      </w:r>
      <w:r>
        <w:rPr>
          <w:rFonts w:ascii="Kalimati" w:hAnsi="Kalimati"/>
          <w:color w:val="222222"/>
          <w:cs/>
          <w:lang w:bidi="hi-IN"/>
        </w:rPr>
        <w:t>गरे</w:t>
      </w:r>
      <w:r>
        <w:rPr>
          <w:rFonts w:ascii="Kalimati" w:hAnsi="Kalimati"/>
          <w:color w:val="222222"/>
        </w:rPr>
        <w:t xml:space="preserve"> </w:t>
      </w:r>
      <w:r>
        <w:rPr>
          <w:rFonts w:ascii="Kalimati" w:hAnsi="Kalimati"/>
          <w:color w:val="222222"/>
          <w:cs/>
          <w:lang w:bidi="hi-IN"/>
        </w:rPr>
        <w:t>बमोजिम</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१५</w:t>
      </w:r>
      <w:r>
        <w:rPr>
          <w:rFonts w:ascii="Kalimati" w:hAnsi="Kalimati"/>
          <w:b/>
          <w:color w:val="222222"/>
          <w:sz w:val="24"/>
        </w:rPr>
        <w:t xml:space="preserve">. </w:t>
      </w:r>
      <w:r>
        <w:rPr>
          <w:rFonts w:ascii="Kalimati" w:hAnsi="Kalimati"/>
          <w:b/>
          <w:bCs/>
          <w:color w:val="222222"/>
          <w:sz w:val="24"/>
          <w:szCs w:val="24"/>
          <w:cs/>
          <w:lang w:bidi="hi-IN"/>
        </w:rPr>
        <w:t>कार्य</w:t>
      </w:r>
      <w:r>
        <w:rPr>
          <w:rFonts w:ascii="Kalimati" w:hAnsi="Kalimati"/>
          <w:b/>
          <w:color w:val="222222"/>
          <w:sz w:val="24"/>
        </w:rPr>
        <w:t xml:space="preserve"> </w:t>
      </w:r>
      <w:r>
        <w:rPr>
          <w:rFonts w:ascii="Kalimati" w:hAnsi="Kalimati"/>
          <w:b/>
          <w:bCs/>
          <w:color w:val="222222"/>
          <w:sz w:val="24"/>
          <w:szCs w:val="24"/>
          <w:cs/>
          <w:lang w:bidi="hi-IN"/>
        </w:rPr>
        <w:t>समितिलाई</w:t>
      </w:r>
      <w:r>
        <w:rPr>
          <w:rFonts w:ascii="Kalimati" w:hAnsi="Kalimati"/>
          <w:b/>
          <w:color w:val="222222"/>
          <w:sz w:val="24"/>
        </w:rPr>
        <w:t xml:space="preserve"> </w:t>
      </w:r>
      <w:r>
        <w:rPr>
          <w:rFonts w:ascii="Kalimati" w:hAnsi="Kalimati"/>
          <w:b/>
          <w:bCs/>
          <w:color w:val="222222"/>
          <w:sz w:val="24"/>
          <w:szCs w:val="24"/>
          <w:cs/>
          <w:lang w:bidi="hi-IN"/>
        </w:rPr>
        <w:t>आविश्वासको</w:t>
      </w:r>
      <w:r>
        <w:rPr>
          <w:rFonts w:ascii="Kalimati" w:hAnsi="Kalimati"/>
          <w:b/>
          <w:color w:val="222222"/>
          <w:sz w:val="24"/>
        </w:rPr>
        <w:t xml:space="preserve"> </w:t>
      </w:r>
      <w:r>
        <w:rPr>
          <w:rFonts w:ascii="Kalimati" w:hAnsi="Kalimati"/>
          <w:b/>
          <w:bCs/>
          <w:color w:val="222222"/>
          <w:sz w:val="24"/>
          <w:szCs w:val="24"/>
          <w:cs/>
          <w:lang w:bidi="hi-IN"/>
        </w:rPr>
        <w:t>प्रस्ताव</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color w:val="222222"/>
          <w:cs/>
          <w:lang w:bidi="hi-IN"/>
        </w:rPr>
        <w:t>कार्य</w:t>
      </w:r>
      <w:r>
        <w:rPr>
          <w:rFonts w:ascii="Kalimati" w:hAnsi="Kalimati"/>
          <w:color w:val="222222"/>
        </w:rPr>
        <w:t xml:space="preserve"> </w:t>
      </w:r>
      <w:r>
        <w:rPr>
          <w:rFonts w:ascii="Kalimati" w:hAnsi="Kalimati"/>
          <w:color w:val="222222"/>
          <w:cs/>
          <w:lang w:bidi="hi-IN"/>
        </w:rPr>
        <w:t>समितिका</w:t>
      </w:r>
      <w:r>
        <w:rPr>
          <w:rFonts w:ascii="Kalimati" w:hAnsi="Kalimati"/>
          <w:color w:val="222222"/>
        </w:rPr>
        <w:t xml:space="preserve"> </w:t>
      </w:r>
      <w:r>
        <w:rPr>
          <w:rFonts w:ascii="Kalimati" w:hAnsi="Kalimati"/>
          <w:color w:val="222222"/>
          <w:cs/>
          <w:lang w:bidi="hi-IN"/>
        </w:rPr>
        <w:t>अध्यक्ष</w:t>
      </w:r>
      <w:r>
        <w:rPr>
          <w:rFonts w:ascii="Kalimati" w:hAnsi="Kalimati"/>
          <w:color w:val="222222"/>
        </w:rPr>
        <w:t xml:space="preserve"> </w:t>
      </w:r>
      <w:r>
        <w:rPr>
          <w:rFonts w:ascii="Kalimati" w:hAnsi="Kalimati"/>
          <w:color w:val="222222"/>
          <w:cs/>
          <w:lang w:bidi="hi-IN"/>
        </w:rPr>
        <w:t>एवं</w:t>
      </w:r>
      <w:r>
        <w:rPr>
          <w:rFonts w:ascii="Kalimati" w:hAnsi="Kalimati"/>
          <w:color w:val="222222"/>
        </w:rPr>
        <w:t xml:space="preserve"> </w:t>
      </w:r>
      <w:r>
        <w:rPr>
          <w:rFonts w:ascii="Kalimati" w:hAnsi="Kalimati"/>
          <w:color w:val="222222"/>
          <w:cs/>
          <w:lang w:bidi="hi-IN"/>
        </w:rPr>
        <w:t>पदाधिकारीहरु</w:t>
      </w:r>
      <w:r>
        <w:rPr>
          <w:rFonts w:ascii="Kalimati" w:hAnsi="Kalimati"/>
          <w:color w:val="222222"/>
        </w:rPr>
        <w:t xml:space="preserve"> </w:t>
      </w:r>
      <w:r>
        <w:rPr>
          <w:rFonts w:ascii="Kalimati" w:hAnsi="Kalimati"/>
          <w:color w:val="222222"/>
          <w:cs/>
          <w:lang w:bidi="hi-IN"/>
        </w:rPr>
        <w:t>उपर</w:t>
      </w:r>
      <w:r>
        <w:rPr>
          <w:rFonts w:ascii="Kalimati" w:hAnsi="Kalimati"/>
          <w:color w:val="222222"/>
        </w:rPr>
        <w:t xml:space="preserve"> </w:t>
      </w:r>
      <w:r>
        <w:rPr>
          <w:rFonts w:ascii="Kalimati" w:hAnsi="Kalimati"/>
          <w:color w:val="222222"/>
          <w:cs/>
          <w:lang w:bidi="hi-IN"/>
        </w:rPr>
        <w:t>अविश्वास</w:t>
      </w:r>
      <w:r>
        <w:rPr>
          <w:rFonts w:ascii="Kalimati" w:hAnsi="Kalimati"/>
          <w:color w:val="222222"/>
        </w:rPr>
        <w:t xml:space="preserve"> </w:t>
      </w:r>
      <w:r>
        <w:rPr>
          <w:rFonts w:ascii="Kalimati" w:hAnsi="Kalimati"/>
          <w:color w:val="222222"/>
          <w:cs/>
          <w:lang w:bidi="hi-IN"/>
        </w:rPr>
        <w:t>भएमा</w:t>
      </w:r>
      <w:r>
        <w:rPr>
          <w:rFonts w:ascii="Kalimati" w:hAnsi="Kalimati"/>
          <w:color w:val="222222"/>
        </w:rPr>
        <w:t xml:space="preserve"> </w:t>
      </w:r>
      <w:r>
        <w:rPr>
          <w:rFonts w:ascii="Kalimati" w:hAnsi="Kalimati"/>
          <w:color w:val="222222"/>
          <w:cs/>
          <w:lang w:bidi="hi-IN"/>
        </w:rPr>
        <w:t>यथोचित</w:t>
      </w:r>
      <w:r>
        <w:rPr>
          <w:rFonts w:ascii="Kalimati" w:hAnsi="Kalimati"/>
          <w:color w:val="222222"/>
        </w:rPr>
        <w:t xml:space="preserve"> </w:t>
      </w:r>
      <w:r>
        <w:rPr>
          <w:rFonts w:ascii="Kalimati" w:hAnsi="Kalimati"/>
          <w:color w:val="222222"/>
          <w:cs/>
          <w:lang w:bidi="hi-IN"/>
        </w:rPr>
        <w:t>कारण</w:t>
      </w:r>
      <w:r>
        <w:rPr>
          <w:rFonts w:ascii="Kalimati" w:hAnsi="Kalimati"/>
          <w:color w:val="222222"/>
        </w:rPr>
        <w:t xml:space="preserve"> </w:t>
      </w:r>
      <w:r>
        <w:rPr>
          <w:rFonts w:ascii="Kalimati" w:hAnsi="Kalimati"/>
          <w:color w:val="222222"/>
          <w:cs/>
          <w:lang w:bidi="hi-IN"/>
        </w:rPr>
        <w:t>देखाई</w:t>
      </w:r>
      <w:r>
        <w:rPr>
          <w:rFonts w:ascii="Kalimati" w:hAnsi="Kalimati"/>
          <w:color w:val="222222"/>
        </w:rPr>
        <w:t xml:space="preserve"> </w:t>
      </w:r>
      <w:r>
        <w:rPr>
          <w:rFonts w:ascii="Kalimati" w:hAnsi="Kalimati"/>
          <w:color w:val="222222"/>
          <w:cs/>
          <w:lang w:bidi="hi-IN"/>
        </w:rPr>
        <w:t>संस्थाका</w:t>
      </w:r>
      <w:r>
        <w:rPr>
          <w:rFonts w:ascii="Kalimati" w:hAnsi="Kalimati"/>
          <w:color w:val="222222"/>
        </w:rPr>
        <w:t xml:space="preserve"> </w:t>
      </w:r>
      <w:r>
        <w:rPr>
          <w:rFonts w:ascii="Kalimati" w:hAnsi="Kalimati"/>
          <w:color w:val="222222"/>
          <w:cs/>
          <w:lang w:bidi="hi-IN"/>
        </w:rPr>
        <w:t>५१</w:t>
      </w:r>
      <w:r>
        <w:rPr>
          <w:rFonts w:ascii="Kalimati" w:hAnsi="Kalimati"/>
          <w:color w:val="222222"/>
        </w:rPr>
        <w:t xml:space="preserve">% </w:t>
      </w:r>
      <w:r>
        <w:rPr>
          <w:rFonts w:ascii="Kalimati" w:hAnsi="Kalimati"/>
          <w:color w:val="222222"/>
          <w:cs/>
          <w:lang w:bidi="hi-IN"/>
        </w:rPr>
        <w:t>सदस्यहरुले</w:t>
      </w:r>
      <w:r>
        <w:rPr>
          <w:rFonts w:ascii="Kalimati" w:hAnsi="Kalimati"/>
          <w:color w:val="222222"/>
        </w:rPr>
        <w:t xml:space="preserve"> </w:t>
      </w:r>
      <w:r>
        <w:rPr>
          <w:rFonts w:ascii="Kalimati" w:hAnsi="Kalimati"/>
          <w:color w:val="222222"/>
          <w:cs/>
          <w:lang w:bidi="hi-IN"/>
        </w:rPr>
        <w:t>विशेष</w:t>
      </w:r>
      <w:r>
        <w:rPr>
          <w:rFonts w:ascii="Kalimati" w:hAnsi="Kalimati"/>
          <w:color w:val="222222"/>
        </w:rPr>
        <w:t xml:space="preserve"> </w:t>
      </w:r>
      <w:r>
        <w:rPr>
          <w:rFonts w:ascii="Kalimati" w:hAnsi="Kalimati"/>
          <w:color w:val="222222"/>
          <w:cs/>
          <w:lang w:bidi="hi-IN"/>
        </w:rPr>
        <w:t>साधारणसभा</w:t>
      </w:r>
      <w:r>
        <w:rPr>
          <w:rFonts w:ascii="Kalimati" w:hAnsi="Kalimati"/>
          <w:color w:val="222222"/>
        </w:rPr>
        <w:t xml:space="preserve"> </w:t>
      </w:r>
      <w:r>
        <w:rPr>
          <w:rFonts w:ascii="Kalimati" w:hAnsi="Kalimati"/>
          <w:color w:val="222222"/>
          <w:cs/>
          <w:lang w:bidi="hi-IN"/>
        </w:rPr>
        <w:t>राखी</w:t>
      </w:r>
      <w:r>
        <w:rPr>
          <w:rFonts w:ascii="Kalimati" w:hAnsi="Kalimati"/>
          <w:color w:val="222222"/>
        </w:rPr>
        <w:t xml:space="preserve"> </w:t>
      </w:r>
      <w:r>
        <w:rPr>
          <w:rFonts w:ascii="Kalimati" w:hAnsi="Kalimati"/>
          <w:color w:val="222222"/>
          <w:cs/>
          <w:lang w:bidi="hi-IN"/>
        </w:rPr>
        <w:t>अविश्वासको</w:t>
      </w:r>
      <w:r>
        <w:rPr>
          <w:rFonts w:ascii="Kalimati" w:hAnsi="Kalimati"/>
          <w:color w:val="222222"/>
        </w:rPr>
        <w:t xml:space="preserve"> </w:t>
      </w:r>
      <w:r>
        <w:rPr>
          <w:rFonts w:ascii="Kalimati" w:hAnsi="Kalimati"/>
          <w:color w:val="222222"/>
          <w:cs/>
          <w:lang w:bidi="hi-IN"/>
        </w:rPr>
        <w:t>प्रस्ताव</w:t>
      </w:r>
      <w:r>
        <w:rPr>
          <w:rFonts w:ascii="Kalimati" w:hAnsi="Kalimati"/>
          <w:color w:val="222222"/>
        </w:rPr>
        <w:t xml:space="preserve"> </w:t>
      </w:r>
      <w:r>
        <w:rPr>
          <w:rFonts w:ascii="Kalimati" w:hAnsi="Kalimati"/>
          <w:color w:val="222222"/>
          <w:cs/>
          <w:lang w:bidi="hi-IN"/>
        </w:rPr>
        <w:t>पेश</w:t>
      </w:r>
      <w:r>
        <w:rPr>
          <w:rFonts w:ascii="Kalimati" w:hAnsi="Kalimati"/>
          <w:color w:val="222222"/>
        </w:rPr>
        <w:t xml:space="preserve"> </w:t>
      </w:r>
      <w:r>
        <w:rPr>
          <w:rFonts w:ascii="Kalimati" w:hAnsi="Kalimati"/>
          <w:color w:val="222222"/>
          <w:cs/>
          <w:lang w:bidi="hi-IN"/>
        </w:rPr>
        <w:t>गर्न</w:t>
      </w:r>
      <w:r>
        <w:rPr>
          <w:rFonts w:ascii="Kalimati" w:hAnsi="Kalimati"/>
          <w:color w:val="222222"/>
        </w:rPr>
        <w:t xml:space="preserve"> </w:t>
      </w:r>
      <w:r>
        <w:rPr>
          <w:rFonts w:ascii="Kalimati" w:hAnsi="Kalimati"/>
          <w:color w:val="222222"/>
          <w:cs/>
          <w:lang w:bidi="hi-IN"/>
        </w:rPr>
        <w:t>सक्नेछ</w:t>
      </w:r>
      <w:r>
        <w:rPr>
          <w:rFonts w:ascii="Kalimati" w:hAnsi="Kalimati"/>
          <w:color w:val="222222"/>
        </w:rPr>
        <w:t xml:space="preserve"> </w:t>
      </w:r>
      <w:r>
        <w:rPr>
          <w:rFonts w:ascii="Kalimati" w:hAnsi="Kalimati"/>
          <w:color w:val="222222"/>
          <w:cs/>
          <w:lang w:bidi="hi-IN"/>
        </w:rPr>
        <w:t>।</w:t>
      </w:r>
      <w:r>
        <w:rPr>
          <w:rFonts w:ascii="Kalimati" w:hAnsi="Kalimati"/>
          <w:color w:val="222222"/>
        </w:rPr>
        <w:t xml:space="preserve"> </w:t>
      </w:r>
      <w:r>
        <w:rPr>
          <w:rFonts w:ascii="Kalimati" w:hAnsi="Kalimati"/>
          <w:color w:val="222222"/>
          <w:cs/>
          <w:lang w:bidi="hi-IN"/>
        </w:rPr>
        <w:t>अविश्वासको</w:t>
      </w:r>
      <w:r>
        <w:rPr>
          <w:rFonts w:ascii="Kalimati" w:hAnsi="Kalimati"/>
          <w:color w:val="222222"/>
        </w:rPr>
        <w:t xml:space="preserve"> </w:t>
      </w:r>
      <w:r>
        <w:rPr>
          <w:rFonts w:ascii="Kalimati" w:hAnsi="Kalimati"/>
          <w:color w:val="222222"/>
          <w:cs/>
          <w:lang w:bidi="hi-IN"/>
        </w:rPr>
        <w:t>प्रस्ताव</w:t>
      </w:r>
      <w:r>
        <w:rPr>
          <w:rFonts w:ascii="Kalimati" w:hAnsi="Kalimati"/>
          <w:color w:val="222222"/>
        </w:rPr>
        <w:t xml:space="preserve"> </w:t>
      </w:r>
      <w:r>
        <w:rPr>
          <w:rFonts w:ascii="Kalimati" w:hAnsi="Kalimati"/>
          <w:color w:val="222222"/>
          <w:cs/>
          <w:lang w:bidi="hi-IN"/>
        </w:rPr>
        <w:t>उपर</w:t>
      </w:r>
      <w:r>
        <w:rPr>
          <w:rFonts w:ascii="Kalimati" w:hAnsi="Kalimati"/>
          <w:color w:val="222222"/>
        </w:rPr>
        <w:t xml:space="preserve"> </w:t>
      </w:r>
      <w:r>
        <w:rPr>
          <w:rFonts w:ascii="Kalimati" w:hAnsi="Kalimati"/>
          <w:color w:val="222222"/>
          <w:cs/>
          <w:lang w:bidi="hi-IN"/>
        </w:rPr>
        <w:t>छलफल</w:t>
      </w:r>
      <w:r>
        <w:rPr>
          <w:rFonts w:ascii="Kalimati" w:hAnsi="Kalimati"/>
          <w:color w:val="222222"/>
        </w:rPr>
        <w:t xml:space="preserve"> </w:t>
      </w:r>
      <w:r>
        <w:rPr>
          <w:rFonts w:ascii="Kalimati" w:hAnsi="Kalimati"/>
          <w:color w:val="222222"/>
          <w:cs/>
          <w:lang w:bidi="hi-IN"/>
        </w:rPr>
        <w:t>गरी</w:t>
      </w:r>
      <w:r>
        <w:rPr>
          <w:rFonts w:ascii="Kalimati" w:hAnsi="Kalimati"/>
          <w:color w:val="222222"/>
        </w:rPr>
        <w:t xml:space="preserve"> </w:t>
      </w:r>
      <w:r>
        <w:rPr>
          <w:rFonts w:ascii="Kalimati" w:hAnsi="Kalimati"/>
          <w:color w:val="222222"/>
          <w:cs/>
          <w:lang w:bidi="hi-IN"/>
        </w:rPr>
        <w:t>हुने</w:t>
      </w:r>
      <w:r>
        <w:rPr>
          <w:rFonts w:ascii="Kalimati" w:hAnsi="Kalimati"/>
          <w:color w:val="222222"/>
        </w:rPr>
        <w:t xml:space="preserve"> </w:t>
      </w:r>
      <w:r>
        <w:rPr>
          <w:rFonts w:ascii="Kalimati" w:hAnsi="Kalimati"/>
          <w:color w:val="222222"/>
          <w:cs/>
          <w:lang w:bidi="hi-IN"/>
        </w:rPr>
        <w:t>निर्णयमा</w:t>
      </w:r>
      <w:r>
        <w:rPr>
          <w:rFonts w:ascii="Kalimati" w:hAnsi="Kalimati"/>
          <w:color w:val="222222"/>
        </w:rPr>
        <w:t xml:space="preserve"> </w:t>
      </w:r>
      <w:r>
        <w:rPr>
          <w:rFonts w:ascii="Kalimati" w:hAnsi="Kalimati"/>
          <w:color w:val="222222"/>
          <w:cs/>
          <w:lang w:bidi="hi-IN"/>
        </w:rPr>
        <w:t>बहुमतलाई</w:t>
      </w:r>
      <w:r>
        <w:rPr>
          <w:rFonts w:ascii="Kalimati" w:hAnsi="Kalimati"/>
          <w:color w:val="222222"/>
        </w:rPr>
        <w:t xml:space="preserve"> </w:t>
      </w:r>
      <w:r>
        <w:rPr>
          <w:rFonts w:ascii="Kalimati" w:hAnsi="Kalimati"/>
          <w:color w:val="222222"/>
          <w:cs/>
          <w:lang w:bidi="hi-IN"/>
        </w:rPr>
        <w:t>भन्दा</w:t>
      </w:r>
      <w:r>
        <w:rPr>
          <w:rFonts w:ascii="Kalimati" w:hAnsi="Kalimati"/>
          <w:color w:val="222222"/>
        </w:rPr>
        <w:t xml:space="preserve"> </w:t>
      </w:r>
      <w:r>
        <w:rPr>
          <w:rFonts w:ascii="Kalimati" w:hAnsi="Kalimati"/>
          <w:color w:val="222222"/>
          <w:cs/>
          <w:lang w:bidi="hi-IN"/>
        </w:rPr>
        <w:t>सर्वसम्मतीलाई</w:t>
      </w:r>
      <w:r>
        <w:rPr>
          <w:rFonts w:ascii="Kalimati" w:hAnsi="Kalimati"/>
          <w:color w:val="222222"/>
        </w:rPr>
        <w:t xml:space="preserve"> </w:t>
      </w:r>
      <w:r>
        <w:rPr>
          <w:rFonts w:ascii="Kalimati" w:hAnsi="Kalimati"/>
          <w:color w:val="222222"/>
          <w:cs/>
          <w:lang w:bidi="hi-IN"/>
        </w:rPr>
        <w:t>जोड</w:t>
      </w:r>
      <w:r>
        <w:rPr>
          <w:rFonts w:ascii="Kalimati" w:hAnsi="Kalimati"/>
          <w:color w:val="222222"/>
        </w:rPr>
        <w:t xml:space="preserve"> </w:t>
      </w:r>
      <w:r>
        <w:rPr>
          <w:rFonts w:ascii="Kalimati" w:hAnsi="Kalimati"/>
          <w:color w:val="222222"/>
          <w:cs/>
          <w:lang w:bidi="hi-IN"/>
        </w:rPr>
        <w:t>दिइनेछ</w:t>
      </w:r>
      <w:r>
        <w:rPr>
          <w:rFonts w:ascii="Kalimati" w:hAnsi="Kalimati"/>
          <w:color w:val="222222"/>
        </w:rPr>
        <w:t xml:space="preserve"> </w:t>
      </w:r>
      <w:r>
        <w:rPr>
          <w:rFonts w:ascii="Kalimati" w:hAnsi="Kalimati"/>
          <w:color w:val="222222"/>
          <w:cs/>
          <w:lang w:bidi="hi-IN"/>
        </w:rPr>
        <w:t>तर</w:t>
      </w:r>
      <w:r>
        <w:rPr>
          <w:rFonts w:ascii="Kalimati" w:hAnsi="Kalimati"/>
          <w:color w:val="222222"/>
        </w:rPr>
        <w:t xml:space="preserve"> </w:t>
      </w:r>
      <w:r>
        <w:rPr>
          <w:rFonts w:ascii="Kalimati" w:hAnsi="Kalimati"/>
          <w:color w:val="222222"/>
          <w:cs/>
          <w:lang w:bidi="hi-IN"/>
        </w:rPr>
        <w:t>सर्वसम्मति</w:t>
      </w:r>
      <w:r>
        <w:rPr>
          <w:rFonts w:ascii="Kalimati" w:hAnsi="Kalimati"/>
          <w:color w:val="222222"/>
        </w:rPr>
        <w:t xml:space="preserve"> </w:t>
      </w:r>
      <w:r>
        <w:rPr>
          <w:rFonts w:ascii="Kalimati" w:hAnsi="Kalimati"/>
          <w:color w:val="222222"/>
          <w:cs/>
          <w:lang w:bidi="hi-IN"/>
        </w:rPr>
        <w:t>नभएका</w:t>
      </w:r>
      <w:r>
        <w:rPr>
          <w:rFonts w:ascii="Kalimati" w:hAnsi="Kalimati"/>
          <w:color w:val="222222"/>
        </w:rPr>
        <w:t xml:space="preserve"> </w:t>
      </w:r>
      <w:r>
        <w:rPr>
          <w:rFonts w:ascii="Kalimati" w:hAnsi="Kalimati"/>
          <w:color w:val="222222"/>
          <w:cs/>
          <w:lang w:bidi="hi-IN"/>
        </w:rPr>
        <w:t>वहुमतबाट</w:t>
      </w:r>
      <w:r>
        <w:rPr>
          <w:rFonts w:ascii="Kalimati" w:hAnsi="Kalimati"/>
          <w:color w:val="222222"/>
        </w:rPr>
        <w:t xml:space="preserve"> </w:t>
      </w:r>
      <w:r>
        <w:rPr>
          <w:rFonts w:ascii="Kalimati" w:hAnsi="Kalimati"/>
          <w:color w:val="222222"/>
          <w:cs/>
          <w:lang w:bidi="hi-IN"/>
        </w:rPr>
        <w:t>निर्णय</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200"/>
        <w:rPr>
          <w:rFonts w:hint="eastAsia"/>
        </w:rPr>
      </w:pPr>
      <w:r>
        <w:rPr>
          <w:rFonts w:ascii="Kalimati" w:hAnsi="Kalimati"/>
          <w:b/>
          <w:bCs/>
          <w:color w:val="222222"/>
          <w:sz w:val="24"/>
          <w:szCs w:val="24"/>
          <w:cs/>
          <w:lang w:bidi="hi-IN"/>
        </w:rPr>
        <w:t>१६</w:t>
      </w:r>
      <w:r>
        <w:rPr>
          <w:rFonts w:ascii="Kalimati" w:hAnsi="Kalimati"/>
          <w:b/>
          <w:color w:val="222222"/>
          <w:sz w:val="24"/>
        </w:rPr>
        <w:t xml:space="preserve">. </w:t>
      </w:r>
      <w:r>
        <w:rPr>
          <w:rFonts w:ascii="Kalimati" w:hAnsi="Kalimati"/>
          <w:b/>
          <w:bCs/>
          <w:color w:val="222222"/>
          <w:sz w:val="24"/>
          <w:szCs w:val="24"/>
          <w:cs/>
          <w:lang w:bidi="hi-IN"/>
        </w:rPr>
        <w:t>विविध</w:t>
      </w:r>
      <w:r>
        <w:rPr>
          <w:rFonts w:ascii="Kalimati" w:hAnsi="Kalimati"/>
          <w:b/>
          <w:color w:val="222222"/>
          <w:sz w:val="24"/>
        </w:rPr>
        <w:t xml:space="preserve"> :</w:t>
      </w:r>
    </w:p>
    <w:p w:rsidR="00116BFD" w:rsidRDefault="00116BFD" w:rsidP="00116BFD">
      <w:pPr>
        <w:spacing w:before="40"/>
        <w:jc w:val="both"/>
        <w:rPr>
          <w:rFonts w:hint="eastAsia"/>
        </w:rPr>
      </w:pPr>
      <w:r>
        <w:rPr>
          <w:rFonts w:ascii="Kalimati" w:hAnsi="Kalimati"/>
          <w:b/>
          <w:bCs/>
          <w:color w:val="222222"/>
          <w:cs/>
          <w:lang w:bidi="hi-IN"/>
        </w:rPr>
        <w:t>क</w:t>
      </w:r>
      <w:r>
        <w:rPr>
          <w:rFonts w:ascii="Kalimati" w:hAnsi="Kalimati"/>
          <w:b/>
          <w:color w:val="222222"/>
        </w:rPr>
        <w:t xml:space="preserve">) </w:t>
      </w:r>
      <w:r>
        <w:rPr>
          <w:rFonts w:ascii="Kalimati" w:hAnsi="Kalimati"/>
          <w:color w:val="222222"/>
          <w:cs/>
          <w:lang w:bidi="hi-IN"/>
        </w:rPr>
        <w:t>यस</w:t>
      </w:r>
      <w:r>
        <w:rPr>
          <w:rFonts w:ascii="Kalimati" w:hAnsi="Kalimati"/>
          <w:color w:val="222222"/>
        </w:rPr>
        <w:t xml:space="preserve"> </w:t>
      </w:r>
      <w:r>
        <w:rPr>
          <w:rFonts w:ascii="Kalimati" w:hAnsi="Kalimati"/>
          <w:color w:val="222222"/>
          <w:cs/>
          <w:lang w:bidi="hi-IN"/>
        </w:rPr>
        <w:t>विधानमा</w:t>
      </w:r>
      <w:r>
        <w:rPr>
          <w:rFonts w:ascii="Kalimati" w:hAnsi="Kalimati"/>
          <w:color w:val="222222"/>
        </w:rPr>
        <w:t xml:space="preserve"> </w:t>
      </w:r>
      <w:r>
        <w:rPr>
          <w:rFonts w:ascii="Kalimati" w:hAnsi="Kalimati"/>
          <w:color w:val="222222"/>
          <w:cs/>
          <w:lang w:bidi="hi-IN"/>
        </w:rPr>
        <w:t>उल्लेख</w:t>
      </w:r>
      <w:r>
        <w:rPr>
          <w:rFonts w:ascii="Kalimati" w:hAnsi="Kalimati"/>
          <w:color w:val="222222"/>
        </w:rPr>
        <w:t xml:space="preserve"> </w:t>
      </w:r>
      <w:r>
        <w:rPr>
          <w:rFonts w:ascii="Kalimati" w:hAnsi="Kalimati"/>
          <w:color w:val="222222"/>
          <w:cs/>
          <w:lang w:bidi="hi-IN"/>
        </w:rPr>
        <w:t>नभएको</w:t>
      </w:r>
      <w:r>
        <w:rPr>
          <w:rFonts w:ascii="Kalimati" w:hAnsi="Kalimati"/>
          <w:color w:val="222222"/>
        </w:rPr>
        <w:t xml:space="preserve"> </w:t>
      </w:r>
      <w:r>
        <w:rPr>
          <w:rFonts w:ascii="Kalimati" w:hAnsi="Kalimati"/>
          <w:color w:val="222222"/>
          <w:cs/>
          <w:lang w:bidi="hi-IN"/>
        </w:rPr>
        <w:t>अन्य</w:t>
      </w:r>
      <w:r>
        <w:rPr>
          <w:rFonts w:ascii="Kalimati" w:hAnsi="Kalimati"/>
          <w:color w:val="222222"/>
        </w:rPr>
        <w:t xml:space="preserve"> </w:t>
      </w:r>
      <w:r>
        <w:rPr>
          <w:rFonts w:ascii="Kalimati" w:hAnsi="Kalimati"/>
          <w:color w:val="222222"/>
          <w:cs/>
          <w:lang w:bidi="hi-IN"/>
        </w:rPr>
        <w:t>विषय</w:t>
      </w:r>
      <w:r>
        <w:rPr>
          <w:rFonts w:ascii="Kalimati" w:hAnsi="Kalimati"/>
          <w:color w:val="222222"/>
        </w:rPr>
        <w:t xml:space="preserve"> "</w:t>
      </w:r>
      <w:r>
        <w:rPr>
          <w:rFonts w:ascii="Kalimati" w:hAnsi="Kalimati"/>
          <w:color w:val="222222"/>
          <w:cs/>
          <w:lang w:bidi="hi-IN"/>
        </w:rPr>
        <w:t>वंगलाचुली</w:t>
      </w:r>
      <w:r>
        <w:rPr>
          <w:rFonts w:ascii="Kalimati" w:hAnsi="Kalimati"/>
          <w:color w:val="222222"/>
        </w:rPr>
        <w:t xml:space="preserve"> </w:t>
      </w:r>
      <w:r>
        <w:rPr>
          <w:rFonts w:ascii="Kalimati" w:hAnsi="Kalimati"/>
          <w:color w:val="222222"/>
          <w:cs/>
          <w:lang w:bidi="hi-IN"/>
        </w:rPr>
        <w:t>गाउँपालिकामा</w:t>
      </w:r>
      <w:r>
        <w:rPr>
          <w:rFonts w:ascii="Kalimati" w:hAnsi="Kalimati"/>
          <w:color w:val="222222"/>
        </w:rPr>
        <w:t xml:space="preserve"> </w:t>
      </w:r>
      <w:r>
        <w:rPr>
          <w:rFonts w:ascii="Kalimati" w:hAnsi="Kalimati"/>
          <w:color w:val="222222"/>
          <w:cs/>
          <w:lang w:bidi="hi-IN"/>
        </w:rPr>
        <w:t>टोल</w:t>
      </w:r>
      <w:r>
        <w:rPr>
          <w:rFonts w:ascii="Kalimati" w:hAnsi="Kalimati"/>
          <w:color w:val="222222"/>
        </w:rPr>
        <w:t xml:space="preserve"> </w:t>
      </w:r>
      <w:r>
        <w:rPr>
          <w:rFonts w:ascii="Kalimati" w:hAnsi="Kalimati"/>
          <w:color w:val="222222"/>
          <w:cs/>
          <w:lang w:bidi="hi-IN"/>
        </w:rPr>
        <w:t>विकास</w:t>
      </w:r>
      <w:r>
        <w:rPr>
          <w:rFonts w:ascii="Kalimati" w:hAnsi="Kalimati"/>
          <w:color w:val="222222"/>
        </w:rPr>
        <w:t xml:space="preserve"> </w:t>
      </w:r>
      <w:r>
        <w:rPr>
          <w:rFonts w:ascii="Kalimati" w:hAnsi="Kalimati"/>
          <w:color w:val="222222"/>
          <w:cs/>
          <w:lang w:bidi="hi-IN"/>
        </w:rPr>
        <w:t>संस्था</w:t>
      </w:r>
      <w:r>
        <w:rPr>
          <w:rFonts w:ascii="Kalimati" w:hAnsi="Kalimati"/>
          <w:color w:val="222222"/>
        </w:rPr>
        <w:t xml:space="preserve"> (</w:t>
      </w:r>
      <w:r>
        <w:rPr>
          <w:rFonts w:ascii="Kalimati" w:hAnsi="Kalimati"/>
          <w:color w:val="222222"/>
          <w:cs/>
          <w:lang w:bidi="hi-IN"/>
        </w:rPr>
        <w:t>गठन</w:t>
      </w:r>
      <w:r>
        <w:rPr>
          <w:rFonts w:ascii="Kalimati" w:hAnsi="Kalimati"/>
          <w:color w:val="222222"/>
        </w:rPr>
        <w:t xml:space="preserve">, </w:t>
      </w:r>
      <w:r>
        <w:rPr>
          <w:rFonts w:ascii="Kalimati" w:hAnsi="Kalimati"/>
          <w:color w:val="222222"/>
          <w:cs/>
          <w:lang w:bidi="hi-IN"/>
        </w:rPr>
        <w:t>सञ्चालन</w:t>
      </w:r>
      <w:r>
        <w:rPr>
          <w:rFonts w:ascii="Kalimati" w:hAnsi="Kalimati"/>
          <w:color w:val="222222"/>
        </w:rPr>
        <w:t xml:space="preserve"> </w:t>
      </w:r>
      <w:r>
        <w:rPr>
          <w:rFonts w:ascii="Kalimati" w:hAnsi="Kalimati"/>
          <w:color w:val="222222"/>
          <w:cs/>
          <w:lang w:bidi="hi-IN"/>
        </w:rPr>
        <w:t>तथा</w:t>
      </w:r>
      <w:r>
        <w:rPr>
          <w:rFonts w:ascii="Kalimati" w:hAnsi="Kalimati"/>
          <w:color w:val="222222"/>
        </w:rPr>
        <w:t xml:space="preserve"> </w:t>
      </w:r>
      <w:r>
        <w:rPr>
          <w:rFonts w:ascii="Kalimati" w:hAnsi="Kalimati"/>
          <w:color w:val="222222"/>
          <w:cs/>
          <w:lang w:bidi="hi-IN"/>
        </w:rPr>
        <w:t>व्यवस्थापन</w:t>
      </w:r>
      <w:r>
        <w:rPr>
          <w:rFonts w:ascii="Kalimati" w:hAnsi="Kalimati"/>
          <w:color w:val="222222"/>
        </w:rPr>
        <w:t xml:space="preserve">) </w:t>
      </w:r>
      <w:r>
        <w:rPr>
          <w:rFonts w:ascii="Kalimati" w:hAnsi="Kalimati"/>
          <w:color w:val="222222"/>
          <w:cs/>
          <w:lang w:bidi="hi-IN"/>
        </w:rPr>
        <w:t>सम्वन्धी</w:t>
      </w:r>
      <w:r>
        <w:rPr>
          <w:rFonts w:ascii="Kalimati" w:hAnsi="Kalimati"/>
          <w:color w:val="222222"/>
        </w:rPr>
        <w:t xml:space="preserve"> </w:t>
      </w:r>
      <w:r>
        <w:rPr>
          <w:rFonts w:ascii="Kalimati" w:hAnsi="Kalimati"/>
          <w:color w:val="222222"/>
          <w:cs/>
          <w:lang w:bidi="hi-IN"/>
        </w:rPr>
        <w:t>कार्यविधि</w:t>
      </w:r>
      <w:r>
        <w:rPr>
          <w:rFonts w:ascii="Kalimati" w:hAnsi="Kalimati"/>
          <w:color w:val="222222"/>
        </w:rPr>
        <w:t xml:space="preserve">, </w:t>
      </w:r>
      <w:r>
        <w:rPr>
          <w:rFonts w:ascii="Kalimati" w:hAnsi="Kalimati"/>
          <w:color w:val="222222"/>
          <w:cs/>
          <w:lang w:bidi="hi-IN"/>
        </w:rPr>
        <w:t>२०८३</w:t>
      </w:r>
      <w:r>
        <w:rPr>
          <w:rFonts w:ascii="Kalimati" w:hAnsi="Kalimati"/>
          <w:color w:val="222222"/>
        </w:rPr>
        <w:t xml:space="preserve">" </w:t>
      </w:r>
      <w:r>
        <w:rPr>
          <w:rFonts w:ascii="Kalimati" w:hAnsi="Kalimati"/>
          <w:color w:val="222222"/>
          <w:cs/>
          <w:lang w:bidi="hi-IN"/>
        </w:rPr>
        <w:t>वमोजिम</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jc w:val="both"/>
        <w:rPr>
          <w:rFonts w:hint="eastAsia"/>
        </w:rPr>
      </w:pPr>
      <w:r>
        <w:rPr>
          <w:rFonts w:ascii="Kalimati" w:hAnsi="Kalimati"/>
          <w:b/>
          <w:color w:val="222222"/>
        </w:rPr>
        <w:t>(</w:t>
      </w:r>
      <w:r>
        <w:rPr>
          <w:rFonts w:ascii="Kalimati" w:hAnsi="Kalimati"/>
          <w:b/>
          <w:bCs/>
          <w:color w:val="222222"/>
          <w:cs/>
          <w:lang w:bidi="hi-IN"/>
        </w:rPr>
        <w:t>ख</w:t>
      </w:r>
      <w:r>
        <w:rPr>
          <w:rFonts w:ascii="Kalimati" w:hAnsi="Kalimati"/>
          <w:b/>
          <w:color w:val="222222"/>
        </w:rPr>
        <w:t xml:space="preserve">) </w:t>
      </w:r>
      <w:r>
        <w:rPr>
          <w:rFonts w:ascii="Kalimati" w:hAnsi="Kalimati"/>
          <w:color w:val="222222"/>
          <w:cs/>
          <w:lang w:bidi="hi-IN"/>
        </w:rPr>
        <w:t>यस</w:t>
      </w:r>
      <w:r>
        <w:rPr>
          <w:rFonts w:ascii="Kalimati" w:hAnsi="Kalimati"/>
          <w:color w:val="222222"/>
        </w:rPr>
        <w:t xml:space="preserve"> </w:t>
      </w:r>
      <w:r>
        <w:rPr>
          <w:rFonts w:ascii="Kalimati" w:hAnsi="Kalimati"/>
          <w:color w:val="222222"/>
          <w:cs/>
          <w:lang w:bidi="hi-IN"/>
        </w:rPr>
        <w:t>विधानमा</w:t>
      </w:r>
      <w:r>
        <w:rPr>
          <w:rFonts w:ascii="Kalimati" w:hAnsi="Kalimati"/>
          <w:color w:val="222222"/>
        </w:rPr>
        <w:t xml:space="preserve"> </w:t>
      </w:r>
      <w:r>
        <w:rPr>
          <w:rFonts w:ascii="Kalimati" w:hAnsi="Kalimati"/>
          <w:color w:val="222222"/>
          <w:cs/>
          <w:lang w:bidi="hi-IN"/>
        </w:rPr>
        <w:t>उल्लेखित</w:t>
      </w:r>
      <w:r>
        <w:rPr>
          <w:rFonts w:ascii="Kalimati" w:hAnsi="Kalimati"/>
          <w:color w:val="222222"/>
        </w:rPr>
        <w:t xml:space="preserve"> </w:t>
      </w:r>
      <w:r>
        <w:rPr>
          <w:rFonts w:ascii="Kalimati" w:hAnsi="Kalimati"/>
          <w:color w:val="222222"/>
          <w:cs/>
          <w:lang w:bidi="hi-IN"/>
        </w:rPr>
        <w:t>कुनै</w:t>
      </w:r>
      <w:r>
        <w:rPr>
          <w:rFonts w:ascii="Kalimati" w:hAnsi="Kalimati"/>
          <w:color w:val="222222"/>
        </w:rPr>
        <w:t xml:space="preserve"> </w:t>
      </w:r>
      <w:r>
        <w:rPr>
          <w:rFonts w:ascii="Kalimati" w:hAnsi="Kalimati"/>
          <w:color w:val="222222"/>
          <w:cs/>
          <w:lang w:bidi="hi-IN"/>
        </w:rPr>
        <w:t>विषय</w:t>
      </w:r>
      <w:r>
        <w:rPr>
          <w:rFonts w:ascii="Kalimati" w:hAnsi="Kalimati"/>
          <w:color w:val="222222"/>
        </w:rPr>
        <w:t xml:space="preserve"> "</w:t>
      </w:r>
      <w:r>
        <w:rPr>
          <w:rFonts w:ascii="Kalimati" w:hAnsi="Kalimati"/>
          <w:color w:val="222222"/>
          <w:cs/>
          <w:lang w:bidi="hi-IN"/>
        </w:rPr>
        <w:t>वंगलाचुली</w:t>
      </w:r>
      <w:r>
        <w:rPr>
          <w:rFonts w:ascii="Kalimati" w:hAnsi="Kalimati"/>
          <w:color w:val="222222"/>
        </w:rPr>
        <w:t xml:space="preserve"> </w:t>
      </w:r>
      <w:r>
        <w:rPr>
          <w:rFonts w:ascii="Kalimati" w:hAnsi="Kalimati"/>
          <w:color w:val="222222"/>
          <w:cs/>
          <w:lang w:bidi="hi-IN"/>
        </w:rPr>
        <w:t>गाउँपालिकामा</w:t>
      </w:r>
      <w:r>
        <w:rPr>
          <w:rFonts w:ascii="Kalimati" w:hAnsi="Kalimati"/>
          <w:color w:val="222222"/>
        </w:rPr>
        <w:t xml:space="preserve"> </w:t>
      </w:r>
      <w:r>
        <w:rPr>
          <w:rFonts w:ascii="Kalimati" w:hAnsi="Kalimati"/>
          <w:color w:val="222222"/>
          <w:cs/>
          <w:lang w:bidi="hi-IN"/>
        </w:rPr>
        <w:t>टोल</w:t>
      </w:r>
      <w:r>
        <w:rPr>
          <w:rFonts w:ascii="Kalimati" w:hAnsi="Kalimati"/>
          <w:color w:val="222222"/>
        </w:rPr>
        <w:t xml:space="preserve"> </w:t>
      </w:r>
      <w:r>
        <w:rPr>
          <w:rFonts w:ascii="Kalimati" w:hAnsi="Kalimati"/>
          <w:color w:val="222222"/>
          <w:cs/>
          <w:lang w:bidi="hi-IN"/>
        </w:rPr>
        <w:t>विकास</w:t>
      </w:r>
      <w:r>
        <w:rPr>
          <w:rFonts w:ascii="Kalimati" w:hAnsi="Kalimati"/>
          <w:color w:val="222222"/>
        </w:rPr>
        <w:t xml:space="preserve"> </w:t>
      </w:r>
      <w:r>
        <w:rPr>
          <w:rFonts w:ascii="Kalimati" w:hAnsi="Kalimati"/>
          <w:color w:val="222222"/>
          <w:cs/>
          <w:lang w:bidi="hi-IN"/>
        </w:rPr>
        <w:t>संस्था</w:t>
      </w:r>
      <w:r>
        <w:rPr>
          <w:rFonts w:ascii="Kalimati" w:hAnsi="Kalimati"/>
          <w:color w:val="222222"/>
        </w:rPr>
        <w:t>(</w:t>
      </w:r>
      <w:r>
        <w:rPr>
          <w:rFonts w:ascii="Kalimati" w:hAnsi="Kalimati"/>
          <w:color w:val="222222"/>
          <w:cs/>
          <w:lang w:bidi="hi-IN"/>
        </w:rPr>
        <w:t>गठन</w:t>
      </w:r>
      <w:r>
        <w:rPr>
          <w:rFonts w:ascii="Kalimati" w:hAnsi="Kalimati"/>
          <w:color w:val="222222"/>
        </w:rPr>
        <w:t xml:space="preserve">, </w:t>
      </w:r>
      <w:r>
        <w:rPr>
          <w:rFonts w:ascii="Kalimati" w:hAnsi="Kalimati"/>
          <w:color w:val="222222"/>
          <w:cs/>
          <w:lang w:bidi="hi-IN"/>
        </w:rPr>
        <w:t>सञ्चालन</w:t>
      </w:r>
      <w:r>
        <w:rPr>
          <w:rFonts w:ascii="Kalimati" w:hAnsi="Kalimati"/>
          <w:color w:val="222222"/>
        </w:rPr>
        <w:t xml:space="preserve"> </w:t>
      </w:r>
      <w:r>
        <w:rPr>
          <w:rFonts w:ascii="Kalimati" w:hAnsi="Kalimati"/>
          <w:color w:val="222222"/>
          <w:cs/>
          <w:lang w:bidi="hi-IN"/>
        </w:rPr>
        <w:t>तथा</w:t>
      </w:r>
      <w:r>
        <w:rPr>
          <w:rFonts w:ascii="Kalimati" w:hAnsi="Kalimati"/>
          <w:color w:val="222222"/>
        </w:rPr>
        <w:t xml:space="preserve"> </w:t>
      </w:r>
      <w:r>
        <w:rPr>
          <w:rFonts w:ascii="Kalimati" w:hAnsi="Kalimati"/>
          <w:color w:val="222222"/>
          <w:cs/>
          <w:lang w:bidi="hi-IN"/>
        </w:rPr>
        <w:t>व्यवस्थापन</w:t>
      </w:r>
      <w:r>
        <w:rPr>
          <w:rFonts w:ascii="Kalimati" w:hAnsi="Kalimati"/>
          <w:color w:val="222222"/>
        </w:rPr>
        <w:t xml:space="preserve">) </w:t>
      </w:r>
      <w:r>
        <w:rPr>
          <w:rFonts w:ascii="Kalimati" w:hAnsi="Kalimati"/>
          <w:color w:val="222222"/>
          <w:cs/>
          <w:lang w:bidi="hi-IN"/>
        </w:rPr>
        <w:t>सम्वन्धी</w:t>
      </w:r>
      <w:r>
        <w:rPr>
          <w:rFonts w:ascii="Kalimati" w:hAnsi="Kalimati"/>
          <w:color w:val="222222"/>
        </w:rPr>
        <w:t xml:space="preserve"> </w:t>
      </w:r>
      <w:r>
        <w:rPr>
          <w:rFonts w:ascii="Kalimati" w:hAnsi="Kalimati"/>
          <w:color w:val="222222"/>
          <w:cs/>
          <w:lang w:bidi="hi-IN"/>
        </w:rPr>
        <w:t>कार्यविधि</w:t>
      </w:r>
      <w:r>
        <w:rPr>
          <w:rFonts w:ascii="Kalimati" w:hAnsi="Kalimati"/>
          <w:color w:val="222222"/>
        </w:rPr>
        <w:t xml:space="preserve">, </w:t>
      </w:r>
      <w:r>
        <w:rPr>
          <w:rFonts w:ascii="Kalimati" w:hAnsi="Kalimati"/>
          <w:color w:val="222222"/>
          <w:cs/>
          <w:lang w:bidi="hi-IN"/>
        </w:rPr>
        <w:t>२०८३</w:t>
      </w:r>
      <w:r>
        <w:rPr>
          <w:rFonts w:ascii="Kalimati" w:hAnsi="Kalimati"/>
          <w:color w:val="222222"/>
        </w:rPr>
        <w:t xml:space="preserve">" </w:t>
      </w:r>
      <w:r>
        <w:rPr>
          <w:rFonts w:ascii="Kalimati" w:hAnsi="Kalimati"/>
          <w:color w:val="222222"/>
          <w:cs/>
          <w:lang w:bidi="hi-IN"/>
        </w:rPr>
        <w:t>संग</w:t>
      </w:r>
      <w:r>
        <w:rPr>
          <w:rFonts w:ascii="Kalimati" w:hAnsi="Kalimati"/>
          <w:color w:val="222222"/>
        </w:rPr>
        <w:t xml:space="preserve"> </w:t>
      </w:r>
      <w:r>
        <w:rPr>
          <w:rFonts w:ascii="Kalimati" w:hAnsi="Kalimati"/>
          <w:color w:val="222222"/>
          <w:cs/>
          <w:lang w:bidi="hi-IN"/>
        </w:rPr>
        <w:t>वाझिएमा</w:t>
      </w:r>
      <w:r>
        <w:rPr>
          <w:rFonts w:ascii="Kalimati" w:hAnsi="Kalimati"/>
          <w:color w:val="222222"/>
        </w:rPr>
        <w:t xml:space="preserve"> </w:t>
      </w:r>
      <w:r>
        <w:rPr>
          <w:rFonts w:ascii="Kalimati" w:hAnsi="Kalimati"/>
          <w:color w:val="222222"/>
          <w:cs/>
          <w:lang w:bidi="hi-IN"/>
        </w:rPr>
        <w:t>वाझिएको</w:t>
      </w:r>
      <w:r>
        <w:rPr>
          <w:rFonts w:ascii="Kalimati" w:hAnsi="Kalimati"/>
          <w:color w:val="222222"/>
        </w:rPr>
        <w:t xml:space="preserve"> </w:t>
      </w:r>
      <w:r>
        <w:rPr>
          <w:rFonts w:ascii="Kalimati" w:hAnsi="Kalimati"/>
          <w:color w:val="222222"/>
          <w:cs/>
          <w:lang w:bidi="hi-IN"/>
        </w:rPr>
        <w:t>हदसम्म</w:t>
      </w:r>
      <w:r>
        <w:rPr>
          <w:rFonts w:ascii="Kalimati" w:hAnsi="Kalimati"/>
          <w:color w:val="222222"/>
        </w:rPr>
        <w:t xml:space="preserve"> </w:t>
      </w:r>
      <w:r>
        <w:rPr>
          <w:rFonts w:ascii="Kalimati" w:hAnsi="Kalimati"/>
          <w:color w:val="222222"/>
          <w:cs/>
          <w:lang w:bidi="hi-IN"/>
        </w:rPr>
        <w:t>स्वत</w:t>
      </w:r>
      <w:r>
        <w:rPr>
          <w:rFonts w:ascii="Kalimati" w:hAnsi="Kalimati"/>
          <w:color w:val="222222"/>
        </w:rPr>
        <w:t xml:space="preserve"> </w:t>
      </w:r>
      <w:r>
        <w:rPr>
          <w:rFonts w:ascii="Kalimati" w:hAnsi="Kalimati"/>
          <w:color w:val="222222"/>
          <w:cs/>
          <w:lang w:bidi="hi-IN"/>
        </w:rPr>
        <w:t>अमान्य</w:t>
      </w:r>
      <w:r>
        <w:rPr>
          <w:rFonts w:ascii="Kalimati" w:hAnsi="Kalimati"/>
          <w:color w:val="222222"/>
        </w:rPr>
        <w:t xml:space="preserve"> </w:t>
      </w:r>
      <w:r>
        <w:rPr>
          <w:rFonts w:ascii="Kalimati" w:hAnsi="Kalimati"/>
          <w:color w:val="222222"/>
          <w:cs/>
          <w:lang w:bidi="hi-IN"/>
        </w:rPr>
        <w:t>भई</w:t>
      </w:r>
      <w:r>
        <w:rPr>
          <w:rFonts w:ascii="Kalimati" w:hAnsi="Kalimati"/>
          <w:color w:val="222222"/>
        </w:rPr>
        <w:t xml:space="preserve"> </w:t>
      </w:r>
      <w:r>
        <w:rPr>
          <w:rFonts w:ascii="Kalimati" w:hAnsi="Kalimati"/>
          <w:color w:val="222222"/>
          <w:cs/>
          <w:lang w:bidi="hi-IN"/>
        </w:rPr>
        <w:t>गाउँपालिकाले</w:t>
      </w:r>
      <w:r>
        <w:rPr>
          <w:rFonts w:ascii="Kalimati" w:hAnsi="Kalimati"/>
          <w:color w:val="222222"/>
        </w:rPr>
        <w:t xml:space="preserve"> </w:t>
      </w:r>
      <w:r>
        <w:rPr>
          <w:rFonts w:ascii="Kalimati" w:hAnsi="Kalimati"/>
          <w:color w:val="222222"/>
          <w:cs/>
          <w:lang w:bidi="hi-IN"/>
        </w:rPr>
        <w:t>जारी</w:t>
      </w:r>
      <w:r>
        <w:rPr>
          <w:rFonts w:ascii="Kalimati" w:hAnsi="Kalimati"/>
          <w:color w:val="222222"/>
        </w:rPr>
        <w:t xml:space="preserve"> </w:t>
      </w:r>
      <w:r>
        <w:rPr>
          <w:rFonts w:ascii="Kalimati" w:hAnsi="Kalimati"/>
          <w:color w:val="222222"/>
          <w:cs/>
          <w:lang w:bidi="hi-IN"/>
        </w:rPr>
        <w:t>गरेको</w:t>
      </w:r>
      <w:r>
        <w:rPr>
          <w:rFonts w:ascii="Kalimati" w:hAnsi="Kalimati"/>
          <w:color w:val="222222"/>
        </w:rPr>
        <w:t xml:space="preserve"> </w:t>
      </w:r>
      <w:r>
        <w:rPr>
          <w:rFonts w:ascii="Kalimati" w:hAnsi="Kalimati"/>
          <w:color w:val="222222"/>
          <w:cs/>
          <w:lang w:bidi="hi-IN"/>
        </w:rPr>
        <w:t>प्रचलित</w:t>
      </w:r>
      <w:r>
        <w:rPr>
          <w:rFonts w:ascii="Kalimati" w:hAnsi="Kalimati"/>
          <w:color w:val="222222"/>
        </w:rPr>
        <w:t xml:space="preserve"> </w:t>
      </w:r>
      <w:r>
        <w:rPr>
          <w:rFonts w:ascii="Kalimati" w:hAnsi="Kalimati"/>
          <w:color w:val="222222"/>
          <w:cs/>
          <w:lang w:bidi="hi-IN"/>
        </w:rPr>
        <w:t>कार्यविधि</w:t>
      </w:r>
      <w:r>
        <w:rPr>
          <w:rFonts w:ascii="Kalimati" w:hAnsi="Kalimati"/>
          <w:color w:val="222222"/>
        </w:rPr>
        <w:t xml:space="preserve"> </w:t>
      </w:r>
      <w:r>
        <w:rPr>
          <w:rFonts w:ascii="Kalimati" w:hAnsi="Kalimati"/>
          <w:color w:val="222222"/>
          <w:cs/>
          <w:lang w:bidi="hi-IN"/>
        </w:rPr>
        <w:t>लागु</w:t>
      </w:r>
      <w:r>
        <w:rPr>
          <w:rFonts w:ascii="Kalimati" w:hAnsi="Kalimati"/>
          <w:color w:val="222222"/>
        </w:rPr>
        <w:t xml:space="preserve"> </w:t>
      </w:r>
      <w:r>
        <w:rPr>
          <w:rFonts w:ascii="Kalimati" w:hAnsi="Kalimati"/>
          <w:color w:val="222222"/>
          <w:cs/>
          <w:lang w:bidi="hi-IN"/>
        </w:rPr>
        <w:t>हुनेछ</w:t>
      </w:r>
      <w:r>
        <w:rPr>
          <w:rFonts w:ascii="Kalimati" w:hAnsi="Kalimati"/>
          <w:color w:val="222222"/>
        </w:rPr>
        <w:t xml:space="preserve"> </w:t>
      </w:r>
      <w:r>
        <w:rPr>
          <w:rFonts w:ascii="Kalimati" w:hAnsi="Kalimati"/>
          <w:color w:val="222222"/>
          <w:cs/>
          <w:lang w:bidi="hi-IN"/>
        </w:rPr>
        <w:t>।</w:t>
      </w:r>
    </w:p>
    <w:p w:rsidR="00116BFD" w:rsidRDefault="00116BFD" w:rsidP="00116BFD">
      <w:pPr>
        <w:spacing w:before="40"/>
        <w:jc w:val="both"/>
        <w:rPr>
          <w:rFonts w:hint="eastAsia"/>
        </w:rPr>
      </w:pPr>
      <w:r>
        <w:rPr>
          <w:rFonts w:ascii="Kalimati" w:hAnsi="Kalimati"/>
          <w:b/>
          <w:color w:val="222222"/>
        </w:rPr>
        <w:t>(</w:t>
      </w:r>
      <w:r>
        <w:rPr>
          <w:rFonts w:ascii="Kalimati" w:hAnsi="Kalimati"/>
          <w:b/>
          <w:bCs/>
          <w:color w:val="222222"/>
          <w:cs/>
          <w:lang w:bidi="hi-IN"/>
        </w:rPr>
        <w:t>ग</w:t>
      </w:r>
      <w:r>
        <w:rPr>
          <w:rFonts w:ascii="Kalimati" w:hAnsi="Kalimati"/>
          <w:b/>
          <w:color w:val="222222"/>
        </w:rPr>
        <w:t xml:space="preserve">) </w:t>
      </w:r>
      <w:r>
        <w:rPr>
          <w:rFonts w:ascii="Kalimati" w:hAnsi="Kalimati"/>
          <w:color w:val="222222"/>
          <w:cs/>
          <w:lang w:bidi="hi-IN"/>
        </w:rPr>
        <w:t>विधान</w:t>
      </w:r>
      <w:r>
        <w:rPr>
          <w:rFonts w:ascii="Kalimati" w:hAnsi="Kalimati"/>
          <w:color w:val="222222"/>
        </w:rPr>
        <w:t xml:space="preserve"> </w:t>
      </w:r>
      <w:r>
        <w:rPr>
          <w:rFonts w:ascii="Kalimati" w:hAnsi="Kalimati"/>
          <w:color w:val="222222"/>
          <w:cs/>
          <w:lang w:bidi="hi-IN"/>
        </w:rPr>
        <w:t>संशोधन</w:t>
      </w:r>
      <w:r>
        <w:rPr>
          <w:rFonts w:ascii="Kalimati" w:hAnsi="Kalimati"/>
          <w:color w:val="222222"/>
        </w:rPr>
        <w:t xml:space="preserve"> </w:t>
      </w:r>
      <w:r>
        <w:rPr>
          <w:rFonts w:ascii="Kalimati" w:hAnsi="Kalimati"/>
          <w:color w:val="222222"/>
          <w:cs/>
          <w:lang w:bidi="hi-IN"/>
        </w:rPr>
        <w:t>गर्नुपर्ने</w:t>
      </w:r>
      <w:r>
        <w:rPr>
          <w:rFonts w:ascii="Kalimati" w:hAnsi="Kalimati"/>
          <w:color w:val="222222"/>
        </w:rPr>
        <w:t xml:space="preserve"> </w:t>
      </w:r>
      <w:r>
        <w:rPr>
          <w:rFonts w:ascii="Kalimati" w:hAnsi="Kalimati"/>
          <w:color w:val="222222"/>
          <w:cs/>
          <w:lang w:bidi="hi-IN"/>
        </w:rPr>
        <w:t>भएमा</w:t>
      </w:r>
      <w:r>
        <w:rPr>
          <w:rFonts w:ascii="Kalimati" w:hAnsi="Kalimati"/>
          <w:color w:val="222222"/>
        </w:rPr>
        <w:t xml:space="preserve"> </w:t>
      </w:r>
      <w:r>
        <w:rPr>
          <w:rFonts w:ascii="Kalimati" w:hAnsi="Kalimati"/>
          <w:color w:val="222222"/>
          <w:cs/>
          <w:lang w:bidi="hi-IN"/>
        </w:rPr>
        <w:t>कार्य</w:t>
      </w:r>
      <w:r>
        <w:rPr>
          <w:rFonts w:ascii="Kalimati" w:hAnsi="Kalimati"/>
          <w:color w:val="222222"/>
        </w:rPr>
        <w:t xml:space="preserve"> </w:t>
      </w:r>
      <w:r>
        <w:rPr>
          <w:rFonts w:ascii="Kalimati" w:hAnsi="Kalimati"/>
          <w:color w:val="222222"/>
          <w:cs/>
          <w:lang w:bidi="hi-IN"/>
        </w:rPr>
        <w:t>समितिले</w:t>
      </w:r>
      <w:r>
        <w:rPr>
          <w:rFonts w:ascii="Kalimati" w:hAnsi="Kalimati"/>
          <w:color w:val="222222"/>
        </w:rPr>
        <w:t xml:space="preserve"> </w:t>
      </w:r>
      <w:r>
        <w:rPr>
          <w:rFonts w:ascii="Kalimati" w:hAnsi="Kalimati"/>
          <w:color w:val="222222"/>
          <w:cs/>
          <w:lang w:bidi="hi-IN"/>
        </w:rPr>
        <w:t>स्वीकृत</w:t>
      </w:r>
      <w:r>
        <w:rPr>
          <w:rFonts w:ascii="Kalimati" w:hAnsi="Kalimati"/>
          <w:color w:val="222222"/>
        </w:rPr>
        <w:t xml:space="preserve"> </w:t>
      </w:r>
      <w:r>
        <w:rPr>
          <w:rFonts w:ascii="Kalimati" w:hAnsi="Kalimati"/>
          <w:color w:val="222222"/>
          <w:cs/>
          <w:lang w:bidi="hi-IN"/>
        </w:rPr>
        <w:t>गरी</w:t>
      </w:r>
      <w:r>
        <w:rPr>
          <w:rFonts w:ascii="Kalimati" w:hAnsi="Kalimati"/>
          <w:color w:val="222222"/>
        </w:rPr>
        <w:t xml:space="preserve"> </w:t>
      </w:r>
      <w:r>
        <w:rPr>
          <w:rFonts w:ascii="Kalimati" w:hAnsi="Kalimati"/>
          <w:color w:val="222222"/>
          <w:cs/>
          <w:lang w:bidi="hi-IN"/>
        </w:rPr>
        <w:t>साधारणसभामा</w:t>
      </w:r>
      <w:r>
        <w:rPr>
          <w:rFonts w:ascii="Kalimati" w:hAnsi="Kalimati"/>
          <w:color w:val="222222"/>
        </w:rPr>
        <w:t xml:space="preserve"> </w:t>
      </w:r>
      <w:r>
        <w:rPr>
          <w:rFonts w:ascii="Kalimati" w:hAnsi="Kalimati"/>
          <w:color w:val="222222"/>
          <w:cs/>
          <w:lang w:bidi="hi-IN"/>
        </w:rPr>
        <w:t>पेश</w:t>
      </w:r>
      <w:r>
        <w:rPr>
          <w:rFonts w:ascii="Kalimati" w:hAnsi="Kalimati"/>
          <w:color w:val="222222"/>
        </w:rPr>
        <w:t xml:space="preserve"> </w:t>
      </w:r>
      <w:r>
        <w:rPr>
          <w:rFonts w:ascii="Kalimati" w:hAnsi="Kalimati"/>
          <w:color w:val="222222"/>
          <w:cs/>
          <w:lang w:bidi="hi-IN"/>
        </w:rPr>
        <w:t>गर्नुपर्नेछ</w:t>
      </w:r>
      <w:r>
        <w:rPr>
          <w:rFonts w:ascii="Kalimati" w:hAnsi="Kalimati"/>
          <w:color w:val="222222"/>
        </w:rPr>
        <w:t xml:space="preserve"> </w:t>
      </w:r>
      <w:r>
        <w:rPr>
          <w:rFonts w:ascii="Kalimati" w:hAnsi="Kalimati"/>
          <w:color w:val="222222"/>
          <w:cs/>
          <w:lang w:bidi="hi-IN"/>
        </w:rPr>
        <w:t>।</w:t>
      </w:r>
      <w:r>
        <w:rPr>
          <w:rFonts w:ascii="Kalimati" w:hAnsi="Kalimati"/>
          <w:color w:val="222222"/>
        </w:rPr>
        <w:t xml:space="preserve"> </w:t>
      </w:r>
      <w:r>
        <w:rPr>
          <w:rFonts w:ascii="Kalimati" w:hAnsi="Kalimati"/>
          <w:color w:val="222222"/>
          <w:cs/>
          <w:lang w:bidi="hi-IN"/>
        </w:rPr>
        <w:t>साधारण</w:t>
      </w:r>
      <w:r>
        <w:rPr>
          <w:rFonts w:ascii="Kalimati" w:hAnsi="Kalimati"/>
          <w:color w:val="222222"/>
        </w:rPr>
        <w:t xml:space="preserve"> </w:t>
      </w:r>
      <w:r>
        <w:rPr>
          <w:rFonts w:ascii="Kalimati" w:hAnsi="Kalimati"/>
          <w:color w:val="222222"/>
          <w:cs/>
          <w:lang w:bidi="hi-IN"/>
        </w:rPr>
        <w:t>सभामा</w:t>
      </w:r>
      <w:r>
        <w:rPr>
          <w:rFonts w:ascii="Kalimati" w:hAnsi="Kalimati"/>
          <w:color w:val="222222"/>
        </w:rPr>
        <w:t xml:space="preserve"> </w:t>
      </w:r>
      <w:r>
        <w:rPr>
          <w:rFonts w:ascii="Kalimati" w:hAnsi="Kalimati"/>
          <w:color w:val="222222"/>
          <w:cs/>
          <w:lang w:bidi="hi-IN"/>
        </w:rPr>
        <w:t>उपस्थित</w:t>
      </w:r>
      <w:r>
        <w:rPr>
          <w:rFonts w:ascii="Kalimati" w:hAnsi="Kalimati"/>
          <w:color w:val="222222"/>
        </w:rPr>
        <w:t xml:space="preserve"> </w:t>
      </w:r>
      <w:r>
        <w:rPr>
          <w:rFonts w:ascii="Kalimati" w:hAnsi="Kalimati"/>
          <w:color w:val="222222"/>
          <w:cs/>
          <w:lang w:bidi="hi-IN"/>
        </w:rPr>
        <w:t>सदस्यहरुको</w:t>
      </w:r>
      <w:r>
        <w:rPr>
          <w:rFonts w:ascii="Kalimati" w:hAnsi="Kalimati"/>
          <w:color w:val="222222"/>
        </w:rPr>
        <w:t xml:space="preserve"> </w:t>
      </w:r>
      <w:r>
        <w:rPr>
          <w:rFonts w:ascii="Kalimati" w:hAnsi="Kalimati"/>
          <w:color w:val="222222"/>
          <w:cs/>
          <w:lang w:bidi="hi-IN"/>
        </w:rPr>
        <w:t>कम्तीमा</w:t>
      </w:r>
      <w:r>
        <w:rPr>
          <w:rFonts w:ascii="Kalimati" w:hAnsi="Kalimati"/>
          <w:color w:val="222222"/>
        </w:rPr>
        <w:t xml:space="preserve"> </w:t>
      </w:r>
      <w:r>
        <w:rPr>
          <w:rFonts w:ascii="Kalimati" w:hAnsi="Kalimati"/>
          <w:color w:val="222222"/>
          <w:cs/>
          <w:lang w:bidi="hi-IN"/>
        </w:rPr>
        <w:t>दुई</w:t>
      </w:r>
      <w:r>
        <w:rPr>
          <w:rFonts w:ascii="Kalimati" w:hAnsi="Kalimati"/>
          <w:color w:val="222222"/>
        </w:rPr>
        <w:t xml:space="preserve"> </w:t>
      </w:r>
      <w:r>
        <w:rPr>
          <w:rFonts w:ascii="Kalimati" w:hAnsi="Kalimati"/>
          <w:color w:val="222222"/>
          <w:cs/>
          <w:lang w:bidi="hi-IN"/>
        </w:rPr>
        <w:t>तिहाइ</w:t>
      </w:r>
      <w:r>
        <w:rPr>
          <w:rFonts w:ascii="Kalimati" w:hAnsi="Kalimati"/>
          <w:color w:val="222222"/>
        </w:rPr>
        <w:t xml:space="preserve"> </w:t>
      </w:r>
      <w:r>
        <w:rPr>
          <w:rFonts w:ascii="Kalimati" w:hAnsi="Kalimati"/>
          <w:color w:val="222222"/>
          <w:cs/>
          <w:lang w:bidi="hi-IN"/>
        </w:rPr>
        <w:t>बहुमतबाट</w:t>
      </w:r>
      <w:r>
        <w:rPr>
          <w:rFonts w:ascii="Kalimati" w:hAnsi="Kalimati"/>
          <w:color w:val="222222"/>
        </w:rPr>
        <w:t xml:space="preserve"> </w:t>
      </w:r>
      <w:r>
        <w:rPr>
          <w:rFonts w:ascii="Kalimati" w:hAnsi="Kalimati"/>
          <w:color w:val="222222"/>
          <w:cs/>
          <w:lang w:bidi="hi-IN"/>
        </w:rPr>
        <w:t>मात्र</w:t>
      </w:r>
      <w:r>
        <w:rPr>
          <w:rFonts w:ascii="Kalimati" w:hAnsi="Kalimati"/>
          <w:color w:val="222222"/>
        </w:rPr>
        <w:t xml:space="preserve"> </w:t>
      </w:r>
      <w:r>
        <w:rPr>
          <w:rFonts w:ascii="Kalimati" w:hAnsi="Kalimati"/>
          <w:color w:val="222222"/>
          <w:cs/>
          <w:lang w:bidi="hi-IN"/>
        </w:rPr>
        <w:t>विधान</w:t>
      </w:r>
      <w:r>
        <w:rPr>
          <w:rFonts w:ascii="Kalimati" w:hAnsi="Kalimati"/>
          <w:color w:val="222222"/>
        </w:rPr>
        <w:t xml:space="preserve"> </w:t>
      </w:r>
      <w:r>
        <w:rPr>
          <w:rFonts w:ascii="Kalimati" w:hAnsi="Kalimati"/>
          <w:color w:val="222222"/>
          <w:cs/>
          <w:lang w:bidi="hi-IN"/>
        </w:rPr>
        <w:t>संशोधन</w:t>
      </w:r>
      <w:r>
        <w:rPr>
          <w:rFonts w:ascii="Kalimati" w:hAnsi="Kalimati"/>
          <w:color w:val="222222"/>
        </w:rPr>
        <w:t xml:space="preserve"> </w:t>
      </w:r>
      <w:r>
        <w:rPr>
          <w:rFonts w:ascii="Kalimati" w:hAnsi="Kalimati"/>
          <w:color w:val="222222"/>
          <w:cs/>
          <w:lang w:bidi="hi-IN"/>
        </w:rPr>
        <w:t>हुन</w:t>
      </w:r>
      <w:r>
        <w:rPr>
          <w:rFonts w:ascii="Kalimati" w:hAnsi="Kalimati"/>
          <w:color w:val="222222"/>
        </w:rPr>
        <w:t xml:space="preserve"> </w:t>
      </w:r>
      <w:r>
        <w:rPr>
          <w:rFonts w:ascii="Kalimati" w:hAnsi="Kalimati"/>
          <w:color w:val="222222"/>
          <w:cs/>
          <w:lang w:bidi="hi-IN"/>
        </w:rPr>
        <w:t>सक्नेछ</w:t>
      </w:r>
      <w:r>
        <w:rPr>
          <w:rFonts w:ascii="Kalimati" w:hAnsi="Kalimati"/>
          <w:color w:val="222222"/>
        </w:rPr>
        <w:t xml:space="preserve"> </w:t>
      </w:r>
      <w:r>
        <w:rPr>
          <w:rFonts w:ascii="Kalimati" w:hAnsi="Kalimati"/>
          <w:color w:val="222222"/>
          <w:cs/>
          <w:lang w:bidi="hi-IN"/>
        </w:rPr>
        <w:t>।</w:t>
      </w:r>
    </w:p>
    <w:p w:rsidR="00232439" w:rsidRPr="009C4E79" w:rsidRDefault="00232439" w:rsidP="00575868">
      <w:pPr>
        <w:tabs>
          <w:tab w:val="left" w:pos="720"/>
        </w:tabs>
        <w:ind w:firstLine="0"/>
        <w:rPr>
          <w:color w:val="000000" w:themeColor="text1"/>
          <w:sz w:val="24"/>
          <w:szCs w:val="24"/>
          <w:lang w:bidi="ne-NP"/>
        </w:rPr>
      </w:pPr>
    </w:p>
    <w:p w:rsidR="002A57B3" w:rsidRDefault="002A57B3" w:rsidP="002A57B3">
      <w:pPr>
        <w:spacing w:after="0"/>
        <w:ind w:left="7920"/>
        <w:rPr>
          <w:rFonts w:ascii="Kalimati" w:hAnsi="Kalimati"/>
        </w:rPr>
      </w:pPr>
      <w:r>
        <w:rPr>
          <w:rFonts w:ascii="Kalimati" w:hAnsi="Kalimati" w:hint="cs"/>
          <w:rtl/>
          <w:cs/>
        </w:rPr>
        <w:t xml:space="preserve">  </w:t>
      </w:r>
    </w:p>
    <w:p w:rsidR="002A57B3" w:rsidRDefault="002A57B3" w:rsidP="00116BFD">
      <w:pPr>
        <w:spacing w:after="0"/>
        <w:ind w:firstLine="0"/>
        <w:rPr>
          <w:rFonts w:ascii="Kalimati" w:hAnsi="Kalimati"/>
        </w:rPr>
      </w:pPr>
    </w:p>
    <w:p w:rsidR="002A57B3" w:rsidRPr="003A4B29" w:rsidRDefault="002A57B3" w:rsidP="002A57B3">
      <w:pPr>
        <w:spacing w:after="0" w:afterAutospacing="0"/>
        <w:ind w:left="7920"/>
        <w:rPr>
          <w:rFonts w:ascii="Kalimati" w:hAnsi="Kalimati"/>
          <w:b/>
          <w:bCs/>
        </w:rPr>
      </w:pPr>
      <w:r w:rsidRPr="003A4B29">
        <w:rPr>
          <w:rFonts w:ascii="Kalimati" w:hAnsi="Kalimati"/>
          <w:b/>
          <w:bCs/>
          <w:cs/>
          <w:lang w:bidi="hi-IN"/>
        </w:rPr>
        <w:t>आज्ञाले</w:t>
      </w:r>
    </w:p>
    <w:p w:rsidR="002A57B3" w:rsidRPr="003A4B29" w:rsidRDefault="002A57B3" w:rsidP="002A57B3">
      <w:pPr>
        <w:spacing w:after="0" w:afterAutospacing="0"/>
        <w:ind w:left="7650" w:hanging="450"/>
        <w:jc w:val="center"/>
        <w:rPr>
          <w:rFonts w:ascii="Kalimati" w:hAnsi="Kalimati"/>
          <w:b/>
          <w:bCs/>
        </w:rPr>
      </w:pPr>
      <w:r w:rsidRPr="003A4B29">
        <w:rPr>
          <w:rFonts w:ascii="Kalimati" w:hAnsi="Kalimati"/>
          <w:b/>
          <w:bCs/>
          <w:cs/>
          <w:lang w:bidi="hi-IN"/>
        </w:rPr>
        <w:t>दिनेश पौडेल</w:t>
      </w:r>
    </w:p>
    <w:p w:rsidR="00232439" w:rsidRPr="00A5310C" w:rsidRDefault="002A57B3" w:rsidP="00A5310C">
      <w:pPr>
        <w:spacing w:after="0" w:afterAutospacing="0"/>
        <w:ind w:left="7650" w:hanging="450"/>
        <w:jc w:val="center"/>
        <w:rPr>
          <w:rFonts w:ascii="Kalimati" w:hAnsi="Kalimati" w:hint="cs"/>
          <w:b/>
          <w:bCs/>
          <w:cs/>
          <w:lang w:bidi="ne-NP"/>
        </w:rPr>
      </w:pPr>
      <w:r w:rsidRPr="003A4B29">
        <w:rPr>
          <w:rFonts w:ascii="Kalimati" w:hAnsi="Kalimati"/>
          <w:b/>
          <w:bCs/>
          <w:cs/>
          <w:lang w:bidi="hi-IN"/>
        </w:rPr>
        <w:t>प्रमुख प्रशासकीय अधिकृत</w:t>
      </w:r>
    </w:p>
    <w:sectPr w:rsidR="00232439" w:rsidRPr="00A5310C" w:rsidSect="005067EE">
      <w:pgSz w:w="12240" w:h="15840"/>
      <w:pgMar w:top="720" w:right="1440" w:bottom="1886" w:left="9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A00" w:rsidRDefault="00B43A00" w:rsidP="00AB19E1">
      <w:pPr>
        <w:spacing w:after="0"/>
      </w:pPr>
      <w:r>
        <w:separator/>
      </w:r>
    </w:p>
  </w:endnote>
  <w:endnote w:type="continuationSeparator" w:id="1">
    <w:p w:rsidR="00B43A00" w:rsidRDefault="00B43A00" w:rsidP="00AB19E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limati">
    <w:altName w:val="Mangal"/>
    <w:panose1 w:val="00000400000000000000"/>
    <w:charset w:val="01"/>
    <w:family w:val="auto"/>
    <w:pitch w:val="variable"/>
    <w:sig w:usb0="00008000" w:usb1="00000000" w:usb2="00000000" w:usb3="00000000" w:csb0="00000000" w:csb1="00000000"/>
  </w:font>
  <w:font w:name="Fontasy Himali">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04" w:rsidRDefault="001F7B0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92" w:rsidRDefault="007D7192">
    <w:pPr>
      <w:pStyle w:val="Footer"/>
      <w:jc w:val="center"/>
    </w:pPr>
  </w:p>
  <w:p w:rsidR="007D7192" w:rsidRDefault="007D719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04" w:rsidRDefault="001F7B0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252921"/>
      <w:docPartObj>
        <w:docPartGallery w:val="Page Numbers (Bottom of Page)"/>
        <w:docPartUnique/>
      </w:docPartObj>
    </w:sdtPr>
    <w:sdtEndPr>
      <w:rPr>
        <w:rFonts w:ascii="Fontasy Himali" w:hAnsi="Fontasy Himali"/>
        <w:noProof/>
        <w:sz w:val="20"/>
        <w:szCs w:val="20"/>
      </w:rPr>
    </w:sdtEndPr>
    <w:sdtContent>
      <w:p w:rsidR="007D7192" w:rsidRPr="00AB19E1" w:rsidRDefault="00176CBF">
        <w:pPr>
          <w:pStyle w:val="Footer"/>
          <w:jc w:val="center"/>
          <w:rPr>
            <w:rFonts w:ascii="Fontasy Himali" w:hAnsi="Fontasy Himali"/>
            <w:sz w:val="20"/>
            <w:szCs w:val="20"/>
          </w:rPr>
        </w:pPr>
        <w:r w:rsidRPr="00AB19E1">
          <w:rPr>
            <w:rFonts w:ascii="Fontasy Himali" w:hAnsi="Fontasy Himali"/>
            <w:sz w:val="20"/>
            <w:szCs w:val="20"/>
          </w:rPr>
          <w:fldChar w:fldCharType="begin"/>
        </w:r>
        <w:r w:rsidR="007D7192" w:rsidRPr="00AB19E1">
          <w:rPr>
            <w:rFonts w:ascii="Fontasy Himali" w:hAnsi="Fontasy Himali"/>
            <w:sz w:val="20"/>
            <w:szCs w:val="20"/>
          </w:rPr>
          <w:instrText xml:space="preserve"> PAGE   \* MERGEFORMAT </w:instrText>
        </w:r>
        <w:r w:rsidRPr="00AB19E1">
          <w:rPr>
            <w:rFonts w:ascii="Fontasy Himali" w:hAnsi="Fontasy Himali"/>
            <w:sz w:val="20"/>
            <w:szCs w:val="20"/>
          </w:rPr>
          <w:fldChar w:fldCharType="separate"/>
        </w:r>
        <w:r w:rsidR="00116BFD">
          <w:rPr>
            <w:rFonts w:ascii="Fontasy Himali" w:hAnsi="Fontasy Himali"/>
            <w:noProof/>
            <w:sz w:val="20"/>
            <w:szCs w:val="20"/>
          </w:rPr>
          <w:t>21</w:t>
        </w:r>
        <w:r w:rsidRPr="00AB19E1">
          <w:rPr>
            <w:rFonts w:ascii="Fontasy Himali" w:hAnsi="Fontasy Himali"/>
            <w:noProof/>
            <w:sz w:val="20"/>
            <w:szCs w:val="20"/>
          </w:rPr>
          <w:fldChar w:fldCharType="end"/>
        </w:r>
      </w:p>
    </w:sdtContent>
  </w:sdt>
  <w:p w:rsidR="007D7192" w:rsidRDefault="007D71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A00" w:rsidRDefault="00B43A00" w:rsidP="00AB19E1">
      <w:pPr>
        <w:spacing w:after="0"/>
      </w:pPr>
      <w:r>
        <w:separator/>
      </w:r>
    </w:p>
  </w:footnote>
  <w:footnote w:type="continuationSeparator" w:id="1">
    <w:p w:rsidR="00B43A00" w:rsidRDefault="00B43A00" w:rsidP="00AB19E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04" w:rsidRDefault="00176CB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40141" o:spid="_x0000_s1026" type="#_x0000_t136" style="position:absolute;left:0;text-align:left;margin-left:0;margin-top:0;width:636.2pt;height:106pt;rotation:315;z-index:-251654144;mso-position-horizontal:center;mso-position-horizontal-relative:margin;mso-position-vertical:center;mso-position-vertical-relative:margin" o:allowincell="f" fillcolor="silver" stroked="f">
          <v:fill opacity=".5"/>
          <v:textpath style="font-family:&quot;Calibri&quot;;font-size:1pt" string="बंगलाचुली गाउँपालिका"/>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04" w:rsidRDefault="00176CB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40142" o:spid="_x0000_s1027" type="#_x0000_t136" style="position:absolute;left:0;text-align:left;margin-left:0;margin-top:0;width:636.2pt;height:106pt;rotation:315;z-index:-251652096;mso-position-horizontal:center;mso-position-horizontal-relative:margin;mso-position-vertical:center;mso-position-vertical-relative:margin" o:allowincell="f" fillcolor="silver" stroked="f">
          <v:fill opacity=".5"/>
          <v:textpath style="font-family:&quot;Calibri&quot;;font-size:1pt" string="बंगलाचुली गाउँपालिका"/>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04" w:rsidRDefault="00176CB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40140" o:spid="_x0000_s1025" type="#_x0000_t136" style="position:absolute;left:0;text-align:left;margin-left:0;margin-top:0;width:636.2pt;height:106pt;rotation:315;z-index:-251656192;mso-position-horizontal:center;mso-position-horizontal-relative:margin;mso-position-vertical:center;mso-position-vertical-relative:margin" o:allowincell="f" fillcolor="silver" stroked="f">
          <v:fill opacity=".5"/>
          <v:textpath style="font-family:&quot;Calibri&quot;;font-size:1pt" string="बंगलाचुली गाउँपालिका"/>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04" w:rsidRDefault="00176CB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40144" o:spid="_x0000_s1029" type="#_x0000_t136" style="position:absolute;left:0;text-align:left;margin-left:0;margin-top:0;width:636.2pt;height:106pt;rotation:315;z-index:-251648000;mso-position-horizontal:center;mso-position-horizontal-relative:margin;mso-position-vertical:center;mso-position-vertical-relative:margin" o:allowincell="f" fillcolor="silver" stroked="f">
          <v:fill opacity=".5"/>
          <v:textpath style="font-family:&quot;Calibri&quot;;font-size:1pt" string="बंगलाचुली गाउँपालिका"/>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92" w:rsidRDefault="00176CBF" w:rsidP="00BB327E">
    <w:pPr>
      <w:pStyle w:val="Header"/>
      <w:spacing w:after="100"/>
      <w:ind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40145" o:spid="_x0000_s1030" type="#_x0000_t136" style="position:absolute;margin-left:0;margin-top:0;width:636.2pt;height:106pt;rotation:315;z-index:-251645952;mso-position-horizontal:center;mso-position-horizontal-relative:margin;mso-position-vertical:center;mso-position-vertical-relative:margin" o:allowincell="f" fillcolor="silver" stroked="f">
          <v:fill opacity=".5"/>
          <v:textpath style="font-family:&quot;Calibri&quot;;font-size:1pt" string="बंगलाचुली गाउँपालिका"/>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04" w:rsidRDefault="00176CB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5940143" o:spid="_x0000_s1028" type="#_x0000_t136" style="position:absolute;left:0;text-align:left;margin-left:0;margin-top:0;width:636.2pt;height:106pt;rotation:315;z-index:-251650048;mso-position-horizontal:center;mso-position-horizontal-relative:margin;mso-position-vertical:center;mso-position-vertical-relative:margin" o:allowincell="f" fillcolor="silver" stroked="f">
          <v:fill opacity=".5"/>
          <v:textpath style="font-family:&quot;Calibri&quot;;font-size:1pt" string="बंगलाचुली गाउँपालिका"/>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FE336C7"/>
    <w:multiLevelType w:val="multilevel"/>
    <w:tmpl w:val="042ED02E"/>
    <w:lvl w:ilvl="0">
      <w:start w:val="1"/>
      <w:numFmt w:val="hindiVowels"/>
      <w:lvlText w:val="(%1)"/>
      <w:lvlJc w:val="left"/>
      <w:pPr>
        <w:ind w:left="2520" w:hanging="360"/>
      </w:pPr>
      <w:rPr>
        <w:rFonts w:asciiTheme="minorHAnsi" w:eastAsiaTheme="minorHAnsi" w:hAnsiTheme="minorHAnsi" w:cs="Kalimati"/>
        <w:color w:val="auto"/>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10">
    <w:nsid w:val="124D35C2"/>
    <w:multiLevelType w:val="hybridMultilevel"/>
    <w:tmpl w:val="15C0C8B0"/>
    <w:lvl w:ilvl="0" w:tplc="9A16B5DE">
      <w:start w:val="1"/>
      <w:numFmt w:val="hindiVowels"/>
      <w:lvlText w:val="(%1)"/>
      <w:lvlJc w:val="left"/>
      <w:pPr>
        <w:ind w:left="1120" w:hanging="400"/>
      </w:pPr>
      <w:rPr>
        <w:rFonts w:hint="default"/>
        <w:b w:val="0"/>
        <w:bCs w:val="0"/>
        <w:sz w:val="24"/>
        <w:szCs w:val="24"/>
        <w:u w:val="none"/>
      </w:rPr>
    </w:lvl>
    <w:lvl w:ilvl="1" w:tplc="04090019">
      <w:start w:val="1"/>
      <w:numFmt w:val="lowerLetter"/>
      <w:lvlText w:val="%2."/>
      <w:lvlJc w:val="left"/>
      <w:pPr>
        <w:ind w:left="1800" w:hanging="360"/>
      </w:pPr>
    </w:lvl>
    <w:lvl w:ilvl="2" w:tplc="638C6A94">
      <w:start w:val="1"/>
      <w:numFmt w:val="lowerLetter"/>
      <w:lvlText w:val="%3)"/>
      <w:lvlJc w:val="left"/>
      <w:pPr>
        <w:ind w:left="2520" w:hanging="180"/>
      </w:pPr>
      <w:rPr>
        <w:rFonts w:ascii="Fontasy Himali" w:hAnsi="Fontasy Himali"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8342DD8"/>
    <w:multiLevelType w:val="hybridMultilevel"/>
    <w:tmpl w:val="918658D4"/>
    <w:lvl w:ilvl="0" w:tplc="43F698E8">
      <w:start w:val="1"/>
      <w:numFmt w:val="hindiNumbers"/>
      <w:lvlText w:val="(%1)"/>
      <w:lvlJc w:val="left"/>
      <w:pPr>
        <w:ind w:left="1810" w:hanging="37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1D101F9F"/>
    <w:multiLevelType w:val="multilevel"/>
    <w:tmpl w:val="042ED02E"/>
    <w:lvl w:ilvl="0">
      <w:start w:val="1"/>
      <w:numFmt w:val="hindiVowels"/>
      <w:lvlText w:val="(%1)"/>
      <w:lvlJc w:val="left"/>
      <w:pPr>
        <w:ind w:left="2520" w:hanging="360"/>
      </w:pPr>
      <w:rPr>
        <w:rFonts w:asciiTheme="minorHAnsi" w:eastAsiaTheme="minorHAnsi" w:hAnsiTheme="minorHAnsi" w:cs="Kalimati"/>
        <w:color w:val="auto"/>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13">
    <w:nsid w:val="1F5C4746"/>
    <w:multiLevelType w:val="multilevel"/>
    <w:tmpl w:val="042ED02E"/>
    <w:lvl w:ilvl="0">
      <w:start w:val="1"/>
      <w:numFmt w:val="hindiVowels"/>
      <w:lvlText w:val="(%1)"/>
      <w:lvlJc w:val="left"/>
      <w:pPr>
        <w:ind w:left="2520" w:hanging="360"/>
      </w:pPr>
      <w:rPr>
        <w:rFonts w:asciiTheme="minorHAnsi" w:eastAsiaTheme="minorHAnsi" w:hAnsiTheme="minorHAnsi" w:cs="Kalimati"/>
        <w:color w:val="auto"/>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14">
    <w:nsid w:val="20D23F6C"/>
    <w:multiLevelType w:val="hybridMultilevel"/>
    <w:tmpl w:val="69B81D6C"/>
    <w:lvl w:ilvl="0" w:tplc="535ECAFA">
      <w:start w:val="1"/>
      <w:numFmt w:val="hindiVowels"/>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3EB3A12"/>
    <w:multiLevelType w:val="multilevel"/>
    <w:tmpl w:val="042ED02E"/>
    <w:lvl w:ilvl="0">
      <w:start w:val="1"/>
      <w:numFmt w:val="hindiVowels"/>
      <w:lvlText w:val="(%1)"/>
      <w:lvlJc w:val="left"/>
      <w:pPr>
        <w:ind w:left="2520" w:hanging="360"/>
      </w:pPr>
      <w:rPr>
        <w:rFonts w:asciiTheme="minorHAnsi" w:eastAsiaTheme="minorHAnsi" w:hAnsiTheme="minorHAnsi" w:cs="Kalimati"/>
        <w:color w:val="auto"/>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16">
    <w:nsid w:val="24C853BA"/>
    <w:multiLevelType w:val="multilevel"/>
    <w:tmpl w:val="042ED02E"/>
    <w:lvl w:ilvl="0">
      <w:start w:val="1"/>
      <w:numFmt w:val="hindiVowels"/>
      <w:lvlText w:val="(%1)"/>
      <w:lvlJc w:val="left"/>
      <w:pPr>
        <w:ind w:left="2430" w:hanging="360"/>
      </w:pPr>
      <w:rPr>
        <w:rFonts w:asciiTheme="minorHAnsi" w:eastAsiaTheme="minorHAnsi" w:hAnsiTheme="minorHAnsi" w:cs="Kalimati"/>
        <w:color w:val="auto"/>
      </w:rPr>
    </w:lvl>
    <w:lvl w:ilvl="1">
      <w:start w:val="1"/>
      <w:numFmt w:val="lowerLetter"/>
      <w:lvlText w:val="%2)"/>
      <w:lvlJc w:val="left"/>
      <w:pPr>
        <w:ind w:left="2790" w:hanging="360"/>
      </w:pPr>
    </w:lvl>
    <w:lvl w:ilvl="2">
      <w:start w:val="1"/>
      <w:numFmt w:val="lowerRoman"/>
      <w:lvlText w:val="%3)"/>
      <w:lvlJc w:val="left"/>
      <w:pPr>
        <w:ind w:left="3150" w:hanging="360"/>
      </w:pPr>
    </w:lvl>
    <w:lvl w:ilvl="3">
      <w:start w:val="1"/>
      <w:numFmt w:val="decimal"/>
      <w:lvlText w:val="(%4)"/>
      <w:lvlJc w:val="left"/>
      <w:pPr>
        <w:ind w:left="3510" w:hanging="360"/>
      </w:pPr>
    </w:lvl>
    <w:lvl w:ilvl="4">
      <w:start w:val="1"/>
      <w:numFmt w:val="lowerLetter"/>
      <w:lvlText w:val="(%5)"/>
      <w:lvlJc w:val="left"/>
      <w:pPr>
        <w:ind w:left="3870" w:hanging="360"/>
      </w:pPr>
    </w:lvl>
    <w:lvl w:ilvl="5">
      <w:start w:val="1"/>
      <w:numFmt w:val="lowerRoman"/>
      <w:lvlText w:val="(%6)"/>
      <w:lvlJc w:val="left"/>
      <w:pPr>
        <w:ind w:left="4230" w:hanging="360"/>
      </w:pPr>
    </w:lvl>
    <w:lvl w:ilvl="6">
      <w:start w:val="1"/>
      <w:numFmt w:val="decimal"/>
      <w:lvlText w:val="%7."/>
      <w:lvlJc w:val="left"/>
      <w:pPr>
        <w:ind w:left="4590" w:hanging="360"/>
      </w:pPr>
    </w:lvl>
    <w:lvl w:ilvl="7">
      <w:start w:val="1"/>
      <w:numFmt w:val="lowerLetter"/>
      <w:lvlText w:val="%8."/>
      <w:lvlJc w:val="left"/>
      <w:pPr>
        <w:ind w:left="4950" w:hanging="360"/>
      </w:pPr>
    </w:lvl>
    <w:lvl w:ilvl="8">
      <w:start w:val="1"/>
      <w:numFmt w:val="lowerRoman"/>
      <w:lvlText w:val="%9."/>
      <w:lvlJc w:val="left"/>
      <w:pPr>
        <w:ind w:left="5310" w:hanging="360"/>
      </w:pPr>
    </w:lvl>
  </w:abstractNum>
  <w:abstractNum w:abstractNumId="17">
    <w:nsid w:val="2685723F"/>
    <w:multiLevelType w:val="hybridMultilevel"/>
    <w:tmpl w:val="1D62B154"/>
    <w:lvl w:ilvl="0" w:tplc="42E6F600">
      <w:start w:val="1"/>
      <w:numFmt w:val="hindiVowel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nsid w:val="2CC077D6"/>
    <w:multiLevelType w:val="multilevel"/>
    <w:tmpl w:val="9B2C5628"/>
    <w:lvl w:ilvl="0">
      <w:start w:val="1"/>
      <w:numFmt w:val="hindiVowels"/>
      <w:lvlText w:val="(%1)"/>
      <w:lvlJc w:val="left"/>
      <w:pPr>
        <w:ind w:left="2520" w:hanging="360"/>
      </w:pPr>
      <w:rPr>
        <w:rFonts w:asciiTheme="minorHAnsi" w:eastAsiaTheme="minorHAnsi" w:hAnsiTheme="minorHAnsi" w:cs="Kalimati"/>
        <w:b w:val="0"/>
        <w:bCs w:val="0"/>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19">
    <w:nsid w:val="314448D0"/>
    <w:multiLevelType w:val="hybridMultilevel"/>
    <w:tmpl w:val="50CC2444"/>
    <w:lvl w:ilvl="0" w:tplc="577C9A70">
      <w:start w:val="1"/>
      <w:numFmt w:val="hindiNumbers"/>
      <w:lvlText w:val="%1."/>
      <w:lvlJc w:val="left"/>
      <w:pPr>
        <w:ind w:left="1940" w:hanging="360"/>
      </w:pPr>
      <w:rPr>
        <w:rFonts w:hint="default"/>
      </w:rPr>
    </w:lvl>
    <w:lvl w:ilvl="1" w:tplc="04090019" w:tentative="1">
      <w:start w:val="1"/>
      <w:numFmt w:val="lowerLetter"/>
      <w:lvlText w:val="%2."/>
      <w:lvlJc w:val="left"/>
      <w:pPr>
        <w:ind w:left="2660" w:hanging="360"/>
      </w:pPr>
    </w:lvl>
    <w:lvl w:ilvl="2" w:tplc="0409001B" w:tentative="1">
      <w:start w:val="1"/>
      <w:numFmt w:val="lowerRoman"/>
      <w:lvlText w:val="%3."/>
      <w:lvlJc w:val="right"/>
      <w:pPr>
        <w:ind w:left="3380" w:hanging="180"/>
      </w:pPr>
    </w:lvl>
    <w:lvl w:ilvl="3" w:tplc="0409000F" w:tentative="1">
      <w:start w:val="1"/>
      <w:numFmt w:val="decimal"/>
      <w:lvlText w:val="%4."/>
      <w:lvlJc w:val="left"/>
      <w:pPr>
        <w:ind w:left="4100" w:hanging="360"/>
      </w:pPr>
    </w:lvl>
    <w:lvl w:ilvl="4" w:tplc="04090019" w:tentative="1">
      <w:start w:val="1"/>
      <w:numFmt w:val="lowerLetter"/>
      <w:lvlText w:val="%5."/>
      <w:lvlJc w:val="left"/>
      <w:pPr>
        <w:ind w:left="4820" w:hanging="360"/>
      </w:pPr>
    </w:lvl>
    <w:lvl w:ilvl="5" w:tplc="0409001B" w:tentative="1">
      <w:start w:val="1"/>
      <w:numFmt w:val="lowerRoman"/>
      <w:lvlText w:val="%6."/>
      <w:lvlJc w:val="right"/>
      <w:pPr>
        <w:ind w:left="5540" w:hanging="180"/>
      </w:pPr>
    </w:lvl>
    <w:lvl w:ilvl="6" w:tplc="0409000F" w:tentative="1">
      <w:start w:val="1"/>
      <w:numFmt w:val="decimal"/>
      <w:lvlText w:val="%7."/>
      <w:lvlJc w:val="left"/>
      <w:pPr>
        <w:ind w:left="6260" w:hanging="360"/>
      </w:pPr>
    </w:lvl>
    <w:lvl w:ilvl="7" w:tplc="04090019" w:tentative="1">
      <w:start w:val="1"/>
      <w:numFmt w:val="lowerLetter"/>
      <w:lvlText w:val="%8."/>
      <w:lvlJc w:val="left"/>
      <w:pPr>
        <w:ind w:left="6980" w:hanging="360"/>
      </w:pPr>
    </w:lvl>
    <w:lvl w:ilvl="8" w:tplc="0409001B" w:tentative="1">
      <w:start w:val="1"/>
      <w:numFmt w:val="lowerRoman"/>
      <w:lvlText w:val="%9."/>
      <w:lvlJc w:val="right"/>
      <w:pPr>
        <w:ind w:left="7700" w:hanging="180"/>
      </w:pPr>
    </w:lvl>
  </w:abstractNum>
  <w:abstractNum w:abstractNumId="20">
    <w:nsid w:val="319316B4"/>
    <w:multiLevelType w:val="multilevel"/>
    <w:tmpl w:val="042ED02E"/>
    <w:lvl w:ilvl="0">
      <w:start w:val="1"/>
      <w:numFmt w:val="hindiVowels"/>
      <w:lvlText w:val="(%1)"/>
      <w:lvlJc w:val="left"/>
      <w:pPr>
        <w:ind w:left="2520" w:hanging="360"/>
      </w:pPr>
      <w:rPr>
        <w:rFonts w:asciiTheme="minorHAnsi" w:eastAsiaTheme="minorHAnsi" w:hAnsiTheme="minorHAnsi" w:cs="Kalimati"/>
        <w:color w:val="auto"/>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21">
    <w:nsid w:val="33B14463"/>
    <w:multiLevelType w:val="hybridMultilevel"/>
    <w:tmpl w:val="918658D4"/>
    <w:lvl w:ilvl="0" w:tplc="43F698E8">
      <w:start w:val="1"/>
      <w:numFmt w:val="hindiNumbers"/>
      <w:lvlText w:val="(%1)"/>
      <w:lvlJc w:val="left"/>
      <w:pPr>
        <w:ind w:left="1810" w:hanging="37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96059A2"/>
    <w:multiLevelType w:val="hybridMultilevel"/>
    <w:tmpl w:val="A4B2F2B0"/>
    <w:lvl w:ilvl="0" w:tplc="577C9A70">
      <w:start w:val="1"/>
      <w:numFmt w:val="hindiNumbers"/>
      <w:lvlText w:val="%1."/>
      <w:lvlJc w:val="left"/>
      <w:pPr>
        <w:ind w:left="221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nsid w:val="42C415AB"/>
    <w:multiLevelType w:val="multilevel"/>
    <w:tmpl w:val="042ED02E"/>
    <w:lvl w:ilvl="0">
      <w:start w:val="1"/>
      <w:numFmt w:val="hindiVowels"/>
      <w:lvlText w:val="(%1)"/>
      <w:lvlJc w:val="left"/>
      <w:pPr>
        <w:ind w:left="4140" w:hanging="360"/>
      </w:pPr>
      <w:rPr>
        <w:rFonts w:asciiTheme="minorHAnsi" w:eastAsiaTheme="minorHAnsi" w:hAnsiTheme="minorHAnsi" w:cs="Kalimati"/>
        <w:color w:val="auto"/>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24">
    <w:nsid w:val="4448496D"/>
    <w:multiLevelType w:val="hybridMultilevel"/>
    <w:tmpl w:val="1D62B154"/>
    <w:lvl w:ilvl="0" w:tplc="42E6F600">
      <w:start w:val="1"/>
      <w:numFmt w:val="hindiVowel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nsid w:val="4587049F"/>
    <w:multiLevelType w:val="hybridMultilevel"/>
    <w:tmpl w:val="FA12395C"/>
    <w:lvl w:ilvl="0" w:tplc="DFCADE0C">
      <w:start w:val="1"/>
      <w:numFmt w:val="decimal"/>
      <w:lvlText w:val="%1."/>
      <w:lvlJc w:val="left"/>
      <w:pPr>
        <w:ind w:left="1440" w:hanging="360"/>
      </w:pPr>
      <w:rPr>
        <w:rFonts w:ascii="Fontasy Himali" w:hAnsi="Fontasy Himal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75D0989"/>
    <w:multiLevelType w:val="hybridMultilevel"/>
    <w:tmpl w:val="24B81C60"/>
    <w:lvl w:ilvl="0" w:tplc="9132AF10">
      <w:start w:val="1"/>
      <w:numFmt w:val="hindiNumbers"/>
      <w:lvlText w:val="%1."/>
      <w:lvlJc w:val="left"/>
      <w:pPr>
        <w:ind w:left="1120" w:hanging="400"/>
      </w:pPr>
      <w:rPr>
        <w:rFonts w:hint="default"/>
        <w:b w:val="0"/>
        <w:bCs w:val="0"/>
      </w:rPr>
    </w:lvl>
    <w:lvl w:ilvl="1" w:tplc="04090019">
      <w:start w:val="1"/>
      <w:numFmt w:val="lowerLetter"/>
      <w:lvlText w:val="%2."/>
      <w:lvlJc w:val="left"/>
      <w:pPr>
        <w:ind w:left="1800" w:hanging="360"/>
      </w:pPr>
    </w:lvl>
    <w:lvl w:ilvl="2" w:tplc="0B68FE78">
      <w:start w:val="1"/>
      <w:numFmt w:val="hindiVowels"/>
      <w:lvlText w:val="(%3)"/>
      <w:lvlJc w:val="left"/>
      <w:pPr>
        <w:ind w:left="2520" w:hanging="180"/>
      </w:pPr>
      <w:rPr>
        <w:rFonts w:asciiTheme="minorHAnsi" w:eastAsiaTheme="minorHAnsi" w:hAnsiTheme="minorHAnsi" w:cs="Kalimati"/>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29F684B"/>
    <w:multiLevelType w:val="multilevel"/>
    <w:tmpl w:val="042ED02E"/>
    <w:lvl w:ilvl="0">
      <w:start w:val="1"/>
      <w:numFmt w:val="hindiVowels"/>
      <w:lvlText w:val="(%1)"/>
      <w:lvlJc w:val="left"/>
      <w:pPr>
        <w:ind w:left="2520" w:hanging="360"/>
      </w:pPr>
      <w:rPr>
        <w:rFonts w:asciiTheme="minorHAnsi" w:eastAsiaTheme="minorHAnsi" w:hAnsiTheme="minorHAnsi" w:cs="Kalimati"/>
        <w:color w:val="auto"/>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28">
    <w:nsid w:val="53325DF3"/>
    <w:multiLevelType w:val="multilevel"/>
    <w:tmpl w:val="67E89156"/>
    <w:lvl w:ilvl="0">
      <w:start w:val="1"/>
      <w:numFmt w:val="hindiVowels"/>
      <w:lvlText w:val="(%1)"/>
      <w:lvlJc w:val="left"/>
      <w:pPr>
        <w:ind w:left="8010" w:hanging="360"/>
      </w:pPr>
      <w:rPr>
        <w:rFonts w:asciiTheme="minorHAnsi" w:eastAsiaTheme="minorHAnsi" w:hAnsiTheme="minorHAnsi" w:cs="Kalimati"/>
      </w:rPr>
    </w:lvl>
    <w:lvl w:ilvl="1">
      <w:start w:val="1"/>
      <w:numFmt w:val="lowerLetter"/>
      <w:lvlText w:val="%2)"/>
      <w:lvlJc w:val="left"/>
      <w:pPr>
        <w:ind w:left="8370" w:hanging="360"/>
      </w:pPr>
    </w:lvl>
    <w:lvl w:ilvl="2">
      <w:start w:val="1"/>
      <w:numFmt w:val="lowerRoman"/>
      <w:lvlText w:val="%3)"/>
      <w:lvlJc w:val="left"/>
      <w:pPr>
        <w:ind w:left="8730" w:hanging="360"/>
      </w:pPr>
    </w:lvl>
    <w:lvl w:ilvl="3">
      <w:start w:val="1"/>
      <w:numFmt w:val="decimal"/>
      <w:lvlText w:val="(%4)"/>
      <w:lvlJc w:val="left"/>
      <w:pPr>
        <w:ind w:left="9090" w:hanging="360"/>
      </w:pPr>
    </w:lvl>
    <w:lvl w:ilvl="4">
      <w:start w:val="1"/>
      <w:numFmt w:val="lowerLetter"/>
      <w:lvlText w:val="(%5)"/>
      <w:lvlJc w:val="left"/>
      <w:pPr>
        <w:ind w:left="9450" w:hanging="360"/>
      </w:pPr>
    </w:lvl>
    <w:lvl w:ilvl="5">
      <w:start w:val="1"/>
      <w:numFmt w:val="lowerRoman"/>
      <w:lvlText w:val="(%6)"/>
      <w:lvlJc w:val="left"/>
      <w:pPr>
        <w:ind w:left="9810" w:hanging="360"/>
      </w:pPr>
    </w:lvl>
    <w:lvl w:ilvl="6">
      <w:start w:val="1"/>
      <w:numFmt w:val="decimal"/>
      <w:lvlText w:val="%7."/>
      <w:lvlJc w:val="left"/>
      <w:pPr>
        <w:ind w:left="10170" w:hanging="360"/>
      </w:pPr>
    </w:lvl>
    <w:lvl w:ilvl="7">
      <w:start w:val="1"/>
      <w:numFmt w:val="lowerLetter"/>
      <w:lvlText w:val="%8."/>
      <w:lvlJc w:val="left"/>
      <w:pPr>
        <w:ind w:left="10530" w:hanging="360"/>
      </w:pPr>
    </w:lvl>
    <w:lvl w:ilvl="8">
      <w:start w:val="1"/>
      <w:numFmt w:val="lowerRoman"/>
      <w:lvlText w:val="%9."/>
      <w:lvlJc w:val="left"/>
      <w:pPr>
        <w:ind w:left="10890" w:hanging="360"/>
      </w:pPr>
    </w:lvl>
  </w:abstractNum>
  <w:abstractNum w:abstractNumId="29">
    <w:nsid w:val="547563D0"/>
    <w:multiLevelType w:val="hybridMultilevel"/>
    <w:tmpl w:val="B128BE74"/>
    <w:lvl w:ilvl="0" w:tplc="BF84E592">
      <w:start w:val="1"/>
      <w:numFmt w:val="hindiVowel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62B7414"/>
    <w:multiLevelType w:val="hybridMultilevel"/>
    <w:tmpl w:val="9684F5C6"/>
    <w:lvl w:ilvl="0" w:tplc="4D6EFE78">
      <w:start w:val="1"/>
      <w:numFmt w:val="hindiVowels"/>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AE31236"/>
    <w:multiLevelType w:val="multilevel"/>
    <w:tmpl w:val="042ED02E"/>
    <w:lvl w:ilvl="0">
      <w:start w:val="1"/>
      <w:numFmt w:val="hindiVowels"/>
      <w:lvlText w:val="(%1)"/>
      <w:lvlJc w:val="left"/>
      <w:pPr>
        <w:ind w:left="2520" w:hanging="360"/>
      </w:pPr>
      <w:rPr>
        <w:rFonts w:asciiTheme="minorHAnsi" w:eastAsiaTheme="minorHAnsi" w:hAnsiTheme="minorHAnsi" w:cs="Kalimati"/>
        <w:color w:val="auto"/>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32">
    <w:nsid w:val="5BE7033D"/>
    <w:multiLevelType w:val="hybridMultilevel"/>
    <w:tmpl w:val="918658D4"/>
    <w:lvl w:ilvl="0" w:tplc="43F698E8">
      <w:start w:val="1"/>
      <w:numFmt w:val="hindiNumbers"/>
      <w:lvlText w:val="(%1)"/>
      <w:lvlJc w:val="left"/>
      <w:pPr>
        <w:ind w:left="1090" w:hanging="37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DC0599D"/>
    <w:multiLevelType w:val="hybridMultilevel"/>
    <w:tmpl w:val="B05098D6"/>
    <w:lvl w:ilvl="0" w:tplc="BCF8035C">
      <w:start w:val="1"/>
      <w:numFmt w:val="decimal"/>
      <w:lvlText w:val="%1."/>
      <w:lvlJc w:val="left"/>
      <w:pPr>
        <w:ind w:left="1440" w:hanging="360"/>
      </w:pPr>
      <w:rPr>
        <w:rFonts w:ascii="Fontasy Himali" w:hAnsi="Fontasy Himal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FB7276F"/>
    <w:multiLevelType w:val="hybridMultilevel"/>
    <w:tmpl w:val="918658D4"/>
    <w:lvl w:ilvl="0" w:tplc="43F698E8">
      <w:start w:val="1"/>
      <w:numFmt w:val="hindiNumbers"/>
      <w:lvlText w:val="(%1)"/>
      <w:lvlJc w:val="left"/>
      <w:pPr>
        <w:ind w:left="1810" w:hanging="37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5FBA2077"/>
    <w:multiLevelType w:val="hybridMultilevel"/>
    <w:tmpl w:val="20E8A952"/>
    <w:lvl w:ilvl="0" w:tplc="6076FCF6">
      <w:start w:val="1"/>
      <w:numFmt w:val="hindiNumbers"/>
      <w:lvlText w:val="%1."/>
      <w:lvlJc w:val="left"/>
      <w:pPr>
        <w:ind w:left="1120" w:hanging="400"/>
      </w:pPr>
      <w:rPr>
        <w:rFonts w:hint="default"/>
        <w:b/>
        <w:bCs/>
        <w:sz w:val="28"/>
        <w:szCs w:val="28"/>
      </w:rPr>
    </w:lvl>
    <w:lvl w:ilvl="1" w:tplc="04090019">
      <w:start w:val="1"/>
      <w:numFmt w:val="lowerLetter"/>
      <w:lvlText w:val="%2."/>
      <w:lvlJc w:val="left"/>
      <w:pPr>
        <w:ind w:left="1800" w:hanging="360"/>
      </w:pPr>
    </w:lvl>
    <w:lvl w:ilvl="2" w:tplc="638C6A94">
      <w:start w:val="1"/>
      <w:numFmt w:val="lowerLetter"/>
      <w:lvlText w:val="%3)"/>
      <w:lvlJc w:val="left"/>
      <w:pPr>
        <w:ind w:left="2520" w:hanging="180"/>
      </w:pPr>
      <w:rPr>
        <w:rFonts w:ascii="Fontasy Himali" w:hAnsi="Fontasy Himali"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64C435A"/>
    <w:multiLevelType w:val="hybridMultilevel"/>
    <w:tmpl w:val="85E04C10"/>
    <w:lvl w:ilvl="0" w:tplc="9DF41EDE">
      <w:start w:val="1"/>
      <w:numFmt w:val="hindiNumbers"/>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7B14BFD"/>
    <w:multiLevelType w:val="multilevel"/>
    <w:tmpl w:val="67E89156"/>
    <w:lvl w:ilvl="0">
      <w:start w:val="1"/>
      <w:numFmt w:val="hindiVowels"/>
      <w:lvlText w:val="(%1)"/>
      <w:lvlJc w:val="left"/>
      <w:pPr>
        <w:ind w:left="4410" w:hanging="360"/>
      </w:pPr>
      <w:rPr>
        <w:rFonts w:asciiTheme="minorHAnsi" w:eastAsiaTheme="minorHAnsi" w:hAnsiTheme="minorHAnsi" w:cs="Kalimati"/>
      </w:rPr>
    </w:lvl>
    <w:lvl w:ilvl="1">
      <w:start w:val="1"/>
      <w:numFmt w:val="lowerLetter"/>
      <w:lvlText w:val="%2)"/>
      <w:lvlJc w:val="left"/>
      <w:pPr>
        <w:ind w:left="4770" w:hanging="360"/>
      </w:pPr>
    </w:lvl>
    <w:lvl w:ilvl="2">
      <w:start w:val="1"/>
      <w:numFmt w:val="lowerRoman"/>
      <w:lvlText w:val="%3)"/>
      <w:lvlJc w:val="left"/>
      <w:pPr>
        <w:ind w:left="5130" w:hanging="360"/>
      </w:pPr>
    </w:lvl>
    <w:lvl w:ilvl="3">
      <w:start w:val="1"/>
      <w:numFmt w:val="decimal"/>
      <w:lvlText w:val="(%4)"/>
      <w:lvlJc w:val="left"/>
      <w:pPr>
        <w:ind w:left="5490" w:hanging="360"/>
      </w:pPr>
    </w:lvl>
    <w:lvl w:ilvl="4">
      <w:start w:val="1"/>
      <w:numFmt w:val="lowerLetter"/>
      <w:lvlText w:val="(%5)"/>
      <w:lvlJc w:val="left"/>
      <w:pPr>
        <w:ind w:left="5850" w:hanging="360"/>
      </w:pPr>
    </w:lvl>
    <w:lvl w:ilvl="5">
      <w:start w:val="1"/>
      <w:numFmt w:val="lowerRoman"/>
      <w:lvlText w:val="(%6)"/>
      <w:lvlJc w:val="left"/>
      <w:pPr>
        <w:ind w:left="6210" w:hanging="360"/>
      </w:pPr>
    </w:lvl>
    <w:lvl w:ilvl="6">
      <w:start w:val="1"/>
      <w:numFmt w:val="decimal"/>
      <w:lvlText w:val="%7."/>
      <w:lvlJc w:val="left"/>
      <w:pPr>
        <w:ind w:left="6570" w:hanging="360"/>
      </w:pPr>
    </w:lvl>
    <w:lvl w:ilvl="7">
      <w:start w:val="1"/>
      <w:numFmt w:val="lowerLetter"/>
      <w:lvlText w:val="%8."/>
      <w:lvlJc w:val="left"/>
      <w:pPr>
        <w:ind w:left="6930" w:hanging="360"/>
      </w:pPr>
    </w:lvl>
    <w:lvl w:ilvl="8">
      <w:start w:val="1"/>
      <w:numFmt w:val="lowerRoman"/>
      <w:lvlText w:val="%9."/>
      <w:lvlJc w:val="left"/>
      <w:pPr>
        <w:ind w:left="7290" w:hanging="360"/>
      </w:pPr>
    </w:lvl>
  </w:abstractNum>
  <w:abstractNum w:abstractNumId="38">
    <w:nsid w:val="72BA1504"/>
    <w:multiLevelType w:val="hybridMultilevel"/>
    <w:tmpl w:val="1D62B154"/>
    <w:lvl w:ilvl="0" w:tplc="42E6F600">
      <w:start w:val="1"/>
      <w:numFmt w:val="hindiVowel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nsid w:val="763407A9"/>
    <w:multiLevelType w:val="multilevel"/>
    <w:tmpl w:val="C0982122"/>
    <w:lvl w:ilvl="0">
      <w:start w:val="1"/>
      <w:numFmt w:val="hindiVowels"/>
      <w:lvlText w:val="(%1)"/>
      <w:lvlJc w:val="left"/>
      <w:pPr>
        <w:ind w:left="2520" w:hanging="360"/>
      </w:pPr>
      <w:rPr>
        <w:rFonts w:hint="default"/>
        <w:color w:val="auto"/>
        <w:u w:val="none"/>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40">
    <w:nsid w:val="7A847D4B"/>
    <w:multiLevelType w:val="multilevel"/>
    <w:tmpl w:val="042ED02E"/>
    <w:lvl w:ilvl="0">
      <w:start w:val="1"/>
      <w:numFmt w:val="hindiVowels"/>
      <w:lvlText w:val="(%1)"/>
      <w:lvlJc w:val="left"/>
      <w:pPr>
        <w:ind w:left="2520" w:hanging="360"/>
      </w:pPr>
      <w:rPr>
        <w:rFonts w:asciiTheme="minorHAnsi" w:eastAsiaTheme="minorHAnsi" w:hAnsiTheme="minorHAnsi" w:cs="Kalimati"/>
        <w:color w:val="auto"/>
      </w:rPr>
    </w:lvl>
    <w:lvl w:ilvl="1">
      <w:start w:val="1"/>
      <w:numFmt w:val="lowerLetter"/>
      <w:lvlText w:val="%2)"/>
      <w:lvlJc w:val="left"/>
      <w:pPr>
        <w:ind w:left="2880" w:hanging="360"/>
      </w:pPr>
    </w:lvl>
    <w:lvl w:ilvl="2">
      <w:start w:val="1"/>
      <w:numFmt w:val="lowerRoman"/>
      <w:lvlText w:val="%3)"/>
      <w:lvlJc w:val="left"/>
      <w:pPr>
        <w:ind w:left="3240" w:hanging="360"/>
      </w:pPr>
    </w:lvl>
    <w:lvl w:ilvl="3">
      <w:start w:val="1"/>
      <w:numFmt w:val="decimal"/>
      <w:lvlText w:val="(%4)"/>
      <w:lvlJc w:val="left"/>
      <w:pPr>
        <w:ind w:left="3600" w:hanging="360"/>
      </w:pPr>
    </w:lvl>
    <w:lvl w:ilvl="4">
      <w:start w:val="1"/>
      <w:numFmt w:val="lowerLetter"/>
      <w:lvlText w:val="(%5)"/>
      <w:lvlJc w:val="left"/>
      <w:pPr>
        <w:ind w:left="3960" w:hanging="360"/>
      </w:pPr>
    </w:lvl>
    <w:lvl w:ilvl="5">
      <w:start w:val="1"/>
      <w:numFmt w:val="lowerRoman"/>
      <w:lvlText w:val="(%6)"/>
      <w:lvlJc w:val="left"/>
      <w:pPr>
        <w:ind w:left="4320" w:hanging="360"/>
      </w:pPr>
    </w:lvl>
    <w:lvl w:ilvl="6">
      <w:start w:val="1"/>
      <w:numFmt w:val="decimal"/>
      <w:lvlText w:val="%7."/>
      <w:lvlJc w:val="left"/>
      <w:pPr>
        <w:ind w:left="4680" w:hanging="360"/>
      </w:pPr>
    </w:lvl>
    <w:lvl w:ilvl="7">
      <w:start w:val="1"/>
      <w:numFmt w:val="lowerLetter"/>
      <w:lvlText w:val="%8."/>
      <w:lvlJc w:val="left"/>
      <w:pPr>
        <w:ind w:left="5040" w:hanging="360"/>
      </w:pPr>
    </w:lvl>
    <w:lvl w:ilvl="8">
      <w:start w:val="1"/>
      <w:numFmt w:val="lowerRoman"/>
      <w:lvlText w:val="%9."/>
      <w:lvlJc w:val="left"/>
      <w:pPr>
        <w:ind w:left="5400" w:hanging="360"/>
      </w:pPr>
    </w:lvl>
  </w:abstractNum>
  <w:abstractNum w:abstractNumId="41">
    <w:nsid w:val="7E8A51E1"/>
    <w:multiLevelType w:val="multilevel"/>
    <w:tmpl w:val="67E89156"/>
    <w:lvl w:ilvl="0">
      <w:start w:val="1"/>
      <w:numFmt w:val="hindiVowels"/>
      <w:lvlText w:val="(%1)"/>
      <w:lvlJc w:val="left"/>
      <w:pPr>
        <w:ind w:left="1440" w:hanging="360"/>
      </w:pPr>
      <w:rPr>
        <w:rFonts w:asciiTheme="minorHAnsi" w:eastAsiaTheme="minorHAnsi" w:hAnsiTheme="minorHAnsi" w:cs="Kalimati"/>
      </w:r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num w:numId="1">
    <w:abstractNumId w:val="36"/>
  </w:num>
  <w:num w:numId="2">
    <w:abstractNumId w:val="14"/>
  </w:num>
  <w:num w:numId="3">
    <w:abstractNumId w:val="25"/>
  </w:num>
  <w:num w:numId="4">
    <w:abstractNumId w:val="28"/>
  </w:num>
  <w:num w:numId="5">
    <w:abstractNumId w:val="35"/>
  </w:num>
  <w:num w:numId="6">
    <w:abstractNumId w:val="37"/>
  </w:num>
  <w:num w:numId="7">
    <w:abstractNumId w:val="18"/>
  </w:num>
  <w:num w:numId="8">
    <w:abstractNumId w:val="23"/>
  </w:num>
  <w:num w:numId="9">
    <w:abstractNumId w:val="16"/>
  </w:num>
  <w:num w:numId="10">
    <w:abstractNumId w:val="32"/>
  </w:num>
  <w:num w:numId="11">
    <w:abstractNumId w:val="39"/>
  </w:num>
  <w:num w:numId="12">
    <w:abstractNumId w:val="31"/>
  </w:num>
  <w:num w:numId="13">
    <w:abstractNumId w:val="13"/>
  </w:num>
  <w:num w:numId="14">
    <w:abstractNumId w:val="27"/>
  </w:num>
  <w:num w:numId="15">
    <w:abstractNumId w:val="12"/>
  </w:num>
  <w:num w:numId="16">
    <w:abstractNumId w:val="11"/>
  </w:num>
  <w:num w:numId="17">
    <w:abstractNumId w:val="40"/>
  </w:num>
  <w:num w:numId="18">
    <w:abstractNumId w:val="15"/>
  </w:num>
  <w:num w:numId="19">
    <w:abstractNumId w:val="9"/>
  </w:num>
  <w:num w:numId="20">
    <w:abstractNumId w:val="20"/>
  </w:num>
  <w:num w:numId="21">
    <w:abstractNumId w:val="41"/>
  </w:num>
  <w:num w:numId="22">
    <w:abstractNumId w:val="38"/>
  </w:num>
  <w:num w:numId="23">
    <w:abstractNumId w:val="17"/>
  </w:num>
  <w:num w:numId="24">
    <w:abstractNumId w:val="24"/>
  </w:num>
  <w:num w:numId="25">
    <w:abstractNumId w:val="33"/>
  </w:num>
  <w:num w:numId="26">
    <w:abstractNumId w:val="29"/>
  </w:num>
  <w:num w:numId="27">
    <w:abstractNumId w:val="21"/>
  </w:num>
  <w:num w:numId="28">
    <w:abstractNumId w:val="34"/>
  </w:num>
  <w:num w:numId="29">
    <w:abstractNumId w:val="26"/>
  </w:num>
  <w:num w:numId="30">
    <w:abstractNumId w:val="30"/>
  </w:num>
  <w:num w:numId="31">
    <w:abstractNumId w:val="19"/>
  </w:num>
  <w:num w:numId="32">
    <w:abstractNumId w:val="22"/>
  </w:num>
  <w:num w:numId="33">
    <w:abstractNumId w:val="10"/>
  </w:num>
  <w:num w:numId="34">
    <w:abstractNumId w:val="8"/>
  </w:num>
  <w:num w:numId="35">
    <w:abstractNumId w:val="6"/>
  </w:num>
  <w:num w:numId="36">
    <w:abstractNumId w:val="5"/>
  </w:num>
  <w:num w:numId="37">
    <w:abstractNumId w:val="4"/>
  </w:num>
  <w:num w:numId="38">
    <w:abstractNumId w:val="7"/>
  </w:num>
  <w:num w:numId="39">
    <w:abstractNumId w:val="3"/>
  </w:num>
  <w:num w:numId="40">
    <w:abstractNumId w:val="2"/>
  </w:num>
  <w:num w:numId="41">
    <w:abstractNumId w:val="1"/>
  </w:num>
  <w:num w:numId="42">
    <w:abstractNumId w:val="0"/>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16386"/>
    <o:shapelayout v:ext="edit">
      <o:idmap v:ext="edit" data="1"/>
    </o:shapelayout>
  </w:hdrShapeDefaults>
  <w:footnotePr>
    <w:footnote w:id="0"/>
    <w:footnote w:id="1"/>
  </w:footnotePr>
  <w:endnotePr>
    <w:endnote w:id="0"/>
    <w:endnote w:id="1"/>
  </w:endnotePr>
  <w:compat/>
  <w:rsids>
    <w:rsidRoot w:val="00E53EC3"/>
    <w:rsid w:val="00001FA8"/>
    <w:rsid w:val="00010563"/>
    <w:rsid w:val="0001298D"/>
    <w:rsid w:val="0002092C"/>
    <w:rsid w:val="000264F6"/>
    <w:rsid w:val="000326C7"/>
    <w:rsid w:val="0003293F"/>
    <w:rsid w:val="000344D0"/>
    <w:rsid w:val="00034855"/>
    <w:rsid w:val="00035960"/>
    <w:rsid w:val="0003630B"/>
    <w:rsid w:val="00041BB4"/>
    <w:rsid w:val="0004689F"/>
    <w:rsid w:val="000471BA"/>
    <w:rsid w:val="00052632"/>
    <w:rsid w:val="000535F3"/>
    <w:rsid w:val="00053D65"/>
    <w:rsid w:val="00061F1D"/>
    <w:rsid w:val="0006380A"/>
    <w:rsid w:val="00066761"/>
    <w:rsid w:val="0007002A"/>
    <w:rsid w:val="00071B5A"/>
    <w:rsid w:val="00080672"/>
    <w:rsid w:val="000838D4"/>
    <w:rsid w:val="0008494A"/>
    <w:rsid w:val="00084D0F"/>
    <w:rsid w:val="00087224"/>
    <w:rsid w:val="000900DB"/>
    <w:rsid w:val="00094DDC"/>
    <w:rsid w:val="000965FF"/>
    <w:rsid w:val="00096721"/>
    <w:rsid w:val="000A0480"/>
    <w:rsid w:val="000A0E4D"/>
    <w:rsid w:val="000A202E"/>
    <w:rsid w:val="000A2F4E"/>
    <w:rsid w:val="000B5E11"/>
    <w:rsid w:val="000C0DCB"/>
    <w:rsid w:val="000C24A7"/>
    <w:rsid w:val="000C2ACC"/>
    <w:rsid w:val="000C625C"/>
    <w:rsid w:val="000C7BF3"/>
    <w:rsid w:val="000D315E"/>
    <w:rsid w:val="000D3193"/>
    <w:rsid w:val="000D469D"/>
    <w:rsid w:val="000D6C97"/>
    <w:rsid w:val="000E08CA"/>
    <w:rsid w:val="000E4F78"/>
    <w:rsid w:val="000E6A5A"/>
    <w:rsid w:val="000F593B"/>
    <w:rsid w:val="000F6518"/>
    <w:rsid w:val="00100F2F"/>
    <w:rsid w:val="00106023"/>
    <w:rsid w:val="00106B11"/>
    <w:rsid w:val="00110E8C"/>
    <w:rsid w:val="00113D98"/>
    <w:rsid w:val="00116B20"/>
    <w:rsid w:val="00116BFD"/>
    <w:rsid w:val="00122540"/>
    <w:rsid w:val="00123914"/>
    <w:rsid w:val="00124FF1"/>
    <w:rsid w:val="0012563F"/>
    <w:rsid w:val="00125B45"/>
    <w:rsid w:val="00125BA4"/>
    <w:rsid w:val="001261EE"/>
    <w:rsid w:val="001268C1"/>
    <w:rsid w:val="00131C00"/>
    <w:rsid w:val="0013351C"/>
    <w:rsid w:val="00133AFF"/>
    <w:rsid w:val="001340F7"/>
    <w:rsid w:val="00135E64"/>
    <w:rsid w:val="00136E8C"/>
    <w:rsid w:val="00137FC9"/>
    <w:rsid w:val="00141805"/>
    <w:rsid w:val="001434BE"/>
    <w:rsid w:val="001458B0"/>
    <w:rsid w:val="00145CF7"/>
    <w:rsid w:val="001460FF"/>
    <w:rsid w:val="00152966"/>
    <w:rsid w:val="0015510B"/>
    <w:rsid w:val="00156484"/>
    <w:rsid w:val="00156539"/>
    <w:rsid w:val="00157787"/>
    <w:rsid w:val="00160173"/>
    <w:rsid w:val="001659F0"/>
    <w:rsid w:val="00172327"/>
    <w:rsid w:val="001726EC"/>
    <w:rsid w:val="001746C5"/>
    <w:rsid w:val="00176911"/>
    <w:rsid w:val="00176CBF"/>
    <w:rsid w:val="001776EC"/>
    <w:rsid w:val="00187475"/>
    <w:rsid w:val="00187D22"/>
    <w:rsid w:val="00187FF8"/>
    <w:rsid w:val="00190C9C"/>
    <w:rsid w:val="00191DD4"/>
    <w:rsid w:val="00192160"/>
    <w:rsid w:val="0019328B"/>
    <w:rsid w:val="00193B33"/>
    <w:rsid w:val="00194E37"/>
    <w:rsid w:val="001965A9"/>
    <w:rsid w:val="00196C09"/>
    <w:rsid w:val="001A0595"/>
    <w:rsid w:val="001A1E64"/>
    <w:rsid w:val="001A66FF"/>
    <w:rsid w:val="001B470E"/>
    <w:rsid w:val="001B577D"/>
    <w:rsid w:val="001B65BD"/>
    <w:rsid w:val="001B7859"/>
    <w:rsid w:val="001B7D76"/>
    <w:rsid w:val="001B7F69"/>
    <w:rsid w:val="001C5E2F"/>
    <w:rsid w:val="001C6EA1"/>
    <w:rsid w:val="001D23B0"/>
    <w:rsid w:val="001D2B79"/>
    <w:rsid w:val="001D368E"/>
    <w:rsid w:val="001D5106"/>
    <w:rsid w:val="001E0013"/>
    <w:rsid w:val="001E0206"/>
    <w:rsid w:val="001E1C63"/>
    <w:rsid w:val="001E3F29"/>
    <w:rsid w:val="001E4078"/>
    <w:rsid w:val="001E5635"/>
    <w:rsid w:val="001E7AA0"/>
    <w:rsid w:val="001F4716"/>
    <w:rsid w:val="001F49B9"/>
    <w:rsid w:val="001F4D6B"/>
    <w:rsid w:val="001F5A76"/>
    <w:rsid w:val="001F5BDE"/>
    <w:rsid w:val="001F620F"/>
    <w:rsid w:val="001F7B04"/>
    <w:rsid w:val="00200D26"/>
    <w:rsid w:val="00206BBF"/>
    <w:rsid w:val="00215E5D"/>
    <w:rsid w:val="00216055"/>
    <w:rsid w:val="00216ABF"/>
    <w:rsid w:val="00220961"/>
    <w:rsid w:val="00222B17"/>
    <w:rsid w:val="002230F9"/>
    <w:rsid w:val="00223BFA"/>
    <w:rsid w:val="00230256"/>
    <w:rsid w:val="00232439"/>
    <w:rsid w:val="00232C13"/>
    <w:rsid w:val="00232DD0"/>
    <w:rsid w:val="00232F1E"/>
    <w:rsid w:val="002341E7"/>
    <w:rsid w:val="002377DE"/>
    <w:rsid w:val="0024052A"/>
    <w:rsid w:val="002408DA"/>
    <w:rsid w:val="002418CE"/>
    <w:rsid w:val="002434FB"/>
    <w:rsid w:val="0024555A"/>
    <w:rsid w:val="00246EB0"/>
    <w:rsid w:val="00252DB3"/>
    <w:rsid w:val="00254CDB"/>
    <w:rsid w:val="002550F2"/>
    <w:rsid w:val="002562B4"/>
    <w:rsid w:val="002632C0"/>
    <w:rsid w:val="0026373E"/>
    <w:rsid w:val="00264331"/>
    <w:rsid w:val="00264FB3"/>
    <w:rsid w:val="00265099"/>
    <w:rsid w:val="00265223"/>
    <w:rsid w:val="00265679"/>
    <w:rsid w:val="002671F7"/>
    <w:rsid w:val="00267CB9"/>
    <w:rsid w:val="002710DD"/>
    <w:rsid w:val="00271B6D"/>
    <w:rsid w:val="00271C1D"/>
    <w:rsid w:val="00274CFA"/>
    <w:rsid w:val="0027790A"/>
    <w:rsid w:val="002858A9"/>
    <w:rsid w:val="00286F70"/>
    <w:rsid w:val="00290B65"/>
    <w:rsid w:val="00292EBE"/>
    <w:rsid w:val="0029338C"/>
    <w:rsid w:val="00293D39"/>
    <w:rsid w:val="00294518"/>
    <w:rsid w:val="00297FDA"/>
    <w:rsid w:val="002A153F"/>
    <w:rsid w:val="002A18C5"/>
    <w:rsid w:val="002A34C5"/>
    <w:rsid w:val="002A42C8"/>
    <w:rsid w:val="002A5701"/>
    <w:rsid w:val="002A57B3"/>
    <w:rsid w:val="002A7CE8"/>
    <w:rsid w:val="002B2128"/>
    <w:rsid w:val="002B48B6"/>
    <w:rsid w:val="002B4DFE"/>
    <w:rsid w:val="002B5441"/>
    <w:rsid w:val="002C22CC"/>
    <w:rsid w:val="002C604C"/>
    <w:rsid w:val="002C75B4"/>
    <w:rsid w:val="002C7BBD"/>
    <w:rsid w:val="002D02F9"/>
    <w:rsid w:val="002D135F"/>
    <w:rsid w:val="002D1DCD"/>
    <w:rsid w:val="002E0587"/>
    <w:rsid w:val="002E21D8"/>
    <w:rsid w:val="002E335C"/>
    <w:rsid w:val="002E3C5C"/>
    <w:rsid w:val="002F1BE1"/>
    <w:rsid w:val="002F24F5"/>
    <w:rsid w:val="002F3CB2"/>
    <w:rsid w:val="00300585"/>
    <w:rsid w:val="00303659"/>
    <w:rsid w:val="00306C7E"/>
    <w:rsid w:val="003160C4"/>
    <w:rsid w:val="003179D8"/>
    <w:rsid w:val="00317EF5"/>
    <w:rsid w:val="00320874"/>
    <w:rsid w:val="003227FF"/>
    <w:rsid w:val="0032559B"/>
    <w:rsid w:val="003328F2"/>
    <w:rsid w:val="0033527A"/>
    <w:rsid w:val="00335995"/>
    <w:rsid w:val="003360C7"/>
    <w:rsid w:val="00336F56"/>
    <w:rsid w:val="00337753"/>
    <w:rsid w:val="0034294E"/>
    <w:rsid w:val="00342D36"/>
    <w:rsid w:val="00343344"/>
    <w:rsid w:val="00344A23"/>
    <w:rsid w:val="003454D8"/>
    <w:rsid w:val="0034642A"/>
    <w:rsid w:val="00355ADE"/>
    <w:rsid w:val="0035710E"/>
    <w:rsid w:val="00361FF0"/>
    <w:rsid w:val="0036219A"/>
    <w:rsid w:val="00363745"/>
    <w:rsid w:val="0036392F"/>
    <w:rsid w:val="00364235"/>
    <w:rsid w:val="00364BA3"/>
    <w:rsid w:val="00365B74"/>
    <w:rsid w:val="00366191"/>
    <w:rsid w:val="003724D2"/>
    <w:rsid w:val="0037332F"/>
    <w:rsid w:val="00374CD4"/>
    <w:rsid w:val="00374EFE"/>
    <w:rsid w:val="00376B08"/>
    <w:rsid w:val="003802C7"/>
    <w:rsid w:val="00382E9F"/>
    <w:rsid w:val="00392B14"/>
    <w:rsid w:val="00392D26"/>
    <w:rsid w:val="003933C5"/>
    <w:rsid w:val="00396850"/>
    <w:rsid w:val="00397694"/>
    <w:rsid w:val="003A16DE"/>
    <w:rsid w:val="003A2417"/>
    <w:rsid w:val="003A3C09"/>
    <w:rsid w:val="003A450F"/>
    <w:rsid w:val="003B0C50"/>
    <w:rsid w:val="003B2123"/>
    <w:rsid w:val="003B26C6"/>
    <w:rsid w:val="003B3889"/>
    <w:rsid w:val="003B445E"/>
    <w:rsid w:val="003B6465"/>
    <w:rsid w:val="003B6E90"/>
    <w:rsid w:val="003B7B82"/>
    <w:rsid w:val="003C3CB0"/>
    <w:rsid w:val="003C4D44"/>
    <w:rsid w:val="003D059C"/>
    <w:rsid w:val="003D3409"/>
    <w:rsid w:val="003D362B"/>
    <w:rsid w:val="003D612A"/>
    <w:rsid w:val="003D6168"/>
    <w:rsid w:val="003D72CA"/>
    <w:rsid w:val="003D7FF8"/>
    <w:rsid w:val="003E0E57"/>
    <w:rsid w:val="003E2219"/>
    <w:rsid w:val="003F2123"/>
    <w:rsid w:val="003F34F1"/>
    <w:rsid w:val="003F5EB2"/>
    <w:rsid w:val="0040270E"/>
    <w:rsid w:val="0040421B"/>
    <w:rsid w:val="00405D18"/>
    <w:rsid w:val="004111C8"/>
    <w:rsid w:val="00414955"/>
    <w:rsid w:val="00414A15"/>
    <w:rsid w:val="00415A06"/>
    <w:rsid w:val="00416D76"/>
    <w:rsid w:val="0042115D"/>
    <w:rsid w:val="0042204E"/>
    <w:rsid w:val="0042569E"/>
    <w:rsid w:val="004266A3"/>
    <w:rsid w:val="00426F46"/>
    <w:rsid w:val="00432A60"/>
    <w:rsid w:val="0043601A"/>
    <w:rsid w:val="004445EA"/>
    <w:rsid w:val="00445C56"/>
    <w:rsid w:val="0044609D"/>
    <w:rsid w:val="004610D9"/>
    <w:rsid w:val="0046329D"/>
    <w:rsid w:val="00466E82"/>
    <w:rsid w:val="00472B8A"/>
    <w:rsid w:val="00483676"/>
    <w:rsid w:val="00483F01"/>
    <w:rsid w:val="00484130"/>
    <w:rsid w:val="00485531"/>
    <w:rsid w:val="00486040"/>
    <w:rsid w:val="00487842"/>
    <w:rsid w:val="004904FD"/>
    <w:rsid w:val="00490B03"/>
    <w:rsid w:val="00491AFC"/>
    <w:rsid w:val="004947F7"/>
    <w:rsid w:val="004949E0"/>
    <w:rsid w:val="0049652C"/>
    <w:rsid w:val="004A10EE"/>
    <w:rsid w:val="004A4DC3"/>
    <w:rsid w:val="004B19C0"/>
    <w:rsid w:val="004B3B09"/>
    <w:rsid w:val="004B5AD2"/>
    <w:rsid w:val="004C1028"/>
    <w:rsid w:val="004C4833"/>
    <w:rsid w:val="004C6F73"/>
    <w:rsid w:val="004C76F3"/>
    <w:rsid w:val="004D224D"/>
    <w:rsid w:val="004D3709"/>
    <w:rsid w:val="004D6C29"/>
    <w:rsid w:val="004D7116"/>
    <w:rsid w:val="004D7987"/>
    <w:rsid w:val="004E025B"/>
    <w:rsid w:val="004F0FEF"/>
    <w:rsid w:val="004F2E33"/>
    <w:rsid w:val="004F4786"/>
    <w:rsid w:val="004F5ED2"/>
    <w:rsid w:val="004F7828"/>
    <w:rsid w:val="005049A0"/>
    <w:rsid w:val="005067EE"/>
    <w:rsid w:val="00510C86"/>
    <w:rsid w:val="00511CA4"/>
    <w:rsid w:val="005144D3"/>
    <w:rsid w:val="00516D8A"/>
    <w:rsid w:val="0052329A"/>
    <w:rsid w:val="005301A3"/>
    <w:rsid w:val="005320A9"/>
    <w:rsid w:val="00532874"/>
    <w:rsid w:val="00533C81"/>
    <w:rsid w:val="00534086"/>
    <w:rsid w:val="0053437F"/>
    <w:rsid w:val="00537B5F"/>
    <w:rsid w:val="00540699"/>
    <w:rsid w:val="00540AC4"/>
    <w:rsid w:val="005429D3"/>
    <w:rsid w:val="00542BB9"/>
    <w:rsid w:val="005430BE"/>
    <w:rsid w:val="00545059"/>
    <w:rsid w:val="00547B75"/>
    <w:rsid w:val="0055044C"/>
    <w:rsid w:val="00552824"/>
    <w:rsid w:val="00557133"/>
    <w:rsid w:val="00562A04"/>
    <w:rsid w:val="00562EF0"/>
    <w:rsid w:val="005735C6"/>
    <w:rsid w:val="00575548"/>
    <w:rsid w:val="00575868"/>
    <w:rsid w:val="00586605"/>
    <w:rsid w:val="00592205"/>
    <w:rsid w:val="005952B8"/>
    <w:rsid w:val="005A080F"/>
    <w:rsid w:val="005A21DF"/>
    <w:rsid w:val="005A4C2C"/>
    <w:rsid w:val="005A5BBA"/>
    <w:rsid w:val="005A62EF"/>
    <w:rsid w:val="005A7270"/>
    <w:rsid w:val="005A7AFD"/>
    <w:rsid w:val="005B2667"/>
    <w:rsid w:val="005B30E6"/>
    <w:rsid w:val="005B362D"/>
    <w:rsid w:val="005B4EDD"/>
    <w:rsid w:val="005B5ADF"/>
    <w:rsid w:val="005C22AE"/>
    <w:rsid w:val="005C5091"/>
    <w:rsid w:val="005D11F2"/>
    <w:rsid w:val="005D1CF2"/>
    <w:rsid w:val="005D733C"/>
    <w:rsid w:val="005E103C"/>
    <w:rsid w:val="005F1251"/>
    <w:rsid w:val="00604120"/>
    <w:rsid w:val="006052B3"/>
    <w:rsid w:val="00606445"/>
    <w:rsid w:val="0061182D"/>
    <w:rsid w:val="00611EE3"/>
    <w:rsid w:val="006123F0"/>
    <w:rsid w:val="00612BDF"/>
    <w:rsid w:val="006134A7"/>
    <w:rsid w:val="00614A5D"/>
    <w:rsid w:val="006165B5"/>
    <w:rsid w:val="00623C4A"/>
    <w:rsid w:val="006244CA"/>
    <w:rsid w:val="006301E6"/>
    <w:rsid w:val="0063250C"/>
    <w:rsid w:val="00633714"/>
    <w:rsid w:val="00633E68"/>
    <w:rsid w:val="00636CFF"/>
    <w:rsid w:val="00637A5F"/>
    <w:rsid w:val="00640046"/>
    <w:rsid w:val="00640148"/>
    <w:rsid w:val="0064307B"/>
    <w:rsid w:val="006474FF"/>
    <w:rsid w:val="00647778"/>
    <w:rsid w:val="006513CF"/>
    <w:rsid w:val="00654B9B"/>
    <w:rsid w:val="006601D7"/>
    <w:rsid w:val="00663E78"/>
    <w:rsid w:val="006657C8"/>
    <w:rsid w:val="00667856"/>
    <w:rsid w:val="006729C3"/>
    <w:rsid w:val="00674A50"/>
    <w:rsid w:val="006757F2"/>
    <w:rsid w:val="006800D5"/>
    <w:rsid w:val="00684C3D"/>
    <w:rsid w:val="00685919"/>
    <w:rsid w:val="00685FC6"/>
    <w:rsid w:val="00690130"/>
    <w:rsid w:val="00693A86"/>
    <w:rsid w:val="00694EC2"/>
    <w:rsid w:val="00696881"/>
    <w:rsid w:val="00697872"/>
    <w:rsid w:val="006A7CDD"/>
    <w:rsid w:val="006A7EED"/>
    <w:rsid w:val="006B4DBD"/>
    <w:rsid w:val="006B5C65"/>
    <w:rsid w:val="006B6557"/>
    <w:rsid w:val="006C7927"/>
    <w:rsid w:val="006D1DB0"/>
    <w:rsid w:val="006D5A2C"/>
    <w:rsid w:val="006E0A70"/>
    <w:rsid w:val="006E3B4D"/>
    <w:rsid w:val="006E3EEA"/>
    <w:rsid w:val="006E4888"/>
    <w:rsid w:val="006F0F41"/>
    <w:rsid w:val="006F250D"/>
    <w:rsid w:val="006F328C"/>
    <w:rsid w:val="006F6DFB"/>
    <w:rsid w:val="0070094A"/>
    <w:rsid w:val="0070173D"/>
    <w:rsid w:val="00701740"/>
    <w:rsid w:val="00701DC9"/>
    <w:rsid w:val="00706060"/>
    <w:rsid w:val="00706167"/>
    <w:rsid w:val="00706927"/>
    <w:rsid w:val="0070695B"/>
    <w:rsid w:val="0071070A"/>
    <w:rsid w:val="007151B6"/>
    <w:rsid w:val="007152B6"/>
    <w:rsid w:val="007179F8"/>
    <w:rsid w:val="00717D66"/>
    <w:rsid w:val="00723624"/>
    <w:rsid w:val="007251C3"/>
    <w:rsid w:val="0072623C"/>
    <w:rsid w:val="0072722D"/>
    <w:rsid w:val="00733255"/>
    <w:rsid w:val="00734C55"/>
    <w:rsid w:val="00734D69"/>
    <w:rsid w:val="0073535B"/>
    <w:rsid w:val="0073565E"/>
    <w:rsid w:val="007366F2"/>
    <w:rsid w:val="00742EEF"/>
    <w:rsid w:val="0074724B"/>
    <w:rsid w:val="00747BA3"/>
    <w:rsid w:val="00750349"/>
    <w:rsid w:val="007514A4"/>
    <w:rsid w:val="00751ED5"/>
    <w:rsid w:val="00752EBD"/>
    <w:rsid w:val="00753C20"/>
    <w:rsid w:val="007616F4"/>
    <w:rsid w:val="00765FF3"/>
    <w:rsid w:val="0077071D"/>
    <w:rsid w:val="00771194"/>
    <w:rsid w:val="00771844"/>
    <w:rsid w:val="007734F2"/>
    <w:rsid w:val="00773BC8"/>
    <w:rsid w:val="00773E75"/>
    <w:rsid w:val="007740A3"/>
    <w:rsid w:val="00775E12"/>
    <w:rsid w:val="0077750D"/>
    <w:rsid w:val="00781E0B"/>
    <w:rsid w:val="00784EC8"/>
    <w:rsid w:val="0078663E"/>
    <w:rsid w:val="00787CFE"/>
    <w:rsid w:val="007907C3"/>
    <w:rsid w:val="00792F9D"/>
    <w:rsid w:val="007A13D9"/>
    <w:rsid w:val="007A3DA6"/>
    <w:rsid w:val="007A6546"/>
    <w:rsid w:val="007B415D"/>
    <w:rsid w:val="007B4899"/>
    <w:rsid w:val="007B4A9F"/>
    <w:rsid w:val="007B5AB4"/>
    <w:rsid w:val="007B7B82"/>
    <w:rsid w:val="007C31BF"/>
    <w:rsid w:val="007C3FB6"/>
    <w:rsid w:val="007C4648"/>
    <w:rsid w:val="007C5CCD"/>
    <w:rsid w:val="007D7192"/>
    <w:rsid w:val="007D7736"/>
    <w:rsid w:val="007E0E0A"/>
    <w:rsid w:val="007E2800"/>
    <w:rsid w:val="007F2131"/>
    <w:rsid w:val="007F2417"/>
    <w:rsid w:val="007F2451"/>
    <w:rsid w:val="007F41B2"/>
    <w:rsid w:val="007F55B1"/>
    <w:rsid w:val="008029CB"/>
    <w:rsid w:val="008047C9"/>
    <w:rsid w:val="00811A10"/>
    <w:rsid w:val="00812308"/>
    <w:rsid w:val="0081310F"/>
    <w:rsid w:val="00814124"/>
    <w:rsid w:val="00814471"/>
    <w:rsid w:val="00815FC0"/>
    <w:rsid w:val="008160D1"/>
    <w:rsid w:val="00816255"/>
    <w:rsid w:val="00816551"/>
    <w:rsid w:val="0082262E"/>
    <w:rsid w:val="00823339"/>
    <w:rsid w:val="0082489D"/>
    <w:rsid w:val="0082553A"/>
    <w:rsid w:val="00833720"/>
    <w:rsid w:val="00835A18"/>
    <w:rsid w:val="0084212A"/>
    <w:rsid w:val="00844EAD"/>
    <w:rsid w:val="00845035"/>
    <w:rsid w:val="00845F27"/>
    <w:rsid w:val="008464E3"/>
    <w:rsid w:val="008466B9"/>
    <w:rsid w:val="0084754B"/>
    <w:rsid w:val="00850A08"/>
    <w:rsid w:val="00852054"/>
    <w:rsid w:val="0085215F"/>
    <w:rsid w:val="008607A2"/>
    <w:rsid w:val="00861B97"/>
    <w:rsid w:val="00863B94"/>
    <w:rsid w:val="00865F43"/>
    <w:rsid w:val="0086624A"/>
    <w:rsid w:val="00872959"/>
    <w:rsid w:val="00873736"/>
    <w:rsid w:val="00874025"/>
    <w:rsid w:val="00876B24"/>
    <w:rsid w:val="00877880"/>
    <w:rsid w:val="00882DA0"/>
    <w:rsid w:val="00892031"/>
    <w:rsid w:val="00892397"/>
    <w:rsid w:val="00894EBF"/>
    <w:rsid w:val="00895908"/>
    <w:rsid w:val="00896DE1"/>
    <w:rsid w:val="00896FFD"/>
    <w:rsid w:val="008A29D8"/>
    <w:rsid w:val="008A56E8"/>
    <w:rsid w:val="008A689E"/>
    <w:rsid w:val="008A6E6A"/>
    <w:rsid w:val="008A7069"/>
    <w:rsid w:val="008B2669"/>
    <w:rsid w:val="008B526C"/>
    <w:rsid w:val="008B7C96"/>
    <w:rsid w:val="008C24A0"/>
    <w:rsid w:val="008C2961"/>
    <w:rsid w:val="008C3BD6"/>
    <w:rsid w:val="008C5B49"/>
    <w:rsid w:val="008D693C"/>
    <w:rsid w:val="008D6A4A"/>
    <w:rsid w:val="008D6CFA"/>
    <w:rsid w:val="008D7BFB"/>
    <w:rsid w:val="008E1A49"/>
    <w:rsid w:val="008E1CEE"/>
    <w:rsid w:val="008E7E67"/>
    <w:rsid w:val="008F381F"/>
    <w:rsid w:val="008F674B"/>
    <w:rsid w:val="008F6F21"/>
    <w:rsid w:val="008F6FC4"/>
    <w:rsid w:val="008F7492"/>
    <w:rsid w:val="008F75F5"/>
    <w:rsid w:val="008F7ADE"/>
    <w:rsid w:val="00903711"/>
    <w:rsid w:val="00904DF8"/>
    <w:rsid w:val="0091036B"/>
    <w:rsid w:val="00913D3C"/>
    <w:rsid w:val="00917496"/>
    <w:rsid w:val="00920C2F"/>
    <w:rsid w:val="00923330"/>
    <w:rsid w:val="00925FA3"/>
    <w:rsid w:val="009316C5"/>
    <w:rsid w:val="00932187"/>
    <w:rsid w:val="00937EC1"/>
    <w:rsid w:val="00940888"/>
    <w:rsid w:val="009412B9"/>
    <w:rsid w:val="00941848"/>
    <w:rsid w:val="00941F5C"/>
    <w:rsid w:val="00945D79"/>
    <w:rsid w:val="009468BD"/>
    <w:rsid w:val="009513E5"/>
    <w:rsid w:val="0095213B"/>
    <w:rsid w:val="00954352"/>
    <w:rsid w:val="00963C73"/>
    <w:rsid w:val="0096535B"/>
    <w:rsid w:val="00966762"/>
    <w:rsid w:val="009676E5"/>
    <w:rsid w:val="0097189A"/>
    <w:rsid w:val="00973219"/>
    <w:rsid w:val="009739DA"/>
    <w:rsid w:val="00975FB3"/>
    <w:rsid w:val="00977ACB"/>
    <w:rsid w:val="00980F27"/>
    <w:rsid w:val="00981121"/>
    <w:rsid w:val="00982CEF"/>
    <w:rsid w:val="00987138"/>
    <w:rsid w:val="00991945"/>
    <w:rsid w:val="00995025"/>
    <w:rsid w:val="009956A7"/>
    <w:rsid w:val="0099764A"/>
    <w:rsid w:val="009A1AB0"/>
    <w:rsid w:val="009A4C65"/>
    <w:rsid w:val="009A6533"/>
    <w:rsid w:val="009B2389"/>
    <w:rsid w:val="009B76B7"/>
    <w:rsid w:val="009C083C"/>
    <w:rsid w:val="009C1159"/>
    <w:rsid w:val="009C343A"/>
    <w:rsid w:val="009C4E79"/>
    <w:rsid w:val="009C7D53"/>
    <w:rsid w:val="009D1BDE"/>
    <w:rsid w:val="009D2CD9"/>
    <w:rsid w:val="009D4E1D"/>
    <w:rsid w:val="009D57E9"/>
    <w:rsid w:val="009D6BBB"/>
    <w:rsid w:val="009E26B5"/>
    <w:rsid w:val="009E7744"/>
    <w:rsid w:val="009E7DEA"/>
    <w:rsid w:val="009F1D53"/>
    <w:rsid w:val="009F3321"/>
    <w:rsid w:val="009F5F76"/>
    <w:rsid w:val="00A0156B"/>
    <w:rsid w:val="00A021F2"/>
    <w:rsid w:val="00A022B9"/>
    <w:rsid w:val="00A07F71"/>
    <w:rsid w:val="00A1274D"/>
    <w:rsid w:val="00A1453D"/>
    <w:rsid w:val="00A153E8"/>
    <w:rsid w:val="00A26E17"/>
    <w:rsid w:val="00A3071D"/>
    <w:rsid w:val="00A31221"/>
    <w:rsid w:val="00A315C4"/>
    <w:rsid w:val="00A34360"/>
    <w:rsid w:val="00A35068"/>
    <w:rsid w:val="00A412F4"/>
    <w:rsid w:val="00A47C4D"/>
    <w:rsid w:val="00A51A08"/>
    <w:rsid w:val="00A51F12"/>
    <w:rsid w:val="00A5310C"/>
    <w:rsid w:val="00A56B7A"/>
    <w:rsid w:val="00A60573"/>
    <w:rsid w:val="00A60E2B"/>
    <w:rsid w:val="00A6282F"/>
    <w:rsid w:val="00A64BB5"/>
    <w:rsid w:val="00A664D0"/>
    <w:rsid w:val="00A67F53"/>
    <w:rsid w:val="00A727C0"/>
    <w:rsid w:val="00A81E77"/>
    <w:rsid w:val="00A8684F"/>
    <w:rsid w:val="00A92B8A"/>
    <w:rsid w:val="00A942CD"/>
    <w:rsid w:val="00A97899"/>
    <w:rsid w:val="00AA0C49"/>
    <w:rsid w:val="00AA392D"/>
    <w:rsid w:val="00AB19E1"/>
    <w:rsid w:val="00AB33D4"/>
    <w:rsid w:val="00AB6733"/>
    <w:rsid w:val="00AB7ADE"/>
    <w:rsid w:val="00AC068B"/>
    <w:rsid w:val="00AC0C95"/>
    <w:rsid w:val="00AC156E"/>
    <w:rsid w:val="00AC1791"/>
    <w:rsid w:val="00AC5067"/>
    <w:rsid w:val="00AC540A"/>
    <w:rsid w:val="00AD1576"/>
    <w:rsid w:val="00AD2339"/>
    <w:rsid w:val="00AD4439"/>
    <w:rsid w:val="00AD5C8D"/>
    <w:rsid w:val="00AD6343"/>
    <w:rsid w:val="00AE43E1"/>
    <w:rsid w:val="00AE66D2"/>
    <w:rsid w:val="00AF0C48"/>
    <w:rsid w:val="00AF12AF"/>
    <w:rsid w:val="00AF3060"/>
    <w:rsid w:val="00AF665B"/>
    <w:rsid w:val="00AF6B00"/>
    <w:rsid w:val="00AF6C5B"/>
    <w:rsid w:val="00AF6CB2"/>
    <w:rsid w:val="00B003CD"/>
    <w:rsid w:val="00B00B79"/>
    <w:rsid w:val="00B0230F"/>
    <w:rsid w:val="00B05508"/>
    <w:rsid w:val="00B079C7"/>
    <w:rsid w:val="00B131ED"/>
    <w:rsid w:val="00B16306"/>
    <w:rsid w:val="00B22414"/>
    <w:rsid w:val="00B30936"/>
    <w:rsid w:val="00B31777"/>
    <w:rsid w:val="00B3660F"/>
    <w:rsid w:val="00B3709D"/>
    <w:rsid w:val="00B374E7"/>
    <w:rsid w:val="00B37507"/>
    <w:rsid w:val="00B43722"/>
    <w:rsid w:val="00B43A00"/>
    <w:rsid w:val="00B44B12"/>
    <w:rsid w:val="00B459AB"/>
    <w:rsid w:val="00B46592"/>
    <w:rsid w:val="00B50540"/>
    <w:rsid w:val="00B53F44"/>
    <w:rsid w:val="00B54B7C"/>
    <w:rsid w:val="00B56DB3"/>
    <w:rsid w:val="00B57E96"/>
    <w:rsid w:val="00B6047A"/>
    <w:rsid w:val="00B64808"/>
    <w:rsid w:val="00B66E4F"/>
    <w:rsid w:val="00B6727F"/>
    <w:rsid w:val="00B70568"/>
    <w:rsid w:val="00B72AC9"/>
    <w:rsid w:val="00B73CB6"/>
    <w:rsid w:val="00B77362"/>
    <w:rsid w:val="00B80D21"/>
    <w:rsid w:val="00B81315"/>
    <w:rsid w:val="00B831C4"/>
    <w:rsid w:val="00B840E5"/>
    <w:rsid w:val="00B872EB"/>
    <w:rsid w:val="00B87572"/>
    <w:rsid w:val="00B90659"/>
    <w:rsid w:val="00B90A59"/>
    <w:rsid w:val="00B90C92"/>
    <w:rsid w:val="00B91474"/>
    <w:rsid w:val="00B91811"/>
    <w:rsid w:val="00B91D16"/>
    <w:rsid w:val="00B92798"/>
    <w:rsid w:val="00B938BA"/>
    <w:rsid w:val="00BA25F9"/>
    <w:rsid w:val="00BA6C9F"/>
    <w:rsid w:val="00BB05BF"/>
    <w:rsid w:val="00BB08C8"/>
    <w:rsid w:val="00BB17C0"/>
    <w:rsid w:val="00BB2C15"/>
    <w:rsid w:val="00BB327E"/>
    <w:rsid w:val="00BC0316"/>
    <w:rsid w:val="00BC1F2A"/>
    <w:rsid w:val="00BC3A31"/>
    <w:rsid w:val="00BC6C89"/>
    <w:rsid w:val="00BD3AFB"/>
    <w:rsid w:val="00BD3BC6"/>
    <w:rsid w:val="00BD668B"/>
    <w:rsid w:val="00BD768E"/>
    <w:rsid w:val="00BD7EE3"/>
    <w:rsid w:val="00BE2B63"/>
    <w:rsid w:val="00BE7751"/>
    <w:rsid w:val="00BF11F4"/>
    <w:rsid w:val="00BF45E3"/>
    <w:rsid w:val="00BF5ED4"/>
    <w:rsid w:val="00BF7DAB"/>
    <w:rsid w:val="00C000B3"/>
    <w:rsid w:val="00C02B93"/>
    <w:rsid w:val="00C03DDA"/>
    <w:rsid w:val="00C06E4F"/>
    <w:rsid w:val="00C10427"/>
    <w:rsid w:val="00C1216E"/>
    <w:rsid w:val="00C1269E"/>
    <w:rsid w:val="00C136E1"/>
    <w:rsid w:val="00C13D72"/>
    <w:rsid w:val="00C22CDB"/>
    <w:rsid w:val="00C2627A"/>
    <w:rsid w:val="00C26BA6"/>
    <w:rsid w:val="00C27946"/>
    <w:rsid w:val="00C30CD0"/>
    <w:rsid w:val="00C3317D"/>
    <w:rsid w:val="00C35A82"/>
    <w:rsid w:val="00C35BBA"/>
    <w:rsid w:val="00C36EDF"/>
    <w:rsid w:val="00C411F7"/>
    <w:rsid w:val="00C41366"/>
    <w:rsid w:val="00C41428"/>
    <w:rsid w:val="00C41C48"/>
    <w:rsid w:val="00C51EA3"/>
    <w:rsid w:val="00C52305"/>
    <w:rsid w:val="00C562EF"/>
    <w:rsid w:val="00C57672"/>
    <w:rsid w:val="00C57CFF"/>
    <w:rsid w:val="00C61044"/>
    <w:rsid w:val="00C65808"/>
    <w:rsid w:val="00C701E2"/>
    <w:rsid w:val="00C70457"/>
    <w:rsid w:val="00C716A8"/>
    <w:rsid w:val="00C75C9C"/>
    <w:rsid w:val="00C775F3"/>
    <w:rsid w:val="00C81299"/>
    <w:rsid w:val="00C8153D"/>
    <w:rsid w:val="00C86698"/>
    <w:rsid w:val="00C873EA"/>
    <w:rsid w:val="00C87470"/>
    <w:rsid w:val="00C949F2"/>
    <w:rsid w:val="00C961D0"/>
    <w:rsid w:val="00C97490"/>
    <w:rsid w:val="00CA00CD"/>
    <w:rsid w:val="00CA3B77"/>
    <w:rsid w:val="00CB0E1C"/>
    <w:rsid w:val="00CB14A6"/>
    <w:rsid w:val="00CB42E6"/>
    <w:rsid w:val="00CB6CD8"/>
    <w:rsid w:val="00CB7287"/>
    <w:rsid w:val="00CC0E3C"/>
    <w:rsid w:val="00CC5194"/>
    <w:rsid w:val="00CD07D4"/>
    <w:rsid w:val="00CD53E0"/>
    <w:rsid w:val="00CD62E3"/>
    <w:rsid w:val="00CE1AE7"/>
    <w:rsid w:val="00CE1F4B"/>
    <w:rsid w:val="00D03BA7"/>
    <w:rsid w:val="00D042B7"/>
    <w:rsid w:val="00D05253"/>
    <w:rsid w:val="00D15487"/>
    <w:rsid w:val="00D164C4"/>
    <w:rsid w:val="00D171F0"/>
    <w:rsid w:val="00D200FD"/>
    <w:rsid w:val="00D2048D"/>
    <w:rsid w:val="00D2341C"/>
    <w:rsid w:val="00D23C2F"/>
    <w:rsid w:val="00D24697"/>
    <w:rsid w:val="00D25B0A"/>
    <w:rsid w:val="00D25D99"/>
    <w:rsid w:val="00D32113"/>
    <w:rsid w:val="00D33A24"/>
    <w:rsid w:val="00D349BD"/>
    <w:rsid w:val="00D36276"/>
    <w:rsid w:val="00D368AB"/>
    <w:rsid w:val="00D40509"/>
    <w:rsid w:val="00D42A3A"/>
    <w:rsid w:val="00D43107"/>
    <w:rsid w:val="00D43C9C"/>
    <w:rsid w:val="00D46F8F"/>
    <w:rsid w:val="00D50514"/>
    <w:rsid w:val="00D50A58"/>
    <w:rsid w:val="00D52A52"/>
    <w:rsid w:val="00D54E6A"/>
    <w:rsid w:val="00D55A8A"/>
    <w:rsid w:val="00D57EB0"/>
    <w:rsid w:val="00D602EF"/>
    <w:rsid w:val="00D662D5"/>
    <w:rsid w:val="00D70DFD"/>
    <w:rsid w:val="00D74F63"/>
    <w:rsid w:val="00D7563B"/>
    <w:rsid w:val="00D76200"/>
    <w:rsid w:val="00D7679B"/>
    <w:rsid w:val="00D76D6F"/>
    <w:rsid w:val="00D773E6"/>
    <w:rsid w:val="00D805A5"/>
    <w:rsid w:val="00D813C6"/>
    <w:rsid w:val="00D836E5"/>
    <w:rsid w:val="00D90F21"/>
    <w:rsid w:val="00D95763"/>
    <w:rsid w:val="00DA2825"/>
    <w:rsid w:val="00DA4E96"/>
    <w:rsid w:val="00DA5450"/>
    <w:rsid w:val="00DA57D6"/>
    <w:rsid w:val="00DA6182"/>
    <w:rsid w:val="00DA64A7"/>
    <w:rsid w:val="00DA718F"/>
    <w:rsid w:val="00DB0465"/>
    <w:rsid w:val="00DB1DC2"/>
    <w:rsid w:val="00DB5D7E"/>
    <w:rsid w:val="00DB6040"/>
    <w:rsid w:val="00DB66AA"/>
    <w:rsid w:val="00DB6CD6"/>
    <w:rsid w:val="00DC051D"/>
    <w:rsid w:val="00DC25B8"/>
    <w:rsid w:val="00DC5BED"/>
    <w:rsid w:val="00DD1CA2"/>
    <w:rsid w:val="00DD3E42"/>
    <w:rsid w:val="00DD4305"/>
    <w:rsid w:val="00DD61D4"/>
    <w:rsid w:val="00DD6482"/>
    <w:rsid w:val="00DE7072"/>
    <w:rsid w:val="00DE7BE3"/>
    <w:rsid w:val="00DF3EE4"/>
    <w:rsid w:val="00DF53F0"/>
    <w:rsid w:val="00DF6367"/>
    <w:rsid w:val="00DF7261"/>
    <w:rsid w:val="00DF7811"/>
    <w:rsid w:val="00E014C4"/>
    <w:rsid w:val="00E01CB2"/>
    <w:rsid w:val="00E02946"/>
    <w:rsid w:val="00E02E42"/>
    <w:rsid w:val="00E066FF"/>
    <w:rsid w:val="00E0737D"/>
    <w:rsid w:val="00E12007"/>
    <w:rsid w:val="00E22D29"/>
    <w:rsid w:val="00E2610B"/>
    <w:rsid w:val="00E330B7"/>
    <w:rsid w:val="00E37272"/>
    <w:rsid w:val="00E415DF"/>
    <w:rsid w:val="00E419CC"/>
    <w:rsid w:val="00E4343D"/>
    <w:rsid w:val="00E43B98"/>
    <w:rsid w:val="00E440C6"/>
    <w:rsid w:val="00E450B7"/>
    <w:rsid w:val="00E4627C"/>
    <w:rsid w:val="00E4797E"/>
    <w:rsid w:val="00E5070D"/>
    <w:rsid w:val="00E52E02"/>
    <w:rsid w:val="00E52ECA"/>
    <w:rsid w:val="00E53525"/>
    <w:rsid w:val="00E53DD6"/>
    <w:rsid w:val="00E53EC3"/>
    <w:rsid w:val="00E56125"/>
    <w:rsid w:val="00E62824"/>
    <w:rsid w:val="00E63B3F"/>
    <w:rsid w:val="00E72D47"/>
    <w:rsid w:val="00E735C1"/>
    <w:rsid w:val="00E751D4"/>
    <w:rsid w:val="00E856D2"/>
    <w:rsid w:val="00E90963"/>
    <w:rsid w:val="00E90AB3"/>
    <w:rsid w:val="00E919AD"/>
    <w:rsid w:val="00E938F2"/>
    <w:rsid w:val="00E966DB"/>
    <w:rsid w:val="00EA3B80"/>
    <w:rsid w:val="00EA70F2"/>
    <w:rsid w:val="00EB0671"/>
    <w:rsid w:val="00EB5F2D"/>
    <w:rsid w:val="00EB6DC3"/>
    <w:rsid w:val="00EC1432"/>
    <w:rsid w:val="00EC21A7"/>
    <w:rsid w:val="00EC3768"/>
    <w:rsid w:val="00EC3A52"/>
    <w:rsid w:val="00EC3CEE"/>
    <w:rsid w:val="00EC6102"/>
    <w:rsid w:val="00EC7D39"/>
    <w:rsid w:val="00ED3F95"/>
    <w:rsid w:val="00ED5812"/>
    <w:rsid w:val="00EE0EEF"/>
    <w:rsid w:val="00EE7721"/>
    <w:rsid w:val="00EE7968"/>
    <w:rsid w:val="00EF055F"/>
    <w:rsid w:val="00EF23C7"/>
    <w:rsid w:val="00EF4437"/>
    <w:rsid w:val="00EF5F0B"/>
    <w:rsid w:val="00F0543A"/>
    <w:rsid w:val="00F06E7B"/>
    <w:rsid w:val="00F070E0"/>
    <w:rsid w:val="00F13D66"/>
    <w:rsid w:val="00F13F69"/>
    <w:rsid w:val="00F213AB"/>
    <w:rsid w:val="00F2187C"/>
    <w:rsid w:val="00F32608"/>
    <w:rsid w:val="00F34D2C"/>
    <w:rsid w:val="00F365FF"/>
    <w:rsid w:val="00F36E3D"/>
    <w:rsid w:val="00F375F9"/>
    <w:rsid w:val="00F37AE5"/>
    <w:rsid w:val="00F401AA"/>
    <w:rsid w:val="00F41A19"/>
    <w:rsid w:val="00F41E68"/>
    <w:rsid w:val="00F4267A"/>
    <w:rsid w:val="00F4312B"/>
    <w:rsid w:val="00F44E82"/>
    <w:rsid w:val="00F45F2B"/>
    <w:rsid w:val="00F52A75"/>
    <w:rsid w:val="00F54BCB"/>
    <w:rsid w:val="00F560DF"/>
    <w:rsid w:val="00F57936"/>
    <w:rsid w:val="00F57EE4"/>
    <w:rsid w:val="00F61900"/>
    <w:rsid w:val="00F65BA9"/>
    <w:rsid w:val="00F70427"/>
    <w:rsid w:val="00F72E64"/>
    <w:rsid w:val="00F7631A"/>
    <w:rsid w:val="00F807F5"/>
    <w:rsid w:val="00F818FF"/>
    <w:rsid w:val="00F82F40"/>
    <w:rsid w:val="00F83E4D"/>
    <w:rsid w:val="00F90BDD"/>
    <w:rsid w:val="00F93A1B"/>
    <w:rsid w:val="00F94DA9"/>
    <w:rsid w:val="00F9697D"/>
    <w:rsid w:val="00F97013"/>
    <w:rsid w:val="00FB3089"/>
    <w:rsid w:val="00FB54B1"/>
    <w:rsid w:val="00FC049D"/>
    <w:rsid w:val="00FC1640"/>
    <w:rsid w:val="00FC59EE"/>
    <w:rsid w:val="00FC7FC6"/>
    <w:rsid w:val="00FD340F"/>
    <w:rsid w:val="00FD4584"/>
    <w:rsid w:val="00FD46B7"/>
    <w:rsid w:val="00FD4BAF"/>
    <w:rsid w:val="00FD4E40"/>
    <w:rsid w:val="00FE18EC"/>
    <w:rsid w:val="00FE6039"/>
    <w:rsid w:val="00FF0437"/>
    <w:rsid w:val="00FF260E"/>
    <w:rsid w:val="00FF2837"/>
    <w:rsid w:val="00FF4A66"/>
    <w:rsid w:val="00FF5412"/>
    <w:rsid w:val="00FF5D21"/>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rules v:ext="edit">
        <o:r id="V:Rule4" type="connector" idref="#_x0000_s2050"/>
        <o:r id="V:Rule5" type="connector" idref="#_x0000_s2053"/>
        <o:r id="V:Rule6" type="connector" idref="#_x0000_s2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Kalimati"/>
        <w:sz w:val="22"/>
        <w:szCs w:val="22"/>
        <w:lang w:val="en-US" w:eastAsia="en-US" w:bidi="ar-SA"/>
      </w:rPr>
    </w:rPrDefault>
    <w:pPrDefault>
      <w:pPr>
        <w:spacing w:after="100" w:afterAutospacing="1"/>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966"/>
  </w:style>
  <w:style w:type="paragraph" w:styleId="Heading1">
    <w:name w:val="heading 1"/>
    <w:basedOn w:val="Normal"/>
    <w:next w:val="Normal"/>
    <w:link w:val="Heading1Char"/>
    <w:uiPriority w:val="9"/>
    <w:qFormat/>
    <w:rsid w:val="00113D9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75868"/>
    <w:pPr>
      <w:keepNext/>
      <w:keepLines/>
      <w:spacing w:before="200" w:after="0" w:afterAutospacing="0" w:line="300" w:lineRule="auto"/>
      <w:ind w:firstLine="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2559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75868"/>
    <w:pPr>
      <w:keepNext/>
      <w:keepLines/>
      <w:spacing w:before="200" w:after="0" w:afterAutospacing="0" w:line="300" w:lineRule="auto"/>
      <w:ind w:firstLine="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5868"/>
    <w:pPr>
      <w:keepNext/>
      <w:keepLines/>
      <w:spacing w:before="200" w:after="0" w:afterAutospacing="0" w:line="300" w:lineRule="auto"/>
      <w:ind w:firstLine="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5868"/>
    <w:pPr>
      <w:keepNext/>
      <w:keepLines/>
      <w:spacing w:before="200" w:after="0" w:afterAutospacing="0" w:line="300" w:lineRule="auto"/>
      <w:ind w:firstLine="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75868"/>
    <w:pPr>
      <w:keepNext/>
      <w:keepLines/>
      <w:spacing w:before="200" w:after="0" w:afterAutospacing="0" w:line="300" w:lineRule="auto"/>
      <w:ind w:firstLine="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5868"/>
    <w:pPr>
      <w:keepNext/>
      <w:keepLines/>
      <w:spacing w:before="200" w:after="0" w:afterAutospacing="0" w:line="300" w:lineRule="auto"/>
      <w:ind w:firstLine="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75868"/>
    <w:pPr>
      <w:keepNext/>
      <w:keepLines/>
      <w:spacing w:before="200" w:after="0" w:afterAutospacing="0" w:line="300" w:lineRule="auto"/>
      <w:ind w:firstLine="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A10"/>
    <w:pPr>
      <w:ind w:left="720"/>
      <w:contextualSpacing/>
    </w:pPr>
  </w:style>
  <w:style w:type="paragraph" w:styleId="BalloonText">
    <w:name w:val="Balloon Text"/>
    <w:basedOn w:val="Normal"/>
    <w:link w:val="BalloonTextChar"/>
    <w:uiPriority w:val="99"/>
    <w:semiHidden/>
    <w:unhideWhenUsed/>
    <w:rsid w:val="00F34D2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D2C"/>
    <w:rPr>
      <w:rFonts w:ascii="Tahoma" w:hAnsi="Tahoma" w:cs="Tahoma"/>
      <w:sz w:val="16"/>
      <w:szCs w:val="16"/>
    </w:rPr>
  </w:style>
  <w:style w:type="table" w:styleId="TableGrid">
    <w:name w:val="Table Grid"/>
    <w:basedOn w:val="TableNormal"/>
    <w:uiPriority w:val="59"/>
    <w:rsid w:val="00252DB3"/>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B19E1"/>
    <w:pPr>
      <w:tabs>
        <w:tab w:val="center" w:pos="4680"/>
        <w:tab w:val="right" w:pos="9360"/>
      </w:tabs>
      <w:spacing w:after="0"/>
    </w:pPr>
  </w:style>
  <w:style w:type="character" w:customStyle="1" w:styleId="HeaderChar">
    <w:name w:val="Header Char"/>
    <w:basedOn w:val="DefaultParagraphFont"/>
    <w:link w:val="Header"/>
    <w:uiPriority w:val="99"/>
    <w:rsid w:val="00AB19E1"/>
  </w:style>
  <w:style w:type="paragraph" w:styleId="Footer">
    <w:name w:val="footer"/>
    <w:basedOn w:val="Normal"/>
    <w:link w:val="FooterChar"/>
    <w:uiPriority w:val="99"/>
    <w:unhideWhenUsed/>
    <w:rsid w:val="00AB19E1"/>
    <w:pPr>
      <w:tabs>
        <w:tab w:val="center" w:pos="4680"/>
        <w:tab w:val="right" w:pos="9360"/>
      </w:tabs>
      <w:spacing w:after="0"/>
    </w:pPr>
  </w:style>
  <w:style w:type="character" w:customStyle="1" w:styleId="FooterChar">
    <w:name w:val="Footer Char"/>
    <w:basedOn w:val="DefaultParagraphFont"/>
    <w:link w:val="Footer"/>
    <w:uiPriority w:val="99"/>
    <w:rsid w:val="00AB19E1"/>
  </w:style>
  <w:style w:type="paragraph" w:styleId="FootnoteText">
    <w:name w:val="footnote text"/>
    <w:basedOn w:val="Normal"/>
    <w:link w:val="FootnoteTextChar"/>
    <w:uiPriority w:val="99"/>
    <w:semiHidden/>
    <w:unhideWhenUsed/>
    <w:rsid w:val="003B26C6"/>
    <w:pPr>
      <w:spacing w:after="0"/>
    </w:pPr>
    <w:rPr>
      <w:sz w:val="20"/>
      <w:szCs w:val="20"/>
    </w:rPr>
  </w:style>
  <w:style w:type="character" w:customStyle="1" w:styleId="FootnoteTextChar">
    <w:name w:val="Footnote Text Char"/>
    <w:basedOn w:val="DefaultParagraphFont"/>
    <w:link w:val="FootnoteText"/>
    <w:uiPriority w:val="99"/>
    <w:semiHidden/>
    <w:rsid w:val="003B26C6"/>
    <w:rPr>
      <w:sz w:val="20"/>
      <w:szCs w:val="20"/>
    </w:rPr>
  </w:style>
  <w:style w:type="character" w:styleId="FootnoteReference">
    <w:name w:val="footnote reference"/>
    <w:basedOn w:val="DefaultParagraphFont"/>
    <w:uiPriority w:val="99"/>
    <w:semiHidden/>
    <w:unhideWhenUsed/>
    <w:rsid w:val="003B26C6"/>
    <w:rPr>
      <w:vertAlign w:val="superscript"/>
    </w:rPr>
  </w:style>
  <w:style w:type="character" w:customStyle="1" w:styleId="Heading3Char">
    <w:name w:val="Heading 3 Char"/>
    <w:basedOn w:val="DefaultParagraphFont"/>
    <w:link w:val="Heading3"/>
    <w:uiPriority w:val="9"/>
    <w:rsid w:val="0032559B"/>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13D9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75868"/>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57586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7586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7586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7586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75868"/>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575868"/>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575868"/>
    <w:pPr>
      <w:spacing w:after="0" w:afterAutospacing="0"/>
      <w:ind w:firstLine="0"/>
    </w:pPr>
    <w:rPr>
      <w:rFonts w:eastAsiaTheme="minorEastAsia" w:cstheme="minorBidi"/>
    </w:rPr>
  </w:style>
  <w:style w:type="paragraph" w:styleId="Title">
    <w:name w:val="Title"/>
    <w:basedOn w:val="Normal"/>
    <w:next w:val="Normal"/>
    <w:link w:val="TitleChar"/>
    <w:uiPriority w:val="10"/>
    <w:qFormat/>
    <w:rsid w:val="00575868"/>
    <w:pPr>
      <w:pBdr>
        <w:bottom w:val="single" w:sz="8" w:space="4" w:color="4F81BD" w:themeColor="accent1"/>
      </w:pBdr>
      <w:spacing w:after="300" w:afterAutospacing="0"/>
      <w:ind w:firstLine="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7586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75868"/>
    <w:pPr>
      <w:numPr>
        <w:ilvl w:val="1"/>
      </w:numPr>
      <w:spacing w:after="80" w:afterAutospacing="0" w:line="300" w:lineRule="auto"/>
      <w:ind w:firstLine="36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75868"/>
    <w:rPr>
      <w:rFonts w:asciiTheme="majorHAnsi" w:eastAsiaTheme="majorEastAsia" w:hAnsiTheme="majorHAnsi" w:cstheme="majorBidi"/>
      <w:i/>
      <w:iCs/>
      <w:color w:val="4F81BD" w:themeColor="accent1"/>
      <w:spacing w:val="15"/>
      <w:sz w:val="24"/>
      <w:szCs w:val="24"/>
    </w:rPr>
  </w:style>
  <w:style w:type="paragraph" w:styleId="BodyText">
    <w:name w:val="Body Text"/>
    <w:basedOn w:val="Normal"/>
    <w:link w:val="BodyTextChar"/>
    <w:uiPriority w:val="99"/>
    <w:unhideWhenUsed/>
    <w:rsid w:val="00575868"/>
    <w:pPr>
      <w:spacing w:after="120" w:afterAutospacing="0" w:line="300" w:lineRule="auto"/>
      <w:ind w:firstLine="0"/>
    </w:pPr>
    <w:rPr>
      <w:rFonts w:ascii="Kalimati" w:eastAsiaTheme="minorEastAsia" w:hAnsi="Kalimati" w:cstheme="minorBidi"/>
      <w:color w:val="222222"/>
    </w:rPr>
  </w:style>
  <w:style w:type="character" w:customStyle="1" w:styleId="BodyTextChar">
    <w:name w:val="Body Text Char"/>
    <w:basedOn w:val="DefaultParagraphFont"/>
    <w:link w:val="BodyText"/>
    <w:uiPriority w:val="99"/>
    <w:rsid w:val="00575868"/>
    <w:rPr>
      <w:rFonts w:ascii="Kalimati" w:eastAsiaTheme="minorEastAsia" w:hAnsi="Kalimati" w:cstheme="minorBidi"/>
      <w:color w:val="222222"/>
    </w:rPr>
  </w:style>
  <w:style w:type="paragraph" w:styleId="BodyText2">
    <w:name w:val="Body Text 2"/>
    <w:basedOn w:val="Normal"/>
    <w:link w:val="BodyText2Char"/>
    <w:uiPriority w:val="99"/>
    <w:unhideWhenUsed/>
    <w:rsid w:val="00575868"/>
    <w:pPr>
      <w:spacing w:after="120" w:afterAutospacing="0" w:line="480" w:lineRule="auto"/>
      <w:ind w:firstLine="0"/>
    </w:pPr>
    <w:rPr>
      <w:rFonts w:ascii="Kalimati" w:eastAsiaTheme="minorEastAsia" w:hAnsi="Kalimati" w:cstheme="minorBidi"/>
      <w:color w:val="222222"/>
    </w:rPr>
  </w:style>
  <w:style w:type="character" w:customStyle="1" w:styleId="BodyText2Char">
    <w:name w:val="Body Text 2 Char"/>
    <w:basedOn w:val="DefaultParagraphFont"/>
    <w:link w:val="BodyText2"/>
    <w:uiPriority w:val="99"/>
    <w:rsid w:val="00575868"/>
    <w:rPr>
      <w:rFonts w:ascii="Kalimati" w:eastAsiaTheme="minorEastAsia" w:hAnsi="Kalimati" w:cstheme="minorBidi"/>
      <w:color w:val="222222"/>
    </w:rPr>
  </w:style>
  <w:style w:type="paragraph" w:styleId="BodyText3">
    <w:name w:val="Body Text 3"/>
    <w:basedOn w:val="Normal"/>
    <w:link w:val="BodyText3Char"/>
    <w:uiPriority w:val="99"/>
    <w:unhideWhenUsed/>
    <w:rsid w:val="00575868"/>
    <w:pPr>
      <w:spacing w:after="120" w:afterAutospacing="0" w:line="300" w:lineRule="auto"/>
      <w:ind w:firstLine="0"/>
    </w:pPr>
    <w:rPr>
      <w:rFonts w:ascii="Kalimati" w:eastAsiaTheme="minorEastAsia" w:hAnsi="Kalimati" w:cstheme="minorBidi"/>
      <w:color w:val="222222"/>
      <w:sz w:val="16"/>
      <w:szCs w:val="16"/>
    </w:rPr>
  </w:style>
  <w:style w:type="character" w:customStyle="1" w:styleId="BodyText3Char">
    <w:name w:val="Body Text 3 Char"/>
    <w:basedOn w:val="DefaultParagraphFont"/>
    <w:link w:val="BodyText3"/>
    <w:uiPriority w:val="99"/>
    <w:rsid w:val="00575868"/>
    <w:rPr>
      <w:rFonts w:ascii="Kalimati" w:eastAsiaTheme="minorEastAsia" w:hAnsi="Kalimati" w:cstheme="minorBidi"/>
      <w:color w:val="222222"/>
      <w:sz w:val="16"/>
      <w:szCs w:val="16"/>
    </w:rPr>
  </w:style>
  <w:style w:type="paragraph" w:styleId="List">
    <w:name w:val="List"/>
    <w:basedOn w:val="Normal"/>
    <w:uiPriority w:val="99"/>
    <w:unhideWhenUsed/>
    <w:rsid w:val="00575868"/>
    <w:pPr>
      <w:spacing w:after="80" w:afterAutospacing="0" w:line="300" w:lineRule="auto"/>
      <w:ind w:left="360" w:hanging="360"/>
      <w:contextualSpacing/>
    </w:pPr>
    <w:rPr>
      <w:rFonts w:ascii="Kalimati" w:eastAsiaTheme="minorEastAsia" w:hAnsi="Kalimati" w:cstheme="minorBidi"/>
      <w:color w:val="222222"/>
    </w:rPr>
  </w:style>
  <w:style w:type="paragraph" w:styleId="List2">
    <w:name w:val="List 2"/>
    <w:basedOn w:val="Normal"/>
    <w:uiPriority w:val="99"/>
    <w:unhideWhenUsed/>
    <w:rsid w:val="00575868"/>
    <w:pPr>
      <w:spacing w:after="80" w:afterAutospacing="0" w:line="300" w:lineRule="auto"/>
      <w:ind w:left="720" w:hanging="360"/>
      <w:contextualSpacing/>
    </w:pPr>
    <w:rPr>
      <w:rFonts w:ascii="Kalimati" w:eastAsiaTheme="minorEastAsia" w:hAnsi="Kalimati" w:cstheme="minorBidi"/>
      <w:color w:val="222222"/>
    </w:rPr>
  </w:style>
  <w:style w:type="paragraph" w:styleId="List3">
    <w:name w:val="List 3"/>
    <w:basedOn w:val="Normal"/>
    <w:uiPriority w:val="99"/>
    <w:unhideWhenUsed/>
    <w:rsid w:val="00575868"/>
    <w:pPr>
      <w:spacing w:after="80" w:afterAutospacing="0" w:line="300" w:lineRule="auto"/>
      <w:ind w:left="1080" w:hanging="360"/>
      <w:contextualSpacing/>
    </w:pPr>
    <w:rPr>
      <w:rFonts w:ascii="Kalimati" w:eastAsiaTheme="minorEastAsia" w:hAnsi="Kalimati" w:cstheme="minorBidi"/>
      <w:color w:val="222222"/>
    </w:rPr>
  </w:style>
  <w:style w:type="paragraph" w:styleId="ListBullet">
    <w:name w:val="List Bullet"/>
    <w:basedOn w:val="Normal"/>
    <w:uiPriority w:val="99"/>
    <w:unhideWhenUsed/>
    <w:rsid w:val="00575868"/>
    <w:pPr>
      <w:numPr>
        <w:numId w:val="34"/>
      </w:numPr>
      <w:spacing w:after="80" w:afterAutospacing="0" w:line="300" w:lineRule="auto"/>
      <w:contextualSpacing/>
    </w:pPr>
    <w:rPr>
      <w:rFonts w:ascii="Kalimati" w:eastAsiaTheme="minorEastAsia" w:hAnsi="Kalimati" w:cstheme="minorBidi"/>
      <w:color w:val="222222"/>
    </w:rPr>
  </w:style>
  <w:style w:type="paragraph" w:styleId="ListBullet2">
    <w:name w:val="List Bullet 2"/>
    <w:basedOn w:val="Normal"/>
    <w:uiPriority w:val="99"/>
    <w:unhideWhenUsed/>
    <w:rsid w:val="00575868"/>
    <w:pPr>
      <w:numPr>
        <w:numId w:val="35"/>
      </w:numPr>
      <w:spacing w:after="80" w:afterAutospacing="0" w:line="300" w:lineRule="auto"/>
      <w:contextualSpacing/>
    </w:pPr>
    <w:rPr>
      <w:rFonts w:ascii="Kalimati" w:eastAsiaTheme="minorEastAsia" w:hAnsi="Kalimati" w:cstheme="minorBidi"/>
      <w:color w:val="222222"/>
    </w:rPr>
  </w:style>
  <w:style w:type="paragraph" w:styleId="ListBullet3">
    <w:name w:val="List Bullet 3"/>
    <w:basedOn w:val="Normal"/>
    <w:uiPriority w:val="99"/>
    <w:unhideWhenUsed/>
    <w:rsid w:val="00575868"/>
    <w:pPr>
      <w:numPr>
        <w:numId w:val="36"/>
      </w:numPr>
      <w:spacing w:after="80" w:afterAutospacing="0" w:line="300" w:lineRule="auto"/>
      <w:contextualSpacing/>
    </w:pPr>
    <w:rPr>
      <w:rFonts w:ascii="Kalimati" w:eastAsiaTheme="minorEastAsia" w:hAnsi="Kalimati" w:cstheme="minorBidi"/>
      <w:color w:val="222222"/>
    </w:rPr>
  </w:style>
  <w:style w:type="paragraph" w:styleId="ListNumber">
    <w:name w:val="List Number"/>
    <w:basedOn w:val="Normal"/>
    <w:uiPriority w:val="99"/>
    <w:unhideWhenUsed/>
    <w:rsid w:val="00575868"/>
    <w:pPr>
      <w:numPr>
        <w:numId w:val="38"/>
      </w:numPr>
      <w:spacing w:after="80" w:afterAutospacing="0" w:line="300" w:lineRule="auto"/>
      <w:contextualSpacing/>
    </w:pPr>
    <w:rPr>
      <w:rFonts w:ascii="Kalimati" w:eastAsiaTheme="minorEastAsia" w:hAnsi="Kalimati" w:cstheme="minorBidi"/>
      <w:color w:val="222222"/>
    </w:rPr>
  </w:style>
  <w:style w:type="paragraph" w:styleId="ListNumber2">
    <w:name w:val="List Number 2"/>
    <w:basedOn w:val="Normal"/>
    <w:uiPriority w:val="99"/>
    <w:unhideWhenUsed/>
    <w:rsid w:val="00575868"/>
    <w:pPr>
      <w:numPr>
        <w:numId w:val="39"/>
      </w:numPr>
      <w:spacing w:after="80" w:afterAutospacing="0" w:line="300" w:lineRule="auto"/>
      <w:contextualSpacing/>
    </w:pPr>
    <w:rPr>
      <w:rFonts w:ascii="Kalimati" w:eastAsiaTheme="minorEastAsia" w:hAnsi="Kalimati" w:cstheme="minorBidi"/>
      <w:color w:val="222222"/>
    </w:rPr>
  </w:style>
  <w:style w:type="paragraph" w:styleId="ListNumber3">
    <w:name w:val="List Number 3"/>
    <w:basedOn w:val="Normal"/>
    <w:uiPriority w:val="99"/>
    <w:unhideWhenUsed/>
    <w:rsid w:val="00575868"/>
    <w:pPr>
      <w:numPr>
        <w:numId w:val="40"/>
      </w:numPr>
      <w:spacing w:after="80" w:afterAutospacing="0" w:line="300" w:lineRule="auto"/>
      <w:contextualSpacing/>
    </w:pPr>
    <w:rPr>
      <w:rFonts w:ascii="Kalimati" w:eastAsiaTheme="minorEastAsia" w:hAnsi="Kalimati" w:cstheme="minorBidi"/>
      <w:color w:val="222222"/>
    </w:rPr>
  </w:style>
  <w:style w:type="paragraph" w:styleId="ListContinue">
    <w:name w:val="List Continue"/>
    <w:basedOn w:val="Normal"/>
    <w:uiPriority w:val="99"/>
    <w:unhideWhenUsed/>
    <w:rsid w:val="00575868"/>
    <w:pPr>
      <w:spacing w:after="120" w:afterAutospacing="0" w:line="300" w:lineRule="auto"/>
      <w:ind w:left="360" w:firstLine="0"/>
      <w:contextualSpacing/>
    </w:pPr>
    <w:rPr>
      <w:rFonts w:ascii="Kalimati" w:eastAsiaTheme="minorEastAsia" w:hAnsi="Kalimati" w:cstheme="minorBidi"/>
      <w:color w:val="222222"/>
    </w:rPr>
  </w:style>
  <w:style w:type="paragraph" w:styleId="ListContinue2">
    <w:name w:val="List Continue 2"/>
    <w:basedOn w:val="Normal"/>
    <w:uiPriority w:val="99"/>
    <w:unhideWhenUsed/>
    <w:rsid w:val="00575868"/>
    <w:pPr>
      <w:spacing w:after="120" w:afterAutospacing="0" w:line="300" w:lineRule="auto"/>
      <w:ind w:left="720" w:firstLine="0"/>
      <w:contextualSpacing/>
    </w:pPr>
    <w:rPr>
      <w:rFonts w:ascii="Kalimati" w:eastAsiaTheme="minorEastAsia" w:hAnsi="Kalimati" w:cstheme="minorBidi"/>
      <w:color w:val="222222"/>
    </w:rPr>
  </w:style>
  <w:style w:type="paragraph" w:styleId="ListContinue3">
    <w:name w:val="List Continue 3"/>
    <w:basedOn w:val="Normal"/>
    <w:uiPriority w:val="99"/>
    <w:unhideWhenUsed/>
    <w:rsid w:val="00575868"/>
    <w:pPr>
      <w:spacing w:after="120" w:afterAutospacing="0" w:line="300" w:lineRule="auto"/>
      <w:ind w:left="1080" w:firstLine="0"/>
      <w:contextualSpacing/>
    </w:pPr>
    <w:rPr>
      <w:rFonts w:ascii="Kalimati" w:eastAsiaTheme="minorEastAsia" w:hAnsi="Kalimati" w:cstheme="minorBidi"/>
      <w:color w:val="222222"/>
    </w:rPr>
  </w:style>
  <w:style w:type="paragraph" w:styleId="MacroText">
    <w:name w:val="macro"/>
    <w:link w:val="MacroTextChar"/>
    <w:uiPriority w:val="99"/>
    <w:unhideWhenUsed/>
    <w:rsid w:val="00575868"/>
    <w:pPr>
      <w:tabs>
        <w:tab w:val="left" w:pos="576"/>
        <w:tab w:val="left" w:pos="1152"/>
        <w:tab w:val="left" w:pos="1728"/>
        <w:tab w:val="left" w:pos="2304"/>
        <w:tab w:val="left" w:pos="2880"/>
        <w:tab w:val="left" w:pos="3456"/>
        <w:tab w:val="left" w:pos="4032"/>
      </w:tabs>
      <w:spacing w:after="200" w:afterAutospacing="0" w:line="276" w:lineRule="auto"/>
      <w:ind w:firstLine="0"/>
    </w:pPr>
    <w:rPr>
      <w:rFonts w:ascii="Courier" w:eastAsiaTheme="minorEastAsia" w:hAnsi="Courier" w:cstheme="minorBidi"/>
      <w:sz w:val="20"/>
      <w:szCs w:val="20"/>
    </w:rPr>
  </w:style>
  <w:style w:type="character" w:customStyle="1" w:styleId="MacroTextChar">
    <w:name w:val="Macro Text Char"/>
    <w:basedOn w:val="DefaultParagraphFont"/>
    <w:link w:val="MacroText"/>
    <w:uiPriority w:val="99"/>
    <w:rsid w:val="00575868"/>
    <w:rPr>
      <w:rFonts w:ascii="Courier" w:eastAsiaTheme="minorEastAsia" w:hAnsi="Courier" w:cstheme="minorBidi"/>
      <w:sz w:val="20"/>
      <w:szCs w:val="20"/>
    </w:rPr>
  </w:style>
  <w:style w:type="paragraph" w:styleId="Quote">
    <w:name w:val="Quote"/>
    <w:basedOn w:val="Normal"/>
    <w:next w:val="Normal"/>
    <w:link w:val="QuoteChar"/>
    <w:uiPriority w:val="29"/>
    <w:qFormat/>
    <w:rsid w:val="00575868"/>
    <w:pPr>
      <w:spacing w:after="80" w:afterAutospacing="0" w:line="300" w:lineRule="auto"/>
      <w:ind w:firstLine="0"/>
    </w:pPr>
    <w:rPr>
      <w:rFonts w:ascii="Kalimati" w:eastAsiaTheme="minorEastAsia" w:hAnsi="Kalimati" w:cstheme="minorBidi"/>
      <w:i/>
      <w:iCs/>
      <w:color w:val="000000" w:themeColor="text1"/>
    </w:rPr>
  </w:style>
  <w:style w:type="character" w:customStyle="1" w:styleId="QuoteChar">
    <w:name w:val="Quote Char"/>
    <w:basedOn w:val="DefaultParagraphFont"/>
    <w:link w:val="Quote"/>
    <w:uiPriority w:val="29"/>
    <w:rsid w:val="00575868"/>
    <w:rPr>
      <w:rFonts w:ascii="Kalimati" w:eastAsiaTheme="minorEastAsia" w:hAnsi="Kalimati" w:cstheme="minorBidi"/>
      <w:i/>
      <w:iCs/>
      <w:color w:val="000000" w:themeColor="text1"/>
    </w:rPr>
  </w:style>
  <w:style w:type="paragraph" w:styleId="Caption">
    <w:name w:val="caption"/>
    <w:basedOn w:val="Normal"/>
    <w:next w:val="Normal"/>
    <w:uiPriority w:val="35"/>
    <w:semiHidden/>
    <w:unhideWhenUsed/>
    <w:qFormat/>
    <w:rsid w:val="00575868"/>
    <w:pPr>
      <w:spacing w:after="80" w:afterAutospacing="0"/>
      <w:ind w:firstLine="0"/>
    </w:pPr>
    <w:rPr>
      <w:rFonts w:ascii="Kalimati" w:eastAsiaTheme="minorEastAsia" w:hAnsi="Kalimati" w:cstheme="minorBidi"/>
      <w:b/>
      <w:bCs/>
      <w:color w:val="4F81BD" w:themeColor="accent1"/>
      <w:sz w:val="18"/>
      <w:szCs w:val="18"/>
    </w:rPr>
  </w:style>
  <w:style w:type="character" w:styleId="Strong">
    <w:name w:val="Strong"/>
    <w:basedOn w:val="DefaultParagraphFont"/>
    <w:uiPriority w:val="22"/>
    <w:qFormat/>
    <w:rsid w:val="00575868"/>
    <w:rPr>
      <w:b/>
      <w:bCs/>
    </w:rPr>
  </w:style>
  <w:style w:type="character" w:styleId="Emphasis">
    <w:name w:val="Emphasis"/>
    <w:basedOn w:val="DefaultParagraphFont"/>
    <w:uiPriority w:val="20"/>
    <w:qFormat/>
    <w:rsid w:val="00575868"/>
    <w:rPr>
      <w:i/>
      <w:iCs/>
    </w:rPr>
  </w:style>
  <w:style w:type="paragraph" w:styleId="IntenseQuote">
    <w:name w:val="Intense Quote"/>
    <w:basedOn w:val="Normal"/>
    <w:next w:val="Normal"/>
    <w:link w:val="IntenseQuoteChar"/>
    <w:uiPriority w:val="30"/>
    <w:qFormat/>
    <w:rsid w:val="00575868"/>
    <w:pPr>
      <w:pBdr>
        <w:bottom w:val="single" w:sz="4" w:space="4" w:color="4F81BD" w:themeColor="accent1"/>
      </w:pBdr>
      <w:spacing w:before="200" w:after="280" w:afterAutospacing="0" w:line="300" w:lineRule="auto"/>
      <w:ind w:left="936" w:right="936" w:firstLine="0"/>
    </w:pPr>
    <w:rPr>
      <w:rFonts w:ascii="Kalimati" w:eastAsiaTheme="minorEastAsia" w:hAnsi="Kalimati" w:cstheme="minorBidi"/>
      <w:b/>
      <w:bCs/>
      <w:i/>
      <w:iCs/>
      <w:color w:val="4F81BD" w:themeColor="accent1"/>
    </w:rPr>
  </w:style>
  <w:style w:type="character" w:customStyle="1" w:styleId="IntenseQuoteChar">
    <w:name w:val="Intense Quote Char"/>
    <w:basedOn w:val="DefaultParagraphFont"/>
    <w:link w:val="IntenseQuote"/>
    <w:uiPriority w:val="30"/>
    <w:rsid w:val="00575868"/>
    <w:rPr>
      <w:rFonts w:ascii="Kalimati" w:eastAsiaTheme="minorEastAsia" w:hAnsi="Kalimati" w:cstheme="minorBidi"/>
      <w:b/>
      <w:bCs/>
      <w:i/>
      <w:iCs/>
      <w:color w:val="4F81BD" w:themeColor="accent1"/>
    </w:rPr>
  </w:style>
  <w:style w:type="character" w:styleId="SubtleEmphasis">
    <w:name w:val="Subtle Emphasis"/>
    <w:basedOn w:val="DefaultParagraphFont"/>
    <w:uiPriority w:val="19"/>
    <w:qFormat/>
    <w:rsid w:val="00575868"/>
    <w:rPr>
      <w:i/>
      <w:iCs/>
      <w:color w:val="808080" w:themeColor="text1" w:themeTint="7F"/>
    </w:rPr>
  </w:style>
  <w:style w:type="character" w:styleId="IntenseEmphasis">
    <w:name w:val="Intense Emphasis"/>
    <w:basedOn w:val="DefaultParagraphFont"/>
    <w:uiPriority w:val="21"/>
    <w:qFormat/>
    <w:rsid w:val="00575868"/>
    <w:rPr>
      <w:b/>
      <w:bCs/>
      <w:i/>
      <w:iCs/>
      <w:color w:val="4F81BD" w:themeColor="accent1"/>
    </w:rPr>
  </w:style>
  <w:style w:type="character" w:styleId="SubtleReference">
    <w:name w:val="Subtle Reference"/>
    <w:basedOn w:val="DefaultParagraphFont"/>
    <w:uiPriority w:val="31"/>
    <w:qFormat/>
    <w:rsid w:val="00575868"/>
    <w:rPr>
      <w:smallCaps/>
      <w:color w:val="C0504D" w:themeColor="accent2"/>
      <w:u w:val="single"/>
    </w:rPr>
  </w:style>
  <w:style w:type="character" w:styleId="IntenseReference">
    <w:name w:val="Intense Reference"/>
    <w:basedOn w:val="DefaultParagraphFont"/>
    <w:uiPriority w:val="32"/>
    <w:qFormat/>
    <w:rsid w:val="00575868"/>
    <w:rPr>
      <w:b/>
      <w:bCs/>
      <w:smallCaps/>
      <w:color w:val="C0504D" w:themeColor="accent2"/>
      <w:spacing w:val="5"/>
      <w:u w:val="single"/>
    </w:rPr>
  </w:style>
  <w:style w:type="character" w:styleId="BookTitle">
    <w:name w:val="Book Title"/>
    <w:basedOn w:val="DefaultParagraphFont"/>
    <w:uiPriority w:val="33"/>
    <w:qFormat/>
    <w:rsid w:val="00575868"/>
    <w:rPr>
      <w:b/>
      <w:bCs/>
      <w:smallCaps/>
      <w:spacing w:val="5"/>
    </w:rPr>
  </w:style>
  <w:style w:type="paragraph" w:styleId="TOCHeading">
    <w:name w:val="TOC Heading"/>
    <w:basedOn w:val="Heading1"/>
    <w:next w:val="Normal"/>
    <w:uiPriority w:val="39"/>
    <w:semiHidden/>
    <w:unhideWhenUsed/>
    <w:qFormat/>
    <w:rsid w:val="00575868"/>
    <w:pPr>
      <w:spacing w:before="480" w:afterAutospacing="0" w:line="300" w:lineRule="auto"/>
      <w:ind w:firstLine="0"/>
      <w:outlineLvl w:val="9"/>
    </w:pPr>
    <w:rPr>
      <w:b/>
      <w:bCs/>
      <w:sz w:val="28"/>
      <w:szCs w:val="28"/>
    </w:rPr>
  </w:style>
  <w:style w:type="table" w:customStyle="1" w:styleId="LightShading1">
    <w:name w:val="Light Shading1"/>
    <w:basedOn w:val="TableNormal"/>
    <w:uiPriority w:val="60"/>
    <w:rsid w:val="00575868"/>
    <w:pPr>
      <w:spacing w:after="0" w:afterAutospacing="0"/>
      <w:ind w:firstLine="0"/>
    </w:pPr>
    <w:rPr>
      <w:rFonts w:eastAsiaTheme="minorEastAsia" w:cstheme="minorBid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575868"/>
    <w:pPr>
      <w:spacing w:after="0" w:afterAutospacing="0"/>
      <w:ind w:firstLine="0"/>
    </w:pPr>
    <w:rPr>
      <w:rFonts w:eastAsiaTheme="minorEastAsia" w:cstheme="minorBid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75868"/>
    <w:pPr>
      <w:spacing w:after="0" w:afterAutospacing="0"/>
      <w:ind w:firstLine="0"/>
    </w:pPr>
    <w:rPr>
      <w:rFonts w:eastAsiaTheme="minorEastAsia" w:cstheme="minorBidi"/>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75868"/>
    <w:pPr>
      <w:spacing w:after="0" w:afterAutospacing="0"/>
      <w:ind w:firstLine="0"/>
    </w:pPr>
    <w:rPr>
      <w:rFonts w:eastAsiaTheme="minorEastAsia" w:cstheme="minorBidi"/>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75868"/>
    <w:pPr>
      <w:spacing w:after="0" w:afterAutospacing="0"/>
      <w:ind w:firstLine="0"/>
    </w:pPr>
    <w:rPr>
      <w:rFonts w:eastAsiaTheme="minorEastAsia" w:cstheme="minorBidi"/>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75868"/>
    <w:pPr>
      <w:spacing w:after="0" w:afterAutospacing="0"/>
      <w:ind w:firstLine="0"/>
    </w:pPr>
    <w:rPr>
      <w:rFonts w:eastAsiaTheme="minorEastAsia" w:cstheme="minorBidi"/>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575868"/>
    <w:pPr>
      <w:spacing w:after="0" w:afterAutospacing="0"/>
      <w:ind w:firstLine="0"/>
    </w:pPr>
    <w:rPr>
      <w:rFonts w:eastAsiaTheme="minorEastAsia" w:cstheme="minorBidi"/>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575868"/>
    <w:pPr>
      <w:spacing w:after="0" w:afterAutospacing="0"/>
      <w:ind w:firstLine="0"/>
    </w:pPr>
    <w:rPr>
      <w:rFonts w:eastAsiaTheme="minorEastAsia" w:cstheme="minorBidi"/>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575868"/>
    <w:pPr>
      <w:spacing w:after="0" w:afterAutospacing="0"/>
      <w:ind w:firstLine="0"/>
    </w:pPr>
    <w:rPr>
      <w:rFonts w:eastAsiaTheme="minorEastAsia" w:cstheme="minorBid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575868"/>
    <w:pPr>
      <w:spacing w:after="0" w:afterAutospacing="0"/>
      <w:ind w:firstLine="0"/>
    </w:pPr>
    <w:rPr>
      <w:rFonts w:eastAsiaTheme="minorEastAsia" w:cstheme="minorBidi"/>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575868"/>
    <w:pPr>
      <w:spacing w:after="0" w:afterAutospacing="0"/>
      <w:ind w:firstLine="0"/>
    </w:pPr>
    <w:rPr>
      <w:rFonts w:eastAsiaTheme="minorEastAsia" w:cstheme="minorBidi"/>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575868"/>
    <w:pPr>
      <w:spacing w:after="0" w:afterAutospacing="0"/>
      <w:ind w:firstLine="0"/>
    </w:pPr>
    <w:rPr>
      <w:rFonts w:eastAsiaTheme="minorEastAsia" w:cstheme="minorBidi"/>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575868"/>
    <w:pPr>
      <w:spacing w:after="0" w:afterAutospacing="0"/>
      <w:ind w:firstLine="0"/>
    </w:pPr>
    <w:rPr>
      <w:rFonts w:eastAsiaTheme="minorEastAsia" w:cstheme="minorBidi"/>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575868"/>
    <w:pPr>
      <w:spacing w:after="0" w:afterAutospacing="0"/>
      <w:ind w:firstLine="0"/>
    </w:pPr>
    <w:rPr>
      <w:rFonts w:eastAsiaTheme="minorEastAsia" w:cstheme="minorBidi"/>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575868"/>
    <w:pPr>
      <w:spacing w:after="0" w:afterAutospacing="0"/>
      <w:ind w:firstLine="0"/>
    </w:pPr>
    <w:rPr>
      <w:rFonts w:eastAsiaTheme="minorEastAsia" w:cstheme="minorBidi"/>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575868"/>
    <w:pPr>
      <w:spacing w:after="0" w:afterAutospacing="0"/>
      <w:ind w:firstLine="0"/>
    </w:pPr>
    <w:rPr>
      <w:rFonts w:eastAsiaTheme="minorEastAsia" w:cstheme="minorBid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575868"/>
    <w:pPr>
      <w:spacing w:after="0" w:afterAutospacing="0"/>
      <w:ind w:firstLine="0"/>
    </w:pPr>
    <w:rPr>
      <w:rFonts w:eastAsiaTheme="minorEastAsia" w:cstheme="minorBidi"/>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575868"/>
    <w:pPr>
      <w:spacing w:after="0" w:afterAutospacing="0"/>
      <w:ind w:firstLine="0"/>
    </w:pPr>
    <w:rPr>
      <w:rFonts w:eastAsiaTheme="minorEastAsia" w:cstheme="minorBidi"/>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575868"/>
    <w:pPr>
      <w:spacing w:after="0" w:afterAutospacing="0"/>
      <w:ind w:firstLine="0"/>
    </w:pPr>
    <w:rPr>
      <w:rFonts w:eastAsiaTheme="minorEastAsia" w:cstheme="minorBidi"/>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575868"/>
    <w:pPr>
      <w:spacing w:after="0" w:afterAutospacing="0"/>
      <w:ind w:firstLine="0"/>
    </w:pPr>
    <w:rPr>
      <w:rFonts w:eastAsiaTheme="minorEastAsia" w:cstheme="minorBidi"/>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575868"/>
    <w:pPr>
      <w:spacing w:after="0" w:afterAutospacing="0"/>
      <w:ind w:firstLine="0"/>
    </w:pPr>
    <w:rPr>
      <w:rFonts w:eastAsiaTheme="minorEastAsia" w:cstheme="minorBidi"/>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575868"/>
    <w:pPr>
      <w:spacing w:after="0" w:afterAutospacing="0"/>
      <w:ind w:firstLine="0"/>
    </w:pPr>
    <w:rPr>
      <w:rFonts w:eastAsiaTheme="minorEastAsia" w:cstheme="minorBidi"/>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575868"/>
    <w:pPr>
      <w:spacing w:after="0" w:afterAutospacing="0"/>
      <w:ind w:firstLine="0"/>
    </w:pPr>
    <w:rPr>
      <w:rFonts w:eastAsiaTheme="minorEastAsia" w:cstheme="minorBidi"/>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75868"/>
    <w:pPr>
      <w:spacing w:after="0" w:afterAutospacing="0"/>
      <w:ind w:firstLine="0"/>
    </w:pPr>
    <w:rPr>
      <w:rFonts w:eastAsiaTheme="minorEastAsia" w:cstheme="minorBidi"/>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75868"/>
    <w:pPr>
      <w:spacing w:after="0" w:afterAutospacing="0"/>
      <w:ind w:firstLine="0"/>
    </w:pPr>
    <w:rPr>
      <w:rFonts w:eastAsiaTheme="minorEastAsia" w:cstheme="minorBidi"/>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75868"/>
    <w:pPr>
      <w:spacing w:after="0" w:afterAutospacing="0"/>
      <w:ind w:firstLine="0"/>
    </w:pPr>
    <w:rPr>
      <w:rFonts w:eastAsiaTheme="minorEastAsia" w:cstheme="minorBidi"/>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75868"/>
    <w:pPr>
      <w:spacing w:after="0" w:afterAutospacing="0"/>
      <w:ind w:firstLine="0"/>
    </w:pPr>
    <w:rPr>
      <w:rFonts w:eastAsiaTheme="minorEastAsia" w:cstheme="minorBidi"/>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75868"/>
    <w:pPr>
      <w:spacing w:after="0" w:afterAutospacing="0"/>
      <w:ind w:firstLine="0"/>
    </w:pPr>
    <w:rPr>
      <w:rFonts w:eastAsiaTheme="minorEastAsia" w:cstheme="minorBidi"/>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575868"/>
    <w:pPr>
      <w:spacing w:after="0" w:afterAutospacing="0"/>
      <w:ind w:firstLine="0"/>
    </w:pPr>
    <w:rPr>
      <w:rFonts w:eastAsiaTheme="minorEastAsia" w:cstheme="min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575868"/>
    <w:pPr>
      <w:spacing w:after="0" w:afterAutospacing="0"/>
      <w:ind w:firstLine="0"/>
    </w:pPr>
    <w:rPr>
      <w:rFonts w:eastAsiaTheme="minorEastAsia" w:cstheme="min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75868"/>
    <w:pPr>
      <w:spacing w:after="0" w:afterAutospacing="0"/>
      <w:ind w:firstLine="0"/>
    </w:pPr>
    <w:rPr>
      <w:rFonts w:eastAsiaTheme="minorEastAsia" w:cstheme="min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75868"/>
    <w:pPr>
      <w:spacing w:after="0" w:afterAutospacing="0"/>
      <w:ind w:firstLine="0"/>
    </w:pPr>
    <w:rPr>
      <w:rFonts w:eastAsiaTheme="minorEastAsia" w:cstheme="min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75868"/>
    <w:pPr>
      <w:spacing w:after="0" w:afterAutospacing="0"/>
      <w:ind w:firstLine="0"/>
    </w:pPr>
    <w:rPr>
      <w:rFonts w:eastAsiaTheme="minorEastAsia" w:cstheme="min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75868"/>
    <w:pPr>
      <w:spacing w:after="0" w:afterAutospacing="0"/>
      <w:ind w:firstLine="0"/>
    </w:pPr>
    <w:rPr>
      <w:rFonts w:eastAsiaTheme="minorEastAsia" w:cstheme="min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75868"/>
    <w:pPr>
      <w:spacing w:after="0" w:afterAutospacing="0"/>
      <w:ind w:firstLine="0"/>
    </w:pPr>
    <w:rPr>
      <w:rFonts w:eastAsiaTheme="minorEastAsia" w:cstheme="min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575868"/>
    <w:pPr>
      <w:spacing w:after="0" w:afterAutospacing="0"/>
      <w:ind w:firstLine="0"/>
    </w:pPr>
    <w:rPr>
      <w:rFonts w:eastAsiaTheme="minorEastAsia" w:cstheme="minorBidi"/>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575868"/>
    <w:pPr>
      <w:spacing w:after="0" w:afterAutospacing="0"/>
      <w:ind w:firstLine="0"/>
    </w:pPr>
    <w:rPr>
      <w:rFonts w:eastAsiaTheme="minorEastAsia" w:cstheme="minorBidi"/>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575868"/>
    <w:pPr>
      <w:spacing w:after="0" w:afterAutospacing="0"/>
      <w:ind w:firstLine="0"/>
    </w:pPr>
    <w:rPr>
      <w:rFonts w:eastAsiaTheme="minorEastAsia" w:cstheme="minorBidi"/>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575868"/>
    <w:pPr>
      <w:spacing w:after="0" w:afterAutospacing="0"/>
      <w:ind w:firstLine="0"/>
    </w:pPr>
    <w:rPr>
      <w:rFonts w:eastAsiaTheme="minorEastAsia" w:cstheme="minorBidi"/>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575868"/>
    <w:pPr>
      <w:spacing w:after="0" w:afterAutospacing="0"/>
      <w:ind w:firstLine="0"/>
    </w:pPr>
    <w:rPr>
      <w:rFonts w:eastAsiaTheme="minorEastAsia" w:cstheme="minorBidi"/>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575868"/>
    <w:pPr>
      <w:spacing w:after="0" w:afterAutospacing="0"/>
      <w:ind w:firstLine="0"/>
    </w:pPr>
    <w:rPr>
      <w:rFonts w:eastAsiaTheme="minorEastAsia" w:cstheme="minorBidi"/>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575868"/>
    <w:pPr>
      <w:spacing w:after="0" w:afterAutospacing="0"/>
      <w:ind w:firstLine="0"/>
    </w:pPr>
    <w:rPr>
      <w:rFonts w:eastAsiaTheme="minorEastAsia" w:cstheme="minorBidi"/>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575868"/>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575868"/>
    <w:pPr>
      <w:spacing w:after="0" w:afterAutospacing="0"/>
      <w:ind w:firstLine="0"/>
    </w:pPr>
    <w:rPr>
      <w:rFonts w:eastAsiaTheme="minorEastAsia" w:cstheme="minorBid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575868"/>
    <w:pPr>
      <w:spacing w:after="0" w:afterAutospacing="0"/>
      <w:ind w:firstLine="0"/>
    </w:pPr>
    <w:rPr>
      <w:rFonts w:eastAsiaTheme="minorEastAsia" w:cstheme="minorBid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575868"/>
    <w:pPr>
      <w:spacing w:after="0" w:afterAutospacing="0"/>
      <w:ind w:firstLine="0"/>
    </w:pPr>
    <w:rPr>
      <w:rFonts w:eastAsiaTheme="minorEastAsia" w:cstheme="minorBid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575868"/>
    <w:pPr>
      <w:spacing w:after="0" w:afterAutospacing="0"/>
      <w:ind w:firstLine="0"/>
    </w:pPr>
    <w:rPr>
      <w:rFonts w:eastAsiaTheme="minorEastAsia" w:cstheme="minorBid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575868"/>
    <w:pPr>
      <w:spacing w:after="0" w:afterAutospacing="0"/>
      <w:ind w:firstLine="0"/>
    </w:pPr>
    <w:rPr>
      <w:rFonts w:eastAsiaTheme="minorEastAsia" w:cstheme="minorBid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575868"/>
    <w:pPr>
      <w:spacing w:after="0" w:afterAutospacing="0"/>
      <w:ind w:firstLine="0"/>
    </w:pPr>
    <w:rPr>
      <w:rFonts w:eastAsiaTheme="minorEastAsia" w:cstheme="minorBid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575868"/>
    <w:pPr>
      <w:spacing w:after="0" w:afterAutospacing="0"/>
      <w:ind w:firstLine="0"/>
    </w:pPr>
    <w:rPr>
      <w:rFonts w:eastAsiaTheme="minorEastAsia" w:cstheme="minorBid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575868"/>
    <w:pPr>
      <w:spacing w:after="0" w:afterAutospacing="0"/>
      <w:ind w:firstLine="0"/>
    </w:pPr>
    <w:rPr>
      <w:rFonts w:eastAsiaTheme="minorEastAsia" w:cstheme="minorBidi"/>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575868"/>
    <w:pPr>
      <w:spacing w:after="0" w:afterAutospacing="0"/>
      <w:ind w:firstLine="0"/>
    </w:pPr>
    <w:rPr>
      <w:rFonts w:eastAsiaTheme="minorEastAsia" w:cstheme="minorBidi"/>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575868"/>
    <w:pPr>
      <w:spacing w:after="0" w:afterAutospacing="0"/>
      <w:ind w:firstLine="0"/>
    </w:pPr>
    <w:rPr>
      <w:rFonts w:eastAsiaTheme="minorEastAsia" w:cstheme="minorBidi"/>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575868"/>
    <w:pPr>
      <w:spacing w:after="0" w:afterAutospacing="0"/>
      <w:ind w:firstLine="0"/>
    </w:pPr>
    <w:rPr>
      <w:rFonts w:eastAsiaTheme="minorEastAsia" w:cstheme="minorBidi"/>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575868"/>
    <w:pPr>
      <w:spacing w:after="0" w:afterAutospacing="0"/>
      <w:ind w:firstLine="0"/>
    </w:pPr>
    <w:rPr>
      <w:rFonts w:eastAsiaTheme="minorEastAsia" w:cstheme="minorBidi"/>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575868"/>
    <w:pPr>
      <w:spacing w:after="0" w:afterAutospacing="0"/>
      <w:ind w:firstLine="0"/>
    </w:pPr>
    <w:rPr>
      <w:rFonts w:eastAsiaTheme="minorEastAsia" w:cstheme="minorBidi"/>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575868"/>
    <w:pPr>
      <w:spacing w:after="0" w:afterAutospacing="0"/>
      <w:ind w:firstLine="0"/>
    </w:pPr>
    <w:rPr>
      <w:rFonts w:eastAsiaTheme="minorEastAsia" w:cstheme="minorBidi"/>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575868"/>
    <w:pPr>
      <w:spacing w:after="0" w:afterAutospacing="0"/>
      <w:ind w:firstLine="0"/>
    </w:pPr>
    <w:rPr>
      <w:rFonts w:eastAsiaTheme="minorEastAsia" w:cstheme="minorBidi"/>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575868"/>
    <w:pPr>
      <w:spacing w:after="0" w:afterAutospacing="0"/>
      <w:ind w:firstLine="0"/>
    </w:pPr>
    <w:rPr>
      <w:rFonts w:eastAsiaTheme="minorEastAsia" w:cstheme="minorBidi"/>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575868"/>
    <w:pPr>
      <w:spacing w:after="0" w:afterAutospacing="0"/>
      <w:ind w:firstLine="0"/>
    </w:pPr>
    <w:rPr>
      <w:rFonts w:eastAsiaTheme="minorEastAsia" w:cstheme="minorBidi"/>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575868"/>
    <w:pPr>
      <w:spacing w:after="0" w:afterAutospacing="0"/>
      <w:ind w:firstLine="0"/>
    </w:pPr>
    <w:rPr>
      <w:rFonts w:eastAsiaTheme="minorEastAsia" w:cstheme="minorBidi"/>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575868"/>
    <w:pPr>
      <w:spacing w:after="0" w:afterAutospacing="0"/>
      <w:ind w:firstLine="0"/>
    </w:pPr>
    <w:rPr>
      <w:rFonts w:eastAsiaTheme="minorEastAsia" w:cstheme="minorBidi"/>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575868"/>
    <w:pPr>
      <w:spacing w:after="0" w:afterAutospacing="0"/>
      <w:ind w:firstLine="0"/>
    </w:pPr>
    <w:rPr>
      <w:rFonts w:eastAsiaTheme="minorEastAsia" w:cstheme="minorBidi"/>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575868"/>
    <w:pPr>
      <w:spacing w:after="0" w:afterAutospacing="0"/>
      <w:ind w:firstLine="0"/>
    </w:pPr>
    <w:rPr>
      <w:rFonts w:eastAsiaTheme="minorEastAsia" w:cstheme="minorBidi"/>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575868"/>
    <w:pPr>
      <w:spacing w:after="0" w:afterAutospacing="0"/>
      <w:ind w:firstLine="0"/>
    </w:pPr>
    <w:rPr>
      <w:rFonts w:eastAsiaTheme="minorEastAsia" w:cstheme="minorBidi"/>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575868"/>
    <w:pPr>
      <w:spacing w:after="0" w:afterAutospacing="0"/>
      <w:ind w:firstLine="0"/>
    </w:pPr>
    <w:rPr>
      <w:rFonts w:eastAsiaTheme="minorEastAsia" w:cstheme="minorBidi"/>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575868"/>
    <w:pPr>
      <w:spacing w:after="0" w:afterAutospacing="0"/>
      <w:ind w:firstLine="0"/>
    </w:pPr>
    <w:rPr>
      <w:rFonts w:eastAsiaTheme="minorEastAsia" w:cstheme="minorBidi"/>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575868"/>
    <w:pPr>
      <w:spacing w:after="0" w:afterAutospacing="0"/>
      <w:ind w:firstLine="0"/>
    </w:pPr>
    <w:rPr>
      <w:rFonts w:eastAsiaTheme="minorEastAsia" w:cstheme="minorBidi"/>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575868"/>
    <w:pPr>
      <w:spacing w:after="0" w:afterAutospacing="0"/>
      <w:ind w:firstLine="0"/>
    </w:pPr>
    <w:rPr>
      <w:rFonts w:eastAsiaTheme="minorEastAsia" w:cstheme="minorBidi"/>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575868"/>
    <w:pPr>
      <w:spacing w:after="0" w:afterAutospacing="0"/>
      <w:ind w:firstLine="0"/>
    </w:pPr>
    <w:rPr>
      <w:rFonts w:eastAsiaTheme="minorEastAsia" w:cstheme="minorBidi"/>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575868"/>
    <w:pPr>
      <w:spacing w:after="0" w:afterAutospacing="0"/>
      <w:ind w:firstLine="0"/>
    </w:pPr>
    <w:rPr>
      <w:rFonts w:eastAsiaTheme="minorEastAsia" w:cstheme="minorBidi"/>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575868"/>
    <w:pPr>
      <w:spacing w:after="0" w:afterAutospacing="0"/>
      <w:ind w:firstLine="0"/>
    </w:pPr>
    <w:rPr>
      <w:rFonts w:eastAsiaTheme="minorEastAsia" w:cstheme="minorBidi"/>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ghtShading">
    <w:name w:val="Light Shading"/>
    <w:basedOn w:val="TableNormal"/>
    <w:uiPriority w:val="60"/>
    <w:rsid w:val="00116BFD"/>
    <w:pPr>
      <w:spacing w:after="0" w:afterAutospacing="0"/>
      <w:ind w:firstLine="0"/>
    </w:pPr>
    <w:rPr>
      <w:rFonts w:eastAsiaTheme="minorEastAsia" w:cstheme="minorBid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16BFD"/>
    <w:pPr>
      <w:spacing w:after="0" w:afterAutospacing="0"/>
      <w:ind w:firstLine="0"/>
    </w:pPr>
    <w:rPr>
      <w:rFonts w:eastAsiaTheme="minorEastAsia" w:cstheme="minorBid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
    <w:name w:val="Light List"/>
    <w:basedOn w:val="TableNormal"/>
    <w:uiPriority w:val="61"/>
    <w:rsid w:val="00116BFD"/>
    <w:pPr>
      <w:spacing w:after="0" w:afterAutospacing="0"/>
      <w:ind w:firstLine="0"/>
    </w:pPr>
    <w:rPr>
      <w:rFonts w:eastAsiaTheme="minorEastAsia" w:cstheme="minorBidi"/>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16BFD"/>
    <w:pPr>
      <w:spacing w:after="0" w:afterAutospacing="0"/>
      <w:ind w:firstLine="0"/>
    </w:pPr>
    <w:rPr>
      <w:rFonts w:eastAsiaTheme="minorEastAsia" w:cstheme="minorBid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
    <w:name w:val="Light Grid"/>
    <w:basedOn w:val="TableNormal"/>
    <w:uiPriority w:val="62"/>
    <w:rsid w:val="00116BFD"/>
    <w:pPr>
      <w:spacing w:after="0" w:afterAutospacing="0"/>
      <w:ind w:firstLine="0"/>
    </w:pPr>
    <w:rPr>
      <w:rFonts w:eastAsiaTheme="minorEastAsia" w:cstheme="minorBidi"/>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16BFD"/>
    <w:pPr>
      <w:spacing w:after="0" w:afterAutospacing="0"/>
      <w:ind w:firstLine="0"/>
    </w:pPr>
    <w:rPr>
      <w:rFonts w:eastAsiaTheme="minorEastAsia" w:cstheme="minorBid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
    <w:name w:val="Medium Shading 1"/>
    <w:basedOn w:val="TableNormal"/>
    <w:uiPriority w:val="63"/>
    <w:rsid w:val="00116BFD"/>
    <w:pPr>
      <w:spacing w:after="0" w:afterAutospacing="0"/>
      <w:ind w:firstLine="0"/>
    </w:pPr>
    <w:rPr>
      <w:rFonts w:eastAsiaTheme="minorEastAsia" w:cstheme="minorBidi"/>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16BFD"/>
    <w:pPr>
      <w:spacing w:after="0" w:afterAutospacing="0"/>
      <w:ind w:firstLine="0"/>
    </w:pPr>
    <w:rPr>
      <w:rFonts w:eastAsiaTheme="minorEastAsia" w:cstheme="minorBidi"/>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16BFD"/>
    <w:pPr>
      <w:spacing w:after="0" w:afterAutospacing="0"/>
      <w:ind w:firstLine="0"/>
    </w:pPr>
    <w:rPr>
      <w:rFonts w:eastAsiaTheme="minorEastAsia" w:cstheme="min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16BFD"/>
    <w:pPr>
      <w:spacing w:after="0" w:afterAutospacing="0"/>
      <w:ind w:firstLine="0"/>
    </w:pPr>
    <w:rPr>
      <w:rFonts w:eastAsiaTheme="minorEastAsia" w:cstheme="minorBid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116BFD"/>
    <w:pPr>
      <w:spacing w:after="0" w:afterAutospacing="0"/>
      <w:ind w:firstLine="0"/>
    </w:pPr>
    <w:rPr>
      <w:rFonts w:eastAsiaTheme="minorEastAsia" w:cstheme="minorBidi"/>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16BFD"/>
    <w:pPr>
      <w:spacing w:after="0" w:afterAutospacing="0"/>
      <w:ind w:firstLine="0"/>
    </w:pPr>
    <w:rPr>
      <w:rFonts w:eastAsiaTheme="minorEastAsia" w:cstheme="minorBidi"/>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
    <w:name w:val="Medium List 2"/>
    <w:basedOn w:val="TableNormal"/>
    <w:uiPriority w:val="66"/>
    <w:rsid w:val="00116BFD"/>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116BFD"/>
    <w:pPr>
      <w:spacing w:after="0" w:afterAutospacing="0"/>
      <w:ind w:firstLine="0"/>
    </w:pPr>
    <w:rPr>
      <w:rFonts w:eastAsiaTheme="minorEastAsia" w:cstheme="minorBidi"/>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rsid w:val="00116BFD"/>
    <w:pPr>
      <w:spacing w:after="0" w:afterAutospacing="0"/>
      <w:ind w:firstLine="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rsid w:val="00116BFD"/>
    <w:pPr>
      <w:spacing w:after="0" w:afterAutospacing="0"/>
      <w:ind w:firstLine="0"/>
    </w:pPr>
    <w:rPr>
      <w:rFonts w:eastAsiaTheme="minorEastAsia" w:cstheme="minorBid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arkList">
    <w:name w:val="Dark List"/>
    <w:basedOn w:val="TableNormal"/>
    <w:uiPriority w:val="70"/>
    <w:rsid w:val="00116BFD"/>
    <w:pPr>
      <w:spacing w:after="0" w:afterAutospacing="0"/>
      <w:ind w:firstLine="0"/>
    </w:pPr>
    <w:rPr>
      <w:rFonts w:eastAsiaTheme="minorEastAsia" w:cstheme="minorBidi"/>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
    <w:name w:val="Colorful Shading"/>
    <w:basedOn w:val="TableNormal"/>
    <w:uiPriority w:val="71"/>
    <w:rsid w:val="00116BFD"/>
    <w:pPr>
      <w:spacing w:after="0" w:afterAutospacing="0"/>
      <w:ind w:firstLine="0"/>
    </w:pPr>
    <w:rPr>
      <w:rFonts w:eastAsiaTheme="minorEastAsia" w:cstheme="minorBidi"/>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116BFD"/>
    <w:pPr>
      <w:spacing w:after="0" w:afterAutospacing="0"/>
      <w:ind w:firstLine="0"/>
    </w:pPr>
    <w:rPr>
      <w:rFonts w:eastAsiaTheme="minorEastAsia" w:cstheme="minorBidi"/>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rsid w:val="00116BFD"/>
    <w:pPr>
      <w:spacing w:after="0" w:afterAutospacing="0"/>
      <w:ind w:firstLine="0"/>
    </w:pPr>
    <w:rPr>
      <w:rFonts w:eastAsiaTheme="minorEastAsia" w:cstheme="minorBidi"/>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s>
</file>

<file path=word/webSettings.xml><?xml version="1.0" encoding="utf-8"?>
<w:webSettings xmlns:r="http://schemas.openxmlformats.org/officeDocument/2006/relationships" xmlns:w="http://schemas.openxmlformats.org/wordprocessingml/2006/main">
  <w:divs>
    <w:div w:id="1470512767">
      <w:bodyDiv w:val="1"/>
      <w:marLeft w:val="0"/>
      <w:marRight w:val="0"/>
      <w:marTop w:val="0"/>
      <w:marBottom w:val="0"/>
      <w:divBdr>
        <w:top w:val="none" w:sz="0" w:space="0" w:color="auto"/>
        <w:left w:val="none" w:sz="0" w:space="0" w:color="auto"/>
        <w:bottom w:val="none" w:sz="0" w:space="0" w:color="auto"/>
        <w:right w:val="none" w:sz="0" w:space="0" w:color="auto"/>
      </w:divBdr>
    </w:div>
    <w:div w:id="171245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D36EA2-07C2-416C-B987-DD2066719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23</Pages>
  <Words>4761</Words>
  <Characters>27144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31842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197</cp:revision>
  <cp:lastPrinted>2026-11-02T07:13:00Z</cp:lastPrinted>
  <dcterms:created xsi:type="dcterms:W3CDTF">2020-11-18T04:51:00Z</dcterms:created>
  <dcterms:modified xsi:type="dcterms:W3CDTF">2026-11-02T09:38:00Z</dcterms:modified>
</cp:coreProperties>
</file>