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Noto Sans Devanagari" w:hAnsi="Noto Sans Devanagari"/>
          <w:sz w:val="20"/>
        </w:rPr>
        <w:t>(भ्रष्टाचार निवारण ऐन, २०५९ को दफा ५० को उपदफा (१) तथा अख्तियार दुरुपयोग अनुसन्धान</w:t>
        <w:br/>
        <w:t>आयोग ऐन, २०४८ को दफा ३१ क को उपदफा (१) को प्रयोजनका लागि)</w:t>
      </w:r>
    </w:p>
    <w:p>
      <w:pPr>
        <w:jc w:val="center"/>
      </w:pPr>
      <w:r>
        <w:rPr>
          <w:rFonts w:ascii="Noto Sans Devanagari" w:hAnsi="Noto Sans Devanagari"/>
          <w:b/>
          <w:sz w:val="30"/>
        </w:rPr>
        <w:t>सम्पत्ति विवरण फाराम</w:t>
      </w:r>
    </w:p>
    <w:p>
      <w:pPr>
        <w:spacing w:after="40"/>
      </w:pPr>
      <w:r>
        <w:rPr>
          <w:rFonts w:ascii="Noto Sans Devanagari" w:hAnsi="Noto Sans Devanagari"/>
          <w:sz w:val="20"/>
        </w:rPr>
        <w:t>सार्वजनिक पद धारण गरेको व्यक्तिको नाम,थर :</w:t>
      </w:r>
    </w:p>
    <w:p>
      <w:pPr>
        <w:spacing w:after="40"/>
      </w:pPr>
      <w:r>
        <w:rPr>
          <w:rFonts w:ascii="Noto Sans Devanagari" w:hAnsi="Noto Sans Devanagari"/>
          <w:sz w:val="20"/>
        </w:rPr>
        <w:t>पद :                                           विवरण पेश गरेको निकाय :</w:t>
      </w:r>
    </w:p>
    <w:p>
      <w:pPr>
        <w:spacing w:after="40"/>
      </w:pPr>
      <w:r>
        <w:rPr>
          <w:rFonts w:ascii="Noto Sans Devanagari" w:hAnsi="Noto Sans Devanagari"/>
          <w:sz w:val="20"/>
        </w:rPr>
        <w:t>कार्यालय :                                    विवरण पेश गरेको आ.व. :</w:t>
      </w:r>
    </w:p>
    <w:p>
      <w:pPr>
        <w:spacing w:after="40"/>
      </w:pPr>
      <w:r>
        <w:rPr>
          <w:rFonts w:ascii="Noto Sans Devanagari" w:hAnsi="Noto Sans Devanagari"/>
          <w:sz w:val="20"/>
        </w:rPr>
        <w:t>स्थायी ठेगाना :</w:t>
      </w:r>
    </w:p>
    <w:p>
      <w:pPr>
        <w:spacing w:after="40"/>
      </w:pPr>
      <w:r>
        <w:rPr>
          <w:rFonts w:ascii="Noto Sans Devanagari" w:hAnsi="Noto Sans Devanagari"/>
          <w:sz w:val="20"/>
        </w:rPr>
        <w:t>जिल्ला :                 गा.पा./न.पा. :                     वडा नं. :      टोल :</w:t>
      </w:r>
    </w:p>
    <w:p>
      <w:pPr>
        <w:spacing w:after="40"/>
      </w:pPr>
      <w:r>
        <w:rPr>
          <w:rFonts w:ascii="Noto Sans Devanagari" w:hAnsi="Noto Sans Devanagari"/>
          <w:sz w:val="20"/>
        </w:rPr>
        <w:t>हाल बसोबास गरेको ठेगाना :</w:t>
      </w:r>
    </w:p>
    <w:p>
      <w:pPr>
        <w:spacing w:after="40"/>
      </w:pPr>
      <w:r>
        <w:rPr>
          <w:rFonts w:ascii="Noto Sans Devanagari" w:hAnsi="Noto Sans Devanagari"/>
          <w:sz w:val="20"/>
        </w:rPr>
        <w:t>जिल्ला :                 गा.पा./न.पा. :                     वडा नं. :      टोल :</w:t>
      </w:r>
    </w:p>
    <w:p>
      <w:pPr>
        <w:spacing w:after="40"/>
      </w:pPr>
      <w:r>
        <w:rPr>
          <w:rFonts w:ascii="Noto Sans Devanagari" w:hAnsi="Noto Sans Devanagari"/>
          <w:sz w:val="20"/>
        </w:rPr>
        <w:t>कर्मचारी भए सङ्केत नम्बर :                              स्थायी लेखा नं. :</w:t>
      </w:r>
    </w:p>
    <w:p>
      <w:pPr>
        <w:spacing w:before="40" w:after="60"/>
      </w:pPr>
      <w:r>
        <w:rPr>
          <w:rFonts w:ascii="Noto Sans Devanagari" w:hAnsi="Noto Sans Devanagari"/>
          <w:b/>
          <w:sz w:val="24"/>
        </w:rPr>
        <w:t>१.   अचल सम्पत्तिको विवरण :</w:t>
      </w:r>
    </w:p>
    <w:p>
      <w:pPr>
        <w:spacing w:before="40" w:after="60"/>
      </w:pPr>
      <w:r>
        <w:rPr>
          <w:rFonts w:ascii="Noto Sans Devanagari" w:hAnsi="Noto Sans Devanagari"/>
          <w:b/>
          <w:sz w:val="22"/>
        </w:rPr>
        <w:t>(क) घर 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94"/>
        <w:gridCol w:w="1094"/>
        <w:gridCol w:w="1094"/>
        <w:gridCol w:w="1094"/>
        <w:gridCol w:w="1094"/>
        <w:gridCol w:w="1094"/>
        <w:gridCol w:w="1094"/>
        <w:gridCol w:w="1094"/>
        <w:gridCol w:w="1094"/>
        <w:gridCol w:w="1094"/>
      </w:tblGrid>
      <w:tr>
        <w:tc>
          <w:tcPr>
            <w:tcW w:type="dxa" w:w="504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क्र.</w:t>
              <w:br/>
              <w:t>सं.</w:t>
            </w:r>
          </w:p>
        </w:tc>
        <w:tc>
          <w:tcPr>
            <w:tcW w:type="dxa" w:w="1512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घर धनीको नाम</w:t>
            </w:r>
          </w:p>
        </w:tc>
        <w:tc>
          <w:tcPr>
            <w:tcW w:type="dxa" w:w="691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घर र घरले चर्चेको जग्गाको विवरण</w:t>
              <w:br/>
              <w:t>जिल्ला</w:t>
            </w:r>
          </w:p>
        </w:tc>
        <w:tc>
          <w:tcPr>
            <w:tcW w:type="dxa" w:w="1296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गा.पा./न.पा.</w:t>
            </w:r>
          </w:p>
        </w:tc>
        <w:tc>
          <w:tcPr>
            <w:tcW w:type="dxa" w:w="605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वडा</w:t>
              <w:br/>
              <w:t>नं.</w:t>
            </w:r>
          </w:p>
        </w:tc>
        <w:tc>
          <w:tcPr>
            <w:tcW w:type="dxa" w:w="648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कित्ता</w:t>
              <w:br/>
              <w:t>नं.</w:t>
            </w:r>
          </w:p>
        </w:tc>
        <w:tc>
          <w:tcPr>
            <w:tcW w:type="dxa" w:w="1296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क्षेत्रफल</w:t>
              <w:br/>
              <w:t>(वर्गमिटर)</w:t>
            </w:r>
          </w:p>
        </w:tc>
        <w:tc>
          <w:tcPr>
            <w:tcW w:type="dxa" w:w="1080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खरिद गरेको भए</w:t>
              <w:br/>
              <w:t>खरिद मूल्य</w:t>
            </w:r>
          </w:p>
        </w:tc>
        <w:tc>
          <w:tcPr>
            <w:tcW w:type="dxa" w:w="1368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प्राप्तिको स्रोत</w:t>
            </w:r>
          </w:p>
        </w:tc>
        <w:tc>
          <w:tcPr>
            <w:tcW w:type="dxa" w:w="1008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कैफियत</w:t>
            </w:r>
          </w:p>
        </w:tc>
      </w:tr>
      <w:tr>
        <w:trPr>
          <w:trHeight w:val="3384" w:hRule="atLeast"/>
        </w:trPr>
        <w:tc>
          <w:tcPr>
            <w:tcW w:type="dxa" w:w="504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512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691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296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605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648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296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080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368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008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</w:tr>
    </w:tbl>
    <w:p>
      <w:r>
        <w:br w:type="page"/>
      </w:r>
    </w:p>
    <w:p>
      <w:pPr>
        <w:spacing w:before="40" w:after="60"/>
      </w:pPr>
      <w:r>
        <w:rPr>
          <w:rFonts w:ascii="Noto Sans Devanagari" w:hAnsi="Noto Sans Devanagari"/>
          <w:b/>
          <w:sz w:val="22"/>
        </w:rPr>
        <w:t>(ख) जग्गा 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94"/>
        <w:gridCol w:w="1094"/>
        <w:gridCol w:w="1094"/>
        <w:gridCol w:w="1094"/>
        <w:gridCol w:w="1094"/>
        <w:gridCol w:w="1094"/>
        <w:gridCol w:w="1094"/>
        <w:gridCol w:w="1094"/>
        <w:gridCol w:w="1094"/>
        <w:gridCol w:w="1094"/>
      </w:tblGrid>
      <w:tr>
        <w:tc>
          <w:tcPr>
            <w:tcW w:type="dxa" w:w="504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क्र.</w:t>
              <w:br/>
              <w:t>सं.</w:t>
            </w:r>
          </w:p>
        </w:tc>
        <w:tc>
          <w:tcPr>
            <w:tcW w:type="dxa" w:w="1512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घर धनीको नाम</w:t>
            </w:r>
          </w:p>
        </w:tc>
        <w:tc>
          <w:tcPr>
            <w:tcW w:type="dxa" w:w="691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जग्गाको विवरण</w:t>
              <w:br/>
              <w:t>जिल्ला</w:t>
            </w:r>
          </w:p>
        </w:tc>
        <w:tc>
          <w:tcPr>
            <w:tcW w:type="dxa" w:w="1296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गा.पा./न.पा.</w:t>
            </w:r>
          </w:p>
        </w:tc>
        <w:tc>
          <w:tcPr>
            <w:tcW w:type="dxa" w:w="605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वडा</w:t>
              <w:br/>
              <w:t>नं.</w:t>
            </w:r>
          </w:p>
        </w:tc>
        <w:tc>
          <w:tcPr>
            <w:tcW w:type="dxa" w:w="648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कित्ता</w:t>
              <w:br/>
              <w:t>नं.</w:t>
            </w:r>
          </w:p>
        </w:tc>
        <w:tc>
          <w:tcPr>
            <w:tcW w:type="dxa" w:w="1296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क्षेत्रफल</w:t>
              <w:br/>
              <w:t>(वर्गमिटर)</w:t>
            </w:r>
          </w:p>
        </w:tc>
        <w:tc>
          <w:tcPr>
            <w:tcW w:type="dxa" w:w="1080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खरिद गरेको भए</w:t>
              <w:br/>
              <w:t>खरिद मूल्य</w:t>
            </w:r>
          </w:p>
        </w:tc>
        <w:tc>
          <w:tcPr>
            <w:tcW w:type="dxa" w:w="1368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प्राप्तिको स्रोत</w:t>
            </w:r>
          </w:p>
        </w:tc>
        <w:tc>
          <w:tcPr>
            <w:tcW w:type="dxa" w:w="1008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कैफियत</w:t>
            </w:r>
          </w:p>
        </w:tc>
      </w:tr>
      <w:tr>
        <w:trPr>
          <w:trHeight w:val="2592" w:hRule="atLeast"/>
        </w:trPr>
        <w:tc>
          <w:tcPr>
            <w:tcW w:type="dxa" w:w="504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512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691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296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605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648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296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080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368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008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</w:tr>
    </w:tbl>
    <w:p>
      <w:pPr>
        <w:spacing w:before="160" w:after="60"/>
      </w:pPr>
      <w:r>
        <w:rPr>
          <w:rFonts w:ascii="Noto Sans Devanagari" w:hAnsi="Noto Sans Devanagari"/>
          <w:b/>
          <w:sz w:val="24"/>
        </w:rPr>
        <w:t>२.   चल सम्पत्तिको विवरण :</w:t>
      </w:r>
    </w:p>
    <w:p>
      <w:pPr>
        <w:spacing w:before="40" w:after="60"/>
      </w:pPr>
      <w:r>
        <w:rPr>
          <w:rFonts w:ascii="Noto Sans Devanagari" w:hAnsi="Noto Sans Devanagari"/>
          <w:b/>
          <w:sz w:val="22"/>
        </w:rPr>
        <w:t>(क) नगद, सुन, चाँदी, हिरा, जवाहरात 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63"/>
        <w:gridCol w:w="1563"/>
        <w:gridCol w:w="1563"/>
        <w:gridCol w:w="1563"/>
        <w:gridCol w:w="1563"/>
        <w:gridCol w:w="1563"/>
        <w:gridCol w:w="1563"/>
      </w:tblGrid>
      <w:tr>
        <w:tc>
          <w:tcPr>
            <w:tcW w:type="dxa" w:w="648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क्र.सं.</w:t>
            </w:r>
          </w:p>
        </w:tc>
        <w:tc>
          <w:tcPr>
            <w:tcW w:type="dxa" w:w="1512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विवरण</w:t>
            </w:r>
          </w:p>
        </w:tc>
        <w:tc>
          <w:tcPr>
            <w:tcW w:type="dxa" w:w="1008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परिणाम</w:t>
            </w:r>
          </w:p>
        </w:tc>
        <w:tc>
          <w:tcPr>
            <w:tcW w:type="dxa" w:w="2592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प्राप्ति मिति</w:t>
            </w:r>
          </w:p>
        </w:tc>
        <w:tc>
          <w:tcPr>
            <w:tcW w:type="dxa" w:w="1800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खरिद गरेको भए</w:t>
              <w:br/>
              <w:t>खरिद मूल्य</w:t>
            </w:r>
          </w:p>
        </w:tc>
        <w:tc>
          <w:tcPr>
            <w:tcW w:type="dxa" w:w="1440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प्राप्तिको स्रोत</w:t>
            </w:r>
          </w:p>
        </w:tc>
        <w:tc>
          <w:tcPr>
            <w:tcW w:type="dxa" w:w="1008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कैफियत</w:t>
            </w:r>
          </w:p>
        </w:tc>
      </w:tr>
      <w:tr>
        <w:trPr>
          <w:trHeight w:val="1512" w:hRule="atLeast"/>
        </w:trPr>
        <w:tc>
          <w:tcPr>
            <w:tcW w:type="dxa" w:w="648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512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008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2592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800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440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008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</w:tr>
    </w:tbl>
    <w:p>
      <w:pPr>
        <w:spacing w:before="160" w:after="60"/>
      </w:pPr>
      <w:r>
        <w:rPr>
          <w:rFonts w:ascii="Noto Sans Devanagari" w:hAnsi="Noto Sans Devanagari"/>
          <w:b/>
          <w:sz w:val="22"/>
        </w:rPr>
        <w:t>(ख) बैंक, वित्तीय संस्था तथा सहकारी संस्थामा रहेको खाताको विवरण 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63"/>
        <w:gridCol w:w="1563"/>
        <w:gridCol w:w="1563"/>
        <w:gridCol w:w="1563"/>
        <w:gridCol w:w="1563"/>
        <w:gridCol w:w="1563"/>
        <w:gridCol w:w="1563"/>
      </w:tblGrid>
      <w:tr>
        <w:tc>
          <w:tcPr>
            <w:tcW w:type="dxa" w:w="648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क्र.सं.</w:t>
            </w:r>
          </w:p>
        </w:tc>
        <w:tc>
          <w:tcPr>
            <w:tcW w:type="dxa" w:w="1512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खातावालाको नाम</w:t>
            </w:r>
          </w:p>
        </w:tc>
        <w:tc>
          <w:tcPr>
            <w:tcW w:type="dxa" w:w="2232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संस्थाको नाम र ठेगाना</w:t>
            </w:r>
          </w:p>
        </w:tc>
        <w:tc>
          <w:tcPr>
            <w:tcW w:type="dxa" w:w="1656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खाता नं.</w:t>
            </w:r>
          </w:p>
        </w:tc>
        <w:tc>
          <w:tcPr>
            <w:tcW w:type="dxa" w:w="1656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मौज्दात रकम</w:t>
            </w:r>
          </w:p>
        </w:tc>
        <w:tc>
          <w:tcPr>
            <w:tcW w:type="dxa" w:w="1440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प्राप्तिको स्रोत</w:t>
            </w:r>
          </w:p>
        </w:tc>
        <w:tc>
          <w:tcPr>
            <w:tcW w:type="dxa" w:w="1008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कैफियत</w:t>
            </w:r>
          </w:p>
        </w:tc>
      </w:tr>
      <w:tr>
        <w:trPr>
          <w:trHeight w:val="1584" w:hRule="atLeast"/>
        </w:trPr>
        <w:tc>
          <w:tcPr>
            <w:tcW w:type="dxa" w:w="648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512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2232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656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656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440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008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</w:tr>
    </w:tbl>
    <w:p>
      <w:r>
        <w:br w:type="page"/>
      </w:r>
    </w:p>
    <w:p>
      <w:pPr>
        <w:spacing w:before="40" w:after="60"/>
      </w:pPr>
      <w:r>
        <w:rPr>
          <w:rFonts w:ascii="Noto Sans Devanagari" w:hAnsi="Noto Sans Devanagari"/>
          <w:b/>
          <w:sz w:val="22"/>
        </w:rPr>
        <w:t>(ग) धितोपत्र, शेयर वा ऋण पत्रको विवरण 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68"/>
        <w:gridCol w:w="1368"/>
        <w:gridCol w:w="1368"/>
        <w:gridCol w:w="1368"/>
        <w:gridCol w:w="1368"/>
        <w:gridCol w:w="1368"/>
        <w:gridCol w:w="1368"/>
        <w:gridCol w:w="1368"/>
      </w:tblGrid>
      <w:tr>
        <w:tc>
          <w:tcPr>
            <w:tcW w:type="dxa" w:w="792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क्र.सं.</w:t>
            </w:r>
          </w:p>
        </w:tc>
        <w:tc>
          <w:tcPr>
            <w:tcW w:type="dxa" w:w="1368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शेयर धनीको</w:t>
              <w:br/>
              <w:t>नाम,थर</w:t>
            </w:r>
          </w:p>
        </w:tc>
        <w:tc>
          <w:tcPr>
            <w:tcW w:type="dxa" w:w="1440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कम्पनीको नाम,</w:t>
              <w:br/>
              <w:t>ठेगाना</w:t>
            </w:r>
          </w:p>
        </w:tc>
        <w:tc>
          <w:tcPr>
            <w:tcW w:type="dxa" w:w="1224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शेयर/ऋण पत्रको</w:t>
              <w:br/>
              <w:t>किसिम</w:t>
            </w:r>
          </w:p>
        </w:tc>
        <w:tc>
          <w:tcPr>
            <w:tcW w:type="dxa" w:w="1224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शेयर/ऋण पत्रको विवरण</w:t>
              <w:br/>
              <w:t>संख्या</w:t>
            </w:r>
          </w:p>
        </w:tc>
        <w:tc>
          <w:tcPr>
            <w:tcW w:type="dxa" w:w="936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रकम</w:t>
            </w:r>
          </w:p>
        </w:tc>
        <w:tc>
          <w:tcPr>
            <w:tcW w:type="dxa" w:w="1368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प्राप्तिको स्रोत</w:t>
            </w:r>
          </w:p>
        </w:tc>
        <w:tc>
          <w:tcPr>
            <w:tcW w:type="dxa" w:w="1008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कैफियत</w:t>
            </w:r>
          </w:p>
        </w:tc>
      </w:tr>
      <w:tr>
        <w:trPr>
          <w:trHeight w:val="1656" w:hRule="atLeast"/>
        </w:trPr>
        <w:tc>
          <w:tcPr>
            <w:tcW w:type="dxa" w:w="792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368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440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224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224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936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368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008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</w:tr>
    </w:tbl>
    <w:p>
      <w:pPr>
        <w:spacing w:before="160" w:after="60"/>
      </w:pPr>
      <w:r>
        <w:rPr>
          <w:rFonts w:ascii="Noto Sans Devanagari" w:hAnsi="Noto Sans Devanagari"/>
          <w:b/>
          <w:sz w:val="22"/>
        </w:rPr>
        <w:t>(घ) ऋण लिए/दिए/तिरेको विवरण 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68"/>
        <w:gridCol w:w="1368"/>
        <w:gridCol w:w="1368"/>
        <w:gridCol w:w="1368"/>
        <w:gridCol w:w="1368"/>
        <w:gridCol w:w="1368"/>
        <w:gridCol w:w="1368"/>
        <w:gridCol w:w="1368"/>
      </w:tblGrid>
      <w:tr>
        <w:tc>
          <w:tcPr>
            <w:tcW w:type="dxa" w:w="648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क्र.सं.</w:t>
            </w:r>
          </w:p>
        </w:tc>
        <w:tc>
          <w:tcPr>
            <w:tcW w:type="dxa" w:w="1800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ऋण लिने/दिने/तिर्ने</w:t>
              <w:br/>
              <w:t>व्यक्ति/संस्थाको</w:t>
              <w:br/>
              <w:t>नाम, ठेगाना</w:t>
            </w:r>
          </w:p>
        </w:tc>
        <w:tc>
          <w:tcPr>
            <w:tcW w:type="dxa" w:w="792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ऋण</w:t>
              <w:br/>
              <w:t>लिएको</w:t>
            </w:r>
          </w:p>
        </w:tc>
        <w:tc>
          <w:tcPr>
            <w:tcW w:type="dxa" w:w="792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दिएको</w:t>
            </w:r>
          </w:p>
        </w:tc>
        <w:tc>
          <w:tcPr>
            <w:tcW w:type="dxa" w:w="792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तिरेको</w:t>
            </w:r>
          </w:p>
        </w:tc>
        <w:tc>
          <w:tcPr>
            <w:tcW w:type="dxa" w:w="1440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ऋण लिए/दिए/तिरेको</w:t>
              <w:br/>
              <w:t>रकम</w:t>
            </w:r>
          </w:p>
        </w:tc>
        <w:tc>
          <w:tcPr>
            <w:tcW w:type="dxa" w:w="1584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ऋण लिए/दिए/तिरेको</w:t>
              <w:br/>
              <w:t>मिति</w:t>
            </w:r>
          </w:p>
        </w:tc>
        <w:tc>
          <w:tcPr>
            <w:tcW w:type="dxa" w:w="1008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कैफियत</w:t>
            </w:r>
          </w:p>
        </w:tc>
      </w:tr>
      <w:tr>
        <w:trPr>
          <w:trHeight w:val="1656" w:hRule="atLeast"/>
        </w:trPr>
        <w:tc>
          <w:tcPr>
            <w:tcW w:type="dxa" w:w="648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800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792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792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792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440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584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008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</w:tr>
    </w:tbl>
    <w:p>
      <w:pPr>
        <w:spacing w:before="160" w:after="60"/>
      </w:pPr>
      <w:r>
        <w:rPr>
          <w:rFonts w:ascii="Noto Sans Devanagari" w:hAnsi="Noto Sans Devanagari"/>
          <w:b/>
          <w:sz w:val="22"/>
        </w:rPr>
        <w:t>(ङ) सवारी साधन (अटोमोबाइलको हकमा मात्र) को विवरण 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63"/>
        <w:gridCol w:w="1563"/>
        <w:gridCol w:w="1563"/>
        <w:gridCol w:w="1563"/>
        <w:gridCol w:w="1563"/>
        <w:gridCol w:w="1563"/>
        <w:gridCol w:w="1563"/>
      </w:tblGrid>
      <w:tr>
        <w:tc>
          <w:tcPr>
            <w:tcW w:type="dxa" w:w="648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क्र.सं.</w:t>
            </w:r>
          </w:p>
        </w:tc>
        <w:tc>
          <w:tcPr>
            <w:tcW w:type="dxa" w:w="1800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सवारी धनीको नाम</w:t>
            </w:r>
          </w:p>
        </w:tc>
        <w:tc>
          <w:tcPr>
            <w:tcW w:type="dxa" w:w="1656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सवारीको किसिम र नम्बर</w:t>
            </w:r>
          </w:p>
        </w:tc>
        <w:tc>
          <w:tcPr>
            <w:tcW w:type="dxa" w:w="1296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खरिद मूल्य</w:t>
            </w:r>
          </w:p>
        </w:tc>
        <w:tc>
          <w:tcPr>
            <w:tcW w:type="dxa" w:w="1296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खरिद मिति</w:t>
            </w:r>
          </w:p>
        </w:tc>
        <w:tc>
          <w:tcPr>
            <w:tcW w:type="dxa" w:w="1440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प्राप्तिको स्रोत</w:t>
            </w:r>
          </w:p>
        </w:tc>
        <w:tc>
          <w:tcPr>
            <w:tcW w:type="dxa" w:w="1008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कैफियत</w:t>
            </w:r>
          </w:p>
        </w:tc>
      </w:tr>
      <w:tr>
        <w:trPr>
          <w:trHeight w:val="1656" w:hRule="atLeast"/>
        </w:trPr>
        <w:tc>
          <w:tcPr>
            <w:tcW w:type="dxa" w:w="648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800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656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296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296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440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008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</w:tr>
    </w:tbl>
    <w:p>
      <w:r>
        <w:br w:type="page"/>
      </w:r>
    </w:p>
    <w:p>
      <w:pPr>
        <w:spacing w:before="40" w:after="60"/>
      </w:pPr>
      <w:r>
        <w:rPr>
          <w:rFonts w:ascii="Noto Sans Devanagari" w:hAnsi="Noto Sans Devanagari"/>
          <w:b/>
          <w:sz w:val="24"/>
        </w:rPr>
        <w:t>३.   कृषि तथा पशुधन (घरजग्गा बाहेक) को विवरण 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63"/>
        <w:gridCol w:w="1563"/>
        <w:gridCol w:w="1563"/>
        <w:gridCol w:w="1563"/>
        <w:gridCol w:w="1563"/>
        <w:gridCol w:w="1563"/>
        <w:gridCol w:w="1563"/>
      </w:tblGrid>
      <w:tr>
        <w:tc>
          <w:tcPr>
            <w:tcW w:type="dxa" w:w="648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क्र.सं.</w:t>
            </w:r>
          </w:p>
        </w:tc>
        <w:tc>
          <w:tcPr>
            <w:tcW w:type="dxa" w:w="1944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विवरण</w:t>
            </w:r>
          </w:p>
        </w:tc>
        <w:tc>
          <w:tcPr>
            <w:tcW w:type="dxa" w:w="1080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संख्या</w:t>
            </w:r>
          </w:p>
        </w:tc>
        <w:tc>
          <w:tcPr>
            <w:tcW w:type="dxa" w:w="1368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खरिद मूल्य</w:t>
            </w:r>
          </w:p>
        </w:tc>
        <w:tc>
          <w:tcPr>
            <w:tcW w:type="dxa" w:w="1368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प्राप्ति मिति</w:t>
            </w:r>
          </w:p>
        </w:tc>
        <w:tc>
          <w:tcPr>
            <w:tcW w:type="dxa" w:w="1440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प्राप्तिको स्रोत</w:t>
            </w:r>
          </w:p>
        </w:tc>
        <w:tc>
          <w:tcPr>
            <w:tcW w:type="dxa" w:w="1008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कैफियत</w:t>
            </w:r>
          </w:p>
        </w:tc>
      </w:tr>
      <w:tr>
        <w:trPr>
          <w:trHeight w:val="2520" w:hRule="atLeast"/>
        </w:trPr>
        <w:tc>
          <w:tcPr>
            <w:tcW w:type="dxa" w:w="648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944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080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368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368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440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008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</w:tr>
    </w:tbl>
    <w:p>
      <w:pPr>
        <w:spacing w:before="240" w:after="60"/>
      </w:pPr>
      <w:r>
        <w:rPr>
          <w:rFonts w:ascii="Noto Sans Devanagari" w:hAnsi="Noto Sans Devanagari"/>
          <w:b/>
          <w:sz w:val="24"/>
        </w:rPr>
        <w:t>४.   अन्य सम्पत्ति विवरण 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24"/>
        <w:gridCol w:w="1824"/>
        <w:gridCol w:w="1824"/>
        <w:gridCol w:w="1824"/>
        <w:gridCol w:w="1824"/>
        <w:gridCol w:w="1824"/>
      </w:tblGrid>
      <w:tr>
        <w:tc>
          <w:tcPr>
            <w:tcW w:type="dxa" w:w="648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क्र.सं.</w:t>
            </w:r>
          </w:p>
        </w:tc>
        <w:tc>
          <w:tcPr>
            <w:tcW w:type="dxa" w:w="2376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विवरण</w:t>
            </w:r>
          </w:p>
        </w:tc>
        <w:tc>
          <w:tcPr>
            <w:tcW w:type="dxa" w:w="1440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खरिद मूल्य</w:t>
            </w:r>
          </w:p>
        </w:tc>
        <w:tc>
          <w:tcPr>
            <w:tcW w:type="dxa" w:w="1440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प्राप्ति मिति</w:t>
            </w:r>
          </w:p>
        </w:tc>
        <w:tc>
          <w:tcPr>
            <w:tcW w:type="dxa" w:w="1728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प्राप्तिको स्रोत</w:t>
            </w:r>
          </w:p>
        </w:tc>
        <w:tc>
          <w:tcPr>
            <w:tcW w:type="dxa" w:w="1080"/>
            <w:vAlign w:val="center"/>
            <w:tcMar>
              <w:top w:w="30" w:type="dxa"/>
              <w:start w:w="30" w:type="dxa"/>
              <w:bottom w:w="30" w:type="dxa"/>
              <w:end w:w="30" w:type="dxa"/>
            </w:tcMar>
          </w:tcPr>
          <w:p>
            <w:pPr>
              <w:jc w:val="center"/>
            </w:pPr>
            <w:r/>
            <w:r>
              <w:rPr>
                <w:rFonts w:ascii="Noto Sans Devanagari" w:hAnsi="Noto Sans Devanagari"/>
                <w:b w:val="0"/>
                <w:sz w:val="16"/>
              </w:rPr>
              <w:t>कैफियत</w:t>
            </w:r>
          </w:p>
        </w:tc>
      </w:tr>
      <w:tr>
        <w:trPr>
          <w:trHeight w:val="2520" w:hRule="atLeast"/>
        </w:trPr>
        <w:tc>
          <w:tcPr>
            <w:tcW w:type="dxa" w:w="648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2376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440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440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728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  <w:tc>
          <w:tcPr>
            <w:tcW w:type="dxa" w:w="1080"/>
            <w:tcMar>
              <w:top w:w="30" w:type="dxa"/>
              <w:start w:w="30" w:type="dxa"/>
              <w:bottom w:w="30" w:type="dxa"/>
              <w:end w:w="30" w:type="dxa"/>
            </w:tcMar>
          </w:tcPr>
          <w:p/>
        </w:tc>
      </w:tr>
    </w:tbl>
    <w:p>
      <w:pPr>
        <w:spacing w:before="200"/>
      </w:pPr>
      <w:r>
        <w:rPr>
          <w:rFonts w:ascii="Noto Sans Devanagari" w:hAnsi="Noto Sans Devanagari"/>
          <w:sz w:val="20"/>
        </w:rPr>
        <w:t>मैले जाने बुझेसम्म माथि लेखिए बमोजिमको विवरण ठीक छ । फरक पर्ने छैन ।</w:t>
      </w:r>
    </w:p>
    <w:p>
      <w:pPr>
        <w:spacing w:after="120"/>
      </w:pPr>
      <w:r>
        <w:rPr>
          <w:rFonts w:ascii="Noto Sans Devanagari" w:hAnsi="Noto Sans Devanagari"/>
          <w:b/>
          <w:sz w:val="20"/>
        </w:rPr>
        <w:t>नाम :</w:t>
      </w:r>
    </w:p>
    <w:p>
      <w:pPr>
        <w:spacing w:after="120"/>
      </w:pPr>
      <w:r>
        <w:rPr>
          <w:rFonts w:ascii="Noto Sans Devanagari" w:hAnsi="Noto Sans Devanagari"/>
          <w:b/>
          <w:sz w:val="20"/>
        </w:rPr>
        <w:t>पद :</w:t>
      </w:r>
    </w:p>
    <w:p>
      <w:pPr>
        <w:spacing w:after="120"/>
      </w:pPr>
      <w:r>
        <w:rPr>
          <w:rFonts w:ascii="Noto Sans Devanagari" w:hAnsi="Noto Sans Devanagari"/>
          <w:b/>
          <w:sz w:val="20"/>
        </w:rPr>
        <w:t>दस्तखत :</w:t>
      </w:r>
    </w:p>
    <w:p>
      <w:pPr>
        <w:spacing w:after="120"/>
      </w:pPr>
      <w:r>
        <w:rPr>
          <w:rFonts w:ascii="Noto Sans Devanagari" w:hAnsi="Noto Sans Devanagari"/>
          <w:b/>
          <w:sz w:val="20"/>
        </w:rPr>
        <w:t>मिति :</w:t>
      </w:r>
    </w:p>
    <w:p>
      <w:r>
        <w:rPr>
          <w:rFonts w:ascii="Noto Sans Devanagari" w:hAnsi="Noto Sans Devanagari"/>
          <w:b/>
          <w:sz w:val="18"/>
        </w:rPr>
        <w:t xml:space="preserve">द्रष्टव्य : </w:t>
      </w:r>
      <w:r>
        <w:rPr>
          <w:rFonts w:ascii="Noto Sans Devanagari" w:hAnsi="Noto Sans Devanagari"/>
          <w:sz w:val="18"/>
        </w:rPr>
        <w:t>अघिल्लो आर्थिक वर्षमा पेश गरेको सम्पत्ति विवरणमा थपघट भएको विवरण यसै बमोजिमको फाराममा भरी पेश गर्नु पर्नेछ ।</w:t>
      </w:r>
    </w:p>
    <w:sectPr w:rsidR="00FC693F" w:rsidRPr="0006063C" w:rsidSect="00034616">
      <w:pgSz w:w="12240" w:h="15840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Devanagari" w:hAnsi="Noto Sans Devanaga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