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4DB7" w:rsidRPr="00F451C5" w:rsidRDefault="00000000" w:rsidP="00F451C5">
      <w:pPr>
        <w:spacing w:after="0" w:line="240" w:lineRule="auto"/>
        <w:jc w:val="center"/>
        <w:rPr>
          <w:rFonts w:ascii="Kokila" w:hAnsi="Kokila" w:cs="Kokila"/>
          <w:b/>
          <w:bCs/>
          <w:sz w:val="28"/>
          <w:szCs w:val="28"/>
        </w:rPr>
      </w:pPr>
      <w:r w:rsidRPr="00F451C5">
        <w:rPr>
          <w:rFonts w:ascii="Kokila" w:eastAsia="Kalimati" w:hAnsi="Kokila" w:cs="Kokila"/>
          <w:b/>
          <w:bCs/>
          <w:color w:val="000000"/>
          <w:sz w:val="28"/>
          <w:szCs w:val="28"/>
        </w:rPr>
        <w:t>अनुसुचि २ क</w:t>
      </w:r>
    </w:p>
    <w:p w:rsidR="00B24DB7" w:rsidRPr="00F451C5" w:rsidRDefault="00000000" w:rsidP="00F451C5">
      <w:pPr>
        <w:spacing w:after="0" w:line="240" w:lineRule="auto"/>
        <w:jc w:val="center"/>
        <w:rPr>
          <w:rFonts w:ascii="Kokila" w:hAnsi="Kokila" w:cs="Kokila"/>
          <w:sz w:val="24"/>
          <w:szCs w:val="24"/>
        </w:rPr>
      </w:pPr>
      <w:r w:rsidRPr="00F451C5">
        <w:rPr>
          <w:rFonts w:ascii="Kokila" w:eastAsia="Kalimati" w:hAnsi="Kokila" w:cs="Kokila"/>
          <w:color w:val="000000"/>
          <w:sz w:val="24"/>
          <w:szCs w:val="24"/>
        </w:rPr>
        <w:t>(नियम १८ का को उपनियम (१) सँग सम्बन्धित)</w:t>
      </w:r>
    </w:p>
    <w:p w:rsidR="00F451C5" w:rsidRDefault="00F451C5" w:rsidP="00F451C5">
      <w:pPr>
        <w:ind w:left="5040" w:firstLine="720"/>
        <w:jc w:val="center"/>
        <w:rPr>
          <w:rFonts w:ascii="Kokila" w:eastAsia="Kalimati" w:hAnsi="Kokila" w:cs="Kokila"/>
          <w:color w:val="000000"/>
          <w:sz w:val="28"/>
          <w:szCs w:val="28"/>
        </w:rPr>
      </w:pPr>
      <w:proofErr w:type="spellStart"/>
      <w:r>
        <w:rPr>
          <w:rFonts w:ascii="Kokila" w:eastAsia="Kalimati" w:hAnsi="Kokila" w:cs="Kokila"/>
          <w:color w:val="000000"/>
          <w:sz w:val="28"/>
          <w:szCs w:val="28"/>
        </w:rPr>
        <w:t>मिति</w:t>
      </w:r>
      <w:proofErr w:type="spellEnd"/>
      <w:r>
        <w:rPr>
          <w:rFonts w:ascii="Kokila" w:eastAsia="Kalimati" w:hAnsi="Kokila" w:cs="Kokila"/>
          <w:color w:val="000000"/>
          <w:sz w:val="28"/>
          <w:szCs w:val="28"/>
        </w:rPr>
        <w:t>:</w:t>
      </w:r>
    </w:p>
    <w:p w:rsidR="00F451C5" w:rsidRPr="00F451C5" w:rsidRDefault="00F451C5" w:rsidP="00F451C5">
      <w:pPr>
        <w:spacing w:after="0" w:line="240" w:lineRule="auto"/>
        <w:jc w:val="both"/>
        <w:rPr>
          <w:rFonts w:ascii="Kokila" w:hAnsi="Kokila" w:cs="Kokila"/>
          <w:sz w:val="28"/>
          <w:szCs w:val="28"/>
        </w:rPr>
      </w:pP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श्री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कार्यालय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प्रमुख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ज्यू</w:t>
      </w:r>
      <w:proofErr w:type="spellEnd"/>
      <w:r>
        <w:rPr>
          <w:rFonts w:ascii="Kokila" w:eastAsia="Kalimati" w:hAnsi="Kokila" w:cs="Kokila"/>
          <w:color w:val="000000"/>
          <w:sz w:val="28"/>
          <w:szCs w:val="28"/>
        </w:rPr>
        <w:t>,</w:t>
      </w:r>
    </w:p>
    <w:p w:rsidR="00F451C5" w:rsidRPr="00F451C5" w:rsidRDefault="00F451C5" w:rsidP="00F451C5">
      <w:pPr>
        <w:spacing w:after="0" w:line="240" w:lineRule="auto"/>
        <w:jc w:val="both"/>
        <w:rPr>
          <w:rFonts w:ascii="Kokila" w:hAnsi="Kokila" w:cs="Kokila"/>
          <w:sz w:val="28"/>
          <w:szCs w:val="28"/>
        </w:rPr>
      </w:pP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मिथिला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बिहारी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नगरपालिका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>,</w:t>
      </w:r>
    </w:p>
    <w:p w:rsidR="00F451C5" w:rsidRPr="00F451C5" w:rsidRDefault="00F451C5" w:rsidP="00F451C5">
      <w:pPr>
        <w:spacing w:after="0" w:line="240" w:lineRule="auto"/>
        <w:jc w:val="both"/>
        <w:rPr>
          <w:rFonts w:ascii="Kokila" w:hAnsi="Kokila" w:cs="Kokila"/>
          <w:sz w:val="28"/>
          <w:szCs w:val="28"/>
        </w:rPr>
      </w:pP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नगर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कार्यपालिकाको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कार्यालय</w:t>
      </w:r>
      <w:proofErr w:type="spellEnd"/>
      <w:r>
        <w:rPr>
          <w:rFonts w:ascii="Kokila" w:eastAsia="Kalimati" w:hAnsi="Kokila" w:cs="Kokila"/>
          <w:color w:val="000000"/>
          <w:sz w:val="28"/>
          <w:szCs w:val="28"/>
        </w:rPr>
        <w:t>,</w:t>
      </w:r>
    </w:p>
    <w:p w:rsidR="00B24DB7" w:rsidRPr="00F451C5" w:rsidRDefault="00F451C5" w:rsidP="00F451C5">
      <w:pPr>
        <w:spacing w:after="0" w:line="240" w:lineRule="auto"/>
        <w:jc w:val="both"/>
        <w:rPr>
          <w:rFonts w:ascii="Kokila" w:hAnsi="Kokila" w:cs="Kokila"/>
          <w:sz w:val="28"/>
          <w:szCs w:val="28"/>
        </w:rPr>
      </w:pP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तारापट्टी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,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धनुषा</w:t>
      </w:r>
      <w:proofErr w:type="spellEnd"/>
      <w:r>
        <w:rPr>
          <w:rFonts w:ascii="Kokila" w:hAnsi="Kokila" w:cs="Kokila"/>
          <w:sz w:val="28"/>
          <w:szCs w:val="28"/>
        </w:rPr>
        <w:t xml:space="preserve">,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मधेश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प्रदेश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,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नेपाल</w:t>
      </w:r>
      <w:proofErr w:type="spellEnd"/>
    </w:p>
    <w:p w:rsidR="00B24DB7" w:rsidRPr="00F451C5" w:rsidRDefault="00000000" w:rsidP="00F451C5">
      <w:pPr>
        <w:spacing w:before="80" w:after="0" w:line="240" w:lineRule="auto"/>
        <w:jc w:val="center"/>
        <w:rPr>
          <w:rFonts w:ascii="Kokila" w:hAnsi="Kokila" w:cs="Kokila"/>
          <w:sz w:val="28"/>
          <w:szCs w:val="28"/>
        </w:rPr>
      </w:pPr>
      <w:proofErr w:type="gramStart"/>
      <w:r w:rsidRPr="00F451C5">
        <w:rPr>
          <w:rFonts w:ascii="Kokila" w:eastAsia="Kalimati" w:hAnsi="Kokila" w:cs="Kokila"/>
          <w:b/>
          <w:color w:val="000000"/>
          <w:sz w:val="28"/>
          <w:szCs w:val="28"/>
        </w:rPr>
        <w:t>विषय :</w:t>
      </w:r>
      <w:proofErr w:type="gramEnd"/>
      <w:r w:rsidRPr="00F451C5">
        <w:rPr>
          <w:rFonts w:ascii="Kokila" w:eastAsia="Kalimati" w:hAnsi="Kokila" w:cs="Kokila"/>
          <w:b/>
          <w:color w:val="000000"/>
          <w:sz w:val="28"/>
          <w:szCs w:val="28"/>
        </w:rPr>
        <w:t xml:space="preserve"> </w:t>
      </w:r>
      <w:r w:rsidRPr="00F451C5">
        <w:rPr>
          <w:rFonts w:ascii="Kokila" w:eastAsia="Kalimati" w:hAnsi="Kokila" w:cs="Kokila"/>
          <w:bCs/>
          <w:color w:val="000000"/>
          <w:sz w:val="28"/>
          <w:szCs w:val="28"/>
          <w:u w:val="single"/>
        </w:rPr>
        <w:t>मौजुदा सूचीमा दर्ता गरी पाउँ</w:t>
      </w:r>
      <w:r w:rsidRPr="00F451C5">
        <w:rPr>
          <w:rFonts w:ascii="Kokila" w:eastAsia="Kalimati" w:hAnsi="Kokila" w:cs="Kokila"/>
          <w:bCs/>
          <w:color w:val="000000"/>
          <w:sz w:val="28"/>
          <w:szCs w:val="28"/>
        </w:rPr>
        <w:t xml:space="preserve"> ।</w:t>
      </w:r>
    </w:p>
    <w:p w:rsidR="00F451C5" w:rsidRDefault="00F451C5" w:rsidP="00F451C5">
      <w:pPr>
        <w:spacing w:after="0" w:line="240" w:lineRule="auto"/>
        <w:jc w:val="both"/>
        <w:rPr>
          <w:rFonts w:ascii="Kokila" w:eastAsia="Kalimati" w:hAnsi="Kokila" w:cs="Kokila"/>
          <w:color w:val="000000"/>
          <w:sz w:val="28"/>
          <w:szCs w:val="28"/>
        </w:rPr>
      </w:pPr>
    </w:p>
    <w:p w:rsidR="00B24DB7" w:rsidRPr="00F451C5" w:rsidRDefault="00000000" w:rsidP="00F451C5">
      <w:pPr>
        <w:spacing w:after="0" w:line="240" w:lineRule="auto"/>
        <w:ind w:firstLine="720"/>
        <w:jc w:val="both"/>
        <w:rPr>
          <w:rFonts w:ascii="Kokila" w:hAnsi="Kokila" w:cs="Kokila"/>
          <w:sz w:val="28"/>
          <w:szCs w:val="28"/>
        </w:rPr>
      </w:pP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सार्वजनिक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खरिद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 xml:space="preserve"> </w:t>
      </w:r>
      <w:proofErr w:type="spellStart"/>
      <w:r w:rsidRPr="00F451C5">
        <w:rPr>
          <w:rFonts w:ascii="Kokila" w:eastAsia="Kalimati" w:hAnsi="Kokila" w:cs="Kokila"/>
          <w:color w:val="000000"/>
          <w:sz w:val="28"/>
          <w:szCs w:val="28"/>
        </w:rPr>
        <w:t>नियमावली</w:t>
      </w:r>
      <w:proofErr w:type="spellEnd"/>
      <w:r w:rsidRPr="00F451C5">
        <w:rPr>
          <w:rFonts w:ascii="Kokila" w:eastAsia="Kalimati" w:hAnsi="Kokila" w:cs="Kokila"/>
          <w:color w:val="000000"/>
          <w:sz w:val="28"/>
          <w:szCs w:val="28"/>
        </w:rPr>
        <w:t>, २०६४ को नियम १८ को उपनियम (१) बमोजिम तपशिलमा उल्लिखित विवरण अनुसारको पुष्ट्याई गर्ने कागजात संलग्न गरी मौजुदा सूचीमा दर्ता हुन यो निवेदन पेश गरेको छु ।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63"/>
        <w:gridCol w:w="1191"/>
        <w:gridCol w:w="794"/>
        <w:gridCol w:w="2948"/>
      </w:tblGrid>
      <w:tr w:rsidR="00B24DB7" w:rsidRPr="00F451C5">
        <w:trPr>
          <w:trHeight w:val="600"/>
          <w:jc w:val="center"/>
        </w:trPr>
        <w:tc>
          <w:tcPr>
            <w:tcW w:w="9865" w:type="dxa"/>
            <w:gridSpan w:val="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451C5" w:rsidRDefault="00000000" w:rsidP="00F451C5">
            <w:pPr>
              <w:spacing w:after="0" w:line="240" w:lineRule="auto"/>
              <w:jc w:val="both"/>
              <w:rPr>
                <w:rFonts w:ascii="Kokila" w:eastAsia="Kalimati" w:hAnsi="Kokila" w:cs="Kokila"/>
                <w:color w:val="000000"/>
                <w:sz w:val="28"/>
                <w:szCs w:val="28"/>
              </w:rPr>
            </w:pP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तपशिल :</w:t>
            </w:r>
            <w:proofErr w:type="gramEnd"/>
          </w:p>
          <w:p w:rsidR="00B24DB7" w:rsidRPr="00F451C5" w:rsidRDefault="00000000" w:rsidP="00F451C5">
            <w:pPr>
              <w:spacing w:after="0" w:line="240" w:lineRule="auto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१. मौजुदा सूचीको लागि निवेदन दिने व्यक्ति, संस्था, आपूर्तिकर्ता, निर्माण व्यवसायी, परामर्शदाता वा सेवा प्रदायकको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विवरण :</w:t>
            </w:r>
            <w:proofErr w:type="gramEnd"/>
          </w:p>
        </w:tc>
      </w:tr>
      <w:tr w:rsidR="00B24DB7" w:rsidRPr="00F451C5">
        <w:trPr>
          <w:trHeight w:val="720"/>
          <w:jc w:val="center"/>
        </w:trPr>
        <w:tc>
          <w:tcPr>
            <w:tcW w:w="493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(क)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नाम :</w:t>
            </w:r>
            <w:proofErr w:type="gramEnd"/>
          </w:p>
        </w:tc>
        <w:tc>
          <w:tcPr>
            <w:tcW w:w="4932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(ख)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ठेगाना :</w:t>
            </w:r>
            <w:proofErr w:type="gramEnd"/>
          </w:p>
        </w:tc>
      </w:tr>
      <w:tr w:rsidR="00B24DB7" w:rsidRPr="00F451C5">
        <w:trPr>
          <w:trHeight w:val="560"/>
          <w:jc w:val="center"/>
        </w:trPr>
        <w:tc>
          <w:tcPr>
            <w:tcW w:w="493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(ग) पत्राचार गर्ने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ठेगाना :</w:t>
            </w:r>
            <w:proofErr w:type="gramEnd"/>
          </w:p>
        </w:tc>
        <w:tc>
          <w:tcPr>
            <w:tcW w:w="4932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(घ) मुख्य व्यक्तिको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नाम :</w:t>
            </w:r>
            <w:proofErr w:type="gramEnd"/>
          </w:p>
        </w:tc>
      </w:tr>
      <w:tr w:rsidR="00B24DB7" w:rsidRPr="00F451C5">
        <w:trPr>
          <w:trHeight w:val="560"/>
          <w:jc w:val="center"/>
        </w:trPr>
        <w:tc>
          <w:tcPr>
            <w:tcW w:w="493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(ङ) टेलिफोन नं. :</w:t>
            </w:r>
          </w:p>
        </w:tc>
        <w:tc>
          <w:tcPr>
            <w:tcW w:w="4932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च) मोवाईल नं. :</w:t>
            </w:r>
          </w:p>
        </w:tc>
      </w:tr>
      <w:tr w:rsidR="00B24DB7" w:rsidRPr="00F451C5">
        <w:trPr>
          <w:trHeight w:val="520"/>
          <w:jc w:val="center"/>
        </w:trPr>
        <w:tc>
          <w:tcPr>
            <w:tcW w:w="9865" w:type="dxa"/>
            <w:gridSpan w:val="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२. मौजुदा सूचीमा दर्ता हुनको लागि निम्न बमोजिमको प्रमाणपत्र संलग्न गर्नुहोला ।</w:t>
            </w:r>
          </w:p>
        </w:tc>
      </w:tr>
      <w:tr w:rsidR="00B24DB7" w:rsidRPr="00F451C5">
        <w:trPr>
          <w:trHeight w:val="1900"/>
          <w:jc w:val="center"/>
        </w:trPr>
        <w:tc>
          <w:tcPr>
            <w:tcW w:w="9865" w:type="dxa"/>
            <w:gridSpan w:val="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(क) संस्था वा फर्म दर्ताको प्रमाणपत्र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छैन</w:t>
            </w:r>
          </w:p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(ख) नविकरण गरिएको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छैन</w:t>
            </w:r>
          </w:p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(ग) मूल्य अभिवृद्धि कर वा स्थायी लेखा नम्बर दर्ताको प्रमाणपत्र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छैन</w:t>
            </w:r>
          </w:p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(घ) कर चुक्ताको प्रमाणपत्र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छैन</w:t>
            </w:r>
          </w:p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(ङ) कुन खरिदको लागि मौजुदा सूचीमा दार्ता हुन निवेदन दिने हो,</w:t>
            </w:r>
          </w:p>
          <w:p w:rsidR="00B24DB7" w:rsidRPr="00F451C5" w:rsidRDefault="00000000" w:rsidP="00F451C5">
            <w:pPr>
              <w:tabs>
                <w:tab w:val="left" w:pos="6350"/>
                <w:tab w:val="left" w:pos="7654"/>
              </w:tabs>
              <w:spacing w:before="20"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    सो कामको लागि इजाजत पत्र आवश्यक पर्ने भएमा सो को प्रतिलिपि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</w:t>
            </w: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ab/>
              <w:t>छैन</w:t>
            </w:r>
          </w:p>
        </w:tc>
      </w:tr>
      <w:tr w:rsidR="00B24DB7" w:rsidRPr="00F451C5">
        <w:trPr>
          <w:trHeight w:val="760"/>
          <w:jc w:val="center"/>
        </w:trPr>
        <w:tc>
          <w:tcPr>
            <w:tcW w:w="9865" w:type="dxa"/>
            <w:gridSpan w:val="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३. सार्वजनिक निकायबाट हुने खरिदको लागि दर्ता हुन चाहेको खरिदको प्रकृतिको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विवरण :</w:t>
            </w:r>
            <w:proofErr w:type="gramEnd"/>
          </w:p>
        </w:tc>
      </w:tr>
      <w:tr w:rsidR="00B24DB7" w:rsidRPr="00F451C5">
        <w:trPr>
          <w:trHeight w:val="960"/>
          <w:jc w:val="center"/>
        </w:trPr>
        <w:tc>
          <w:tcPr>
            <w:tcW w:w="6123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(क) मालसामान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आपूर्ति :</w:t>
            </w:r>
            <w:proofErr w:type="gram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(मालसामानको प्रकृति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समेत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उल्लेख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गर्ने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)</w:t>
            </w:r>
            <w:r w:rsid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374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(ख)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निर्माण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कार्य</w:t>
            </w:r>
            <w:proofErr w:type="spellEnd"/>
            <w:r w:rsid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-</w:t>
            </w:r>
          </w:p>
        </w:tc>
      </w:tr>
      <w:tr w:rsidR="00B24DB7" w:rsidRPr="00F451C5">
        <w:trPr>
          <w:trHeight w:val="1040"/>
          <w:jc w:val="center"/>
        </w:trPr>
        <w:tc>
          <w:tcPr>
            <w:tcW w:w="6123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(ग) परामर्श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सेवा :</w:t>
            </w:r>
            <w:proofErr w:type="gram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(परामर्श सेवाको प्रकृति समेत उल्लेख गर्ने)</w:t>
            </w:r>
            <w:r w:rsid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:</w:t>
            </w:r>
          </w:p>
        </w:tc>
        <w:tc>
          <w:tcPr>
            <w:tcW w:w="374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(घ) अन्य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सेवा :</w:t>
            </w:r>
            <w:proofErr w:type="gramEnd"/>
          </w:p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(अन्य सेवाको प्रकृति उल्लेख गर्ने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)</w:t>
            </w:r>
            <w:r w:rsid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:</w:t>
            </w:r>
            <w:proofErr w:type="gramEnd"/>
          </w:p>
        </w:tc>
      </w:tr>
      <w:tr w:rsidR="00B24DB7" w:rsidRPr="00F451C5" w:rsidTr="00F451C5">
        <w:trPr>
          <w:trHeight w:val="1557"/>
          <w:jc w:val="center"/>
        </w:trPr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निवेदन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दिएको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मिति</w:t>
            </w:r>
            <w:proofErr w:type="spellEnd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 :</w:t>
            </w:r>
            <w:proofErr w:type="gramEnd"/>
          </w:p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आ.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व. :</w:t>
            </w:r>
            <w:proofErr w:type="gramEnd"/>
          </w:p>
        </w:tc>
        <w:tc>
          <w:tcPr>
            <w:tcW w:w="294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फर्मको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छाप :</w:t>
            </w:r>
            <w:proofErr w:type="gramEnd"/>
          </w:p>
        </w:tc>
        <w:tc>
          <w:tcPr>
            <w:tcW w:w="29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 xml:space="preserve">निवेदकको </w:t>
            </w: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नाम :</w:t>
            </w:r>
            <w:proofErr w:type="gramEnd"/>
          </w:p>
          <w:p w:rsidR="00B24DB7" w:rsidRPr="00F451C5" w:rsidRDefault="00000000" w:rsidP="00F451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</w:rPr>
            </w:pPr>
            <w:proofErr w:type="gramStart"/>
            <w:r w:rsidRPr="00F451C5">
              <w:rPr>
                <w:rFonts w:ascii="Kokila" w:eastAsia="Kalimati" w:hAnsi="Kokila" w:cs="Kokila"/>
                <w:color w:val="000000"/>
                <w:sz w:val="28"/>
                <w:szCs w:val="28"/>
              </w:rPr>
              <w:t>हस्ताक्षर :</w:t>
            </w:r>
            <w:proofErr w:type="gramEnd"/>
          </w:p>
        </w:tc>
      </w:tr>
    </w:tbl>
    <w:p w:rsidR="00E63314" w:rsidRPr="00F451C5" w:rsidRDefault="00E63314" w:rsidP="00F451C5">
      <w:pPr>
        <w:spacing w:after="0" w:line="240" w:lineRule="auto"/>
        <w:jc w:val="both"/>
        <w:rPr>
          <w:rFonts w:ascii="Kokila" w:hAnsi="Kokila" w:cs="Kokila"/>
          <w:sz w:val="28"/>
          <w:szCs w:val="28"/>
        </w:rPr>
      </w:pPr>
    </w:p>
    <w:sectPr w:rsidR="00E63314" w:rsidRPr="00F451C5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Kalimati">
    <w:panose1 w:val="020B0604020202020204"/>
    <w:charset w:val="00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3605581">
    <w:abstractNumId w:val="8"/>
  </w:num>
  <w:num w:numId="2" w16cid:durableId="674069406">
    <w:abstractNumId w:val="6"/>
  </w:num>
  <w:num w:numId="3" w16cid:durableId="321591827">
    <w:abstractNumId w:val="5"/>
  </w:num>
  <w:num w:numId="4" w16cid:durableId="2088913536">
    <w:abstractNumId w:val="4"/>
  </w:num>
  <w:num w:numId="5" w16cid:durableId="1571966306">
    <w:abstractNumId w:val="7"/>
  </w:num>
  <w:num w:numId="6" w16cid:durableId="250043229">
    <w:abstractNumId w:val="3"/>
  </w:num>
  <w:num w:numId="7" w16cid:durableId="1924879143">
    <w:abstractNumId w:val="2"/>
  </w:num>
  <w:num w:numId="8" w16cid:durableId="1482043318">
    <w:abstractNumId w:val="1"/>
  </w:num>
  <w:num w:numId="9" w16cid:durableId="22768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24DB7"/>
    <w:rsid w:val="00B47730"/>
    <w:rsid w:val="00CB0664"/>
    <w:rsid w:val="00E63314"/>
    <w:rsid w:val="00F451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6B6D04"/>
  <w14:defaultImageDpi w14:val="300"/>
  <w15:docId w15:val="{EB4C0F02-1DFC-6F4F-9A92-3CFE09E5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Lucky Roy</cp:lastModifiedBy>
  <cp:revision>2</cp:revision>
  <dcterms:created xsi:type="dcterms:W3CDTF">2013-12-23T23:15:00Z</dcterms:created>
  <dcterms:modified xsi:type="dcterms:W3CDTF">2026-10-17T14:02:00Z</dcterms:modified>
  <cp:category/>
</cp:coreProperties>
</file>